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Support for Oradea Pride: EU Commissioners Back Right to March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civic freedoms are watching: two European commissioners publicly backed Oradea Pride after the city refused to approve the LGBTQIA+ march scheduled for 25 July, underlining why local bans matter for basic rights across the EU and drawing diplomatic attention to Romania.</w:t>
      </w:r>
      <w:r/>
    </w:p>
    <w:p>
      <w:r/>
      <w:r>
        <w:t>Essential Takeaways</w:t>
      </w:r>
      <w:r/>
      <w:r/>
    </w:p>
    <w:p>
      <w:pPr>
        <w:pStyle w:val="ListBullet"/>
        <w:spacing w:line="240" w:lineRule="auto"/>
        <w:ind w:left="720"/>
      </w:pPr>
      <w:r/>
      <w:r>
        <w:rPr>
          <w:b/>
        </w:rPr>
        <w:t>High-level support:</w:t>
      </w:r>
      <w:r>
        <w:t xml:space="preserve"> Two European Commission commissioners voiced solidarity with Oradea Pride and the local LGBTQIA+ community.</w:t>
      </w:r>
      <w:r/>
    </w:p>
    <w:p>
      <w:pPr>
        <w:pStyle w:val="ListBullet"/>
        <w:spacing w:line="240" w:lineRule="auto"/>
        <w:ind w:left="720"/>
      </w:pPr>
      <w:r/>
      <w:r>
        <w:rPr>
          <w:b/>
        </w:rPr>
        <w:t>Municipal refusal:</w:t>
      </w:r>
      <w:r>
        <w:t xml:space="preserve"> Oradea City Hall declined to approve the march, citing route conflicts and public works; organisers say they proposed 115 alternative routes.</w:t>
      </w:r>
      <w:r/>
    </w:p>
    <w:p>
      <w:pPr>
        <w:pStyle w:val="ListBullet"/>
        <w:spacing w:line="240" w:lineRule="auto"/>
        <w:ind w:left="720"/>
      </w:pPr>
      <w:r/>
      <w:r>
        <w:rPr>
          <w:b/>
        </w:rPr>
        <w:t>Organisers press on:</w:t>
      </w:r>
      <w:r>
        <w:t xml:space="preserve"> ARK Oradea and ACCEPT confirm the march will go ahead with assembly in front of the Town Hall and diplomatic observers present.</w:t>
      </w:r>
      <w:r/>
    </w:p>
    <w:p>
      <w:pPr>
        <w:pStyle w:val="ListBullet"/>
        <w:spacing w:line="240" w:lineRule="auto"/>
        <w:ind w:left="720"/>
      </w:pPr>
      <w:r/>
      <w:r>
        <w:rPr>
          <w:b/>
        </w:rPr>
        <w:t>European concern:</w:t>
      </w:r>
      <w:r>
        <w:t xml:space="preserve"> The Council of Europe and EU political groups have urged local authorities to allow a safe, supervised route.</w:t>
      </w:r>
      <w:r/>
    </w:p>
    <w:p>
      <w:pPr>
        <w:pStyle w:val="ListBullet"/>
        <w:spacing w:line="240" w:lineRule="auto"/>
        <w:ind w:left="720"/>
      </w:pPr>
      <w:r/>
      <w:r>
        <w:rPr>
          <w:b/>
        </w:rPr>
        <w:t>Emotional stake:</w:t>
      </w:r>
      <w:r>
        <w:t xml:space="preserve"> Activists call the repeated refusals a pattern that undermines democratic rights and the safety of participants.</w:t>
      </w:r>
      <w:r/>
      <w:r/>
    </w:p>
    <w:p>
      <w:pPr>
        <w:pStyle w:val="Heading2"/>
      </w:pPr>
      <w:r>
        <w:t>Two commissioners step into the debate , and it feels personal</w:t>
      </w:r>
      <w:r/>
    </w:p>
    <w:p>
      <w:r/>
      <w:r>
        <w:t>The headline-grabbing moment came when the European Commissioner for Equality and the Commissioner for Justice issued public messages of support, noting people should be able to participate peacefully in marches. Their tone was direct and human , a reminder that these decisions aren’t just bureaucratic, they affect people’s sense of safety and belonging. According to the statements, the Union’s commitment to equality and the right to live without fear is at stake. That kind of intervention from Brussels sends a clear signal to local leaders: this isn’t merely a local squabble.</w:t>
      </w:r>
      <w:r/>
    </w:p>
    <w:p>
      <w:pPr>
        <w:pStyle w:val="Heading2"/>
      </w:pPr>
      <w:r>
        <w:t>Why Oradea’s refusal looks familiar , and politically charged</w:t>
      </w:r>
      <w:r/>
    </w:p>
    <w:p>
      <w:r/>
      <w:r>
        <w:t>City Hall said the proposed routes overlapped with other permitted events or were blocked by major works, and rejected the notification. Organisers countered that they filed early and suggested more than 100 routes specifically to avoid such objections. This is the fourth consecutive year the local authorities have refused to approve a Pride march, which makes the decision feel less like a one-off administrative clash and more like an entrenched pattern. Observers note the rhetoric used by the municipality echoes arguments once used to restrict LGBTQIA+ rights decades ago , which is precisely why activists are ringing alarm bells.</w:t>
      </w:r>
      <w:r/>
    </w:p>
    <w:p>
      <w:pPr>
        <w:pStyle w:val="Heading2"/>
      </w:pPr>
      <w:r>
        <w:t>Diplomats and human-rights bodies weigh in , what that means on the ground</w:t>
      </w:r>
      <w:r/>
    </w:p>
    <w:p>
      <w:r/>
      <w:r>
        <w:t>In response, several diplomatic missions and representatives from the Council of Europe said they were concerned and urged the city to cooperate with organisers to provide a safe route. The presence of diplomats and the Institution of the Ombudsman in Oradea during the planned event adds a layer of oversight and protection. According to human-rights groups, that kind of international attention can deter violence and improve safety, but it also highlights how domestic decisions can quickly become international issues. For participants, the upside is extra visibility and a potential shield; the downside is that tensions can feel amplified.</w:t>
      </w:r>
      <w:r/>
    </w:p>
    <w:p>
      <w:pPr>
        <w:pStyle w:val="Heading2"/>
      </w:pPr>
      <w:r>
        <w:t>Organisers refuse to back down , practical plans and safety notes</w:t>
      </w:r>
      <w:r/>
    </w:p>
    <w:p>
      <w:r/>
      <w:r>
        <w:t>ARK Oradea and ACCEPT have said the march will still take place on 25 July, forming in front of the Town Hall at 16:00. They emphasise that they lodged their notification at the earliest legal moment and deliberately proposed a wide range of routes to avoid legitimate logistical objections. Practically speaking, anyone planning to attend should check organisers’ channels for final route details and safety guidance, arrive early, and follow stewarding instructions. If you’re joining as an ally, bring water, wear comfortable shoes and expect increased media and diplomatic presence.</w:t>
      </w:r>
      <w:r/>
    </w:p>
    <w:p>
      <w:pPr>
        <w:pStyle w:val="Heading2"/>
      </w:pPr>
      <w:r>
        <w:t>What this says about broader trends in Europe</w:t>
      </w:r>
      <w:r/>
    </w:p>
    <w:p>
      <w:r/>
      <w:r>
        <w:t>The controversy in Oradea is part of a wider pattern: local bans on Pride events have prompted repeated interventions from European institutions and political groups. The Greens and other pro-rights actors have framed the ban as a symptom of democratic backsliding that clashes with the European Convention on Human Rights. At the same time, municipal officials argue they’re juggling public order and infrastructure. For citizens, the clash is a reminder that fundamental freedoms are maintained through persistent civic activism and, sometimes, external pressure. Looking ahead, these disputes are likely to remain flashpoints as European bodies stiffen language around equality.</w:t>
      </w:r>
      <w:r/>
    </w:p>
    <w:p>
      <w:r/>
      <w:r>
        <w:t>It's a small change of course if local leaders step back , and it can make every march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4">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https://hotnews.ro/doi-comisari-europeni-isi-anunta-sustinerea-pentru-oradea-pride-marsul-interzis-de-autoritatile-locale-2307456</w:t>
        </w:r>
      </w:hyperlink>
      <w:r>
        <w:t xml:space="preserve"> - Please view link - unable to able to access data</w:t>
      </w:r>
      <w:r/>
    </w:p>
    <w:p>
      <w:pPr>
        <w:pStyle w:val="ListNumber"/>
        <w:spacing w:line="240" w:lineRule="auto"/>
        <w:ind w:left="720"/>
      </w:pPr>
      <w:r/>
      <w:hyperlink r:id="rId9">
        <w:r>
          <w:rPr>
            <w:color w:val="0000EE"/>
            <w:u w:val="single"/>
          </w:rPr>
          <w:t>https://hotnews.ro/doi-comisari-europeni-isi-anunta-sustinerea-pentru-oradea-pride-marsul-interzis-de-autoritatile-locale-2307456</w:t>
        </w:r>
      </w:hyperlink>
      <w:r>
        <w:t xml:space="preserve"> - European Commission officials express support for Oradea Pride, a march banned by local authorities. Commissioner for Equality Hadja Lhabib and Commissioner for Justice Michael McGrath state that people in Oradea and any European city should be able to peacefully participate in marches to defend their right to be together and live without fear. The Oradea City Hall, led by Mayor Florin Birta, refused to approve the event scheduled for Saturday, July 25, citing overlapping events and significant urban works in the proposed areas. Organizers, ARK Oradea, condemned the decision and announced the march would proceed as planned, with support from nine diplomatic missions and the Romanian Ombudsman.</w:t>
      </w:r>
      <w:r/>
    </w:p>
    <w:p>
      <w:pPr>
        <w:pStyle w:val="ListNumber"/>
        <w:spacing w:line="240" w:lineRule="auto"/>
        <w:ind w:left="720"/>
      </w:pPr>
      <w:r/>
      <w:hyperlink r:id="rId13">
        <w:r>
          <w:rPr>
            <w:color w:val="0000EE"/>
            <w:u w:val="single"/>
          </w:rPr>
          <w:t>https://www.ilga-europe.org/news/joint-statement-of-solidarity-with-oradea-pride-romania/</w:t>
        </w:r>
      </w:hyperlink>
      <w:r>
        <w:t xml:space="preserve"> - ILGA-Europe and other organizations express solidarity with ARK Oradea and the LGBTIQ+ community of Oradea, calling on local authorities to respect fundamental rights and freedoms by allowing the Oradea Pride March 2026 to take place safely. Despite submitting the notification within the legal deadline and proposing over 100 route options, local authorities intend to reject all proposed routes. The organizations emphasize the importance of peaceful assembly and urge authorities to collaborate with organizers to ensure a safe and appropriate route for the march.</w:t>
      </w:r>
      <w:r/>
    </w:p>
    <w:p>
      <w:pPr>
        <w:pStyle w:val="ListNumber"/>
        <w:spacing w:line="240" w:lineRule="auto"/>
        <w:ind w:left="720"/>
      </w:pPr>
      <w:r/>
      <w:hyperlink r:id="rId11">
        <w:r>
          <w:rPr>
            <w:color w:val="0000EE"/>
            <w:u w:val="single"/>
          </w:rPr>
          <w:t>https://www.ziarulnational.md/comisia-europeana-si-consiliul-europei-cer-primariei-oradea-sa-permita-marsul-pride-interzis-pentru-al-patrulea-an-la-rand/</w:t>
        </w:r>
      </w:hyperlink>
      <w:r>
        <w:t xml:space="preserve"> - The European Commission and the Council of Europe urge the Oradea City Hall to permit the Pride March, which has been banned for the fourth consecutive year. European officials express concern over the refusal to authorize the event scheduled for July 25, emphasizing that freedom of assembly is a right for all. They call on authorities to collaborate with organizers, ensure a safe and appropriate route, and protect participants. The refusal by the Oradea City Hall, led by Mayor Florin Birta, is seen as a violation of fundamental rights and European values.</w:t>
      </w:r>
      <w:r/>
    </w:p>
    <w:p>
      <w:pPr>
        <w:pStyle w:val="ListNumber"/>
        <w:spacing w:line="240" w:lineRule="auto"/>
        <w:ind w:left="720"/>
      </w:pPr>
      <w:r/>
      <w:hyperlink r:id="rId12">
        <w:r>
          <w:rPr>
            <w:color w:val="0000EE"/>
            <w:u w:val="single"/>
          </w:rPr>
          <w:t>https://hotnews.ro/consiliul-europei-cere-primariei-oradea-sa-permita-desfasurarea-in-siguranta-a-marsului-pride-suntem-ingrijorati-de-informatiile-primite-2302938</w:t>
        </w:r>
      </w:hyperlink>
      <w:r>
        <w:t xml:space="preserve"> - The Council of Europe expresses concern over the possibility that the Oradea Pride March 2026 may be impeded by local authorities. The Commissioner for Human Rights of the Council of Europe calls on the Oradea City Hall to allow the organization of the Pride March, emphasizing that freedom of assembly is a right for all. Authorities are urged to collaborate with organizers, ensure a safe and appropriate route, and protect participants. The refusal by the Oradea City Hall is viewed as a potential violation of human rights and European standards.</w:t>
      </w:r>
      <w:r/>
    </w:p>
    <w:p>
      <w:pPr>
        <w:pStyle w:val="ListNumber"/>
        <w:spacing w:line="240" w:lineRule="auto"/>
        <w:ind w:left="720"/>
      </w:pPr>
      <w:r/>
      <w:hyperlink r:id="rId10">
        <w:r>
          <w:rPr>
            <w:color w:val="0000EE"/>
            <w:u w:val="single"/>
          </w:rPr>
          <w:t>https://www.bihon.ro/stirile-judetului-bihor/oradea-pride-ajunge-in-atentia-consiliului-europei-comisarul-pentru-drepturile-omului-sunt-ingrijorat-autoritatile-sa-asigure-un-traseu-5340525/</w:t>
        </w:r>
      </w:hyperlink>
      <w:r>
        <w:t xml:space="preserve"> - The Oradea Pride March has attracted the attention of the Council of Europe, with the Commissioner for Human Rights expressing concern over the possibility of the event being blocked by local authorities for the fourth consecutive year. The Commissioner urges authorities to collaborate with organizers, identify an appropriate route for the march, and ensure the protection of participants. The situation has raised alarms about the respect for human rights and the freedom of assembly in Oradea.</w:t>
      </w:r>
      <w:r/>
    </w:p>
    <w:p>
      <w:pPr>
        <w:pStyle w:val="ListNumber"/>
        <w:spacing w:line="240" w:lineRule="auto"/>
        <w:ind w:left="720"/>
      </w:pPr>
      <w:r/>
      <w:hyperlink r:id="rId14">
        <w:r>
          <w:rPr>
            <w:color w:val="0000EE"/>
            <w:u w:val="single"/>
          </w:rPr>
          <w:t>https://www.digi24.ro/stiri/actualitate/verzii-europeni-si-sens-cer-autoritatilor-sa-permita-desfasurarea-oradea-pride-2026-pe-traseul-propus-de-organizatori-3867771</w:t>
        </w:r>
      </w:hyperlink>
      <w:r>
        <w:t xml:space="preserve"> - The European Green Party (EGP), MEPs from the Greens/EFA group, and the SENS party have requested the Romanian Government and the Oradea City Hall to ensure the safe conduct of the Oradea Pride 2026 event, scheduled for July 25. The organizers, the local LGBTQIA+ organization Ark Oradea, have been prevented from organizing a Pride march for the last four years. Local authorities intend to reject the proposed routes, offering only a gathering place. Vula Tsetsi, co-chair of the EGP, emphasized that human rights must be respected, and banning the march would violate European legislation.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news.ro/doi-comisari-europeni-isi-anunta-sustinerea-pentru-oradea-pride-marsul-interzis-de-autoritatile-locale-2307456" TargetMode="External"/><Relationship Id="rId10" Type="http://schemas.openxmlformats.org/officeDocument/2006/relationships/hyperlink" Target="https://www.bihon.ro/stirile-judetului-bihor/oradea-pride-ajunge-in-atentia-consiliului-europei-comisarul-pentru-drepturile-omului-sunt-ingrijorat-autoritatile-sa-asigure-un-traseu-5340525/" TargetMode="External"/><Relationship Id="rId11" Type="http://schemas.openxmlformats.org/officeDocument/2006/relationships/hyperlink" Target="https://www.ziarulnational.md/comisia-europeana-si-consiliul-europei-cer-primariei-oradea-sa-permita-marsul-pride-interzis-pentru-al-patrulea-an-la-rand/" TargetMode="External"/><Relationship Id="rId12" Type="http://schemas.openxmlformats.org/officeDocument/2006/relationships/hyperlink" Target="https://hotnews.ro/consiliul-europei-cere-primariei-oradea-sa-permita-desfasurarea-in-siguranta-a-marsului-pride-suntem-ingrijorati-de-informatiile-primite-2302938" TargetMode="External"/><Relationship Id="rId13" Type="http://schemas.openxmlformats.org/officeDocument/2006/relationships/hyperlink" Target="https://www.ilga-europe.org/news/joint-statement-of-solidarity-with-oradea-pride-romania/" TargetMode="External"/><Relationship Id="rId14" Type="http://schemas.openxmlformats.org/officeDocument/2006/relationships/hyperlink" Target="https://www.digi24.ro/stiri/actualitate/verzii-europeni-si-sens-cer-autoritatilor-sa-permita-desfasurarea-oradea-pride-2026-pe-traseul-propus-de-organizatori-38677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