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Queer Spectra Pride Night Brings Art, Drag and Community to Imperial Valley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culture: Queer Spectra, a free Pride celebration combining an art exhibition and live drag, arrives Friday 31 July at Prestige Event Center in Imperial Valley , a night designed to showcase queer artists from the Valley and Mexicali and to lift up community voices.</w:t>
      </w:r>
      <w:r/>
    </w:p>
    <w:p>
      <w:r/>
      <w:r>
        <w:t>Essential Takeaways</w:t>
      </w:r>
      <w:r/>
      <w:r/>
    </w:p>
    <w:p>
      <w:pPr>
        <w:pStyle w:val="ListBullet"/>
        <w:spacing w:line="240" w:lineRule="auto"/>
        <w:ind w:left="720"/>
      </w:pPr>
      <w:r/>
      <w:r>
        <w:rPr>
          <w:b/>
        </w:rPr>
        <w:t>What it is:</w:t>
      </w:r>
      <w:r>
        <w:t xml:space="preserve"> A free Pride event mixing visual art and drag performances, open to the public from 7:30pm to 10pm.</w:t>
      </w:r>
      <w:r/>
    </w:p>
    <w:p>
      <w:pPr>
        <w:pStyle w:val="ListBullet"/>
        <w:spacing w:line="240" w:lineRule="auto"/>
        <w:ind w:left="720"/>
      </w:pPr>
      <w:r/>
      <w:r>
        <w:rPr>
          <w:b/>
        </w:rPr>
        <w:t>Where and when:</w:t>
      </w:r>
      <w:r>
        <w:t xml:space="preserve"> Prestige Event Center, 1111 Yourman Road, Friday 31 July; doors open at 7:30pm.</w:t>
      </w:r>
      <w:r/>
    </w:p>
    <w:p>
      <w:pPr>
        <w:pStyle w:val="ListBullet"/>
        <w:spacing w:line="240" w:lineRule="auto"/>
        <w:ind w:left="720"/>
      </w:pPr>
      <w:r/>
      <w:r>
        <w:rPr>
          <w:b/>
        </w:rPr>
        <w:t>Who’s involved:</w:t>
      </w:r>
      <w:r>
        <w:t xml:space="preserve"> Hosted by Imperial Valley Equity &amp; Justice (IVEJ) in partnership with queercasa; performers include Faffy Monay (Yuma) and Rosalinda (Calexico).</w:t>
      </w:r>
      <w:r/>
    </w:p>
    <w:p>
      <w:pPr>
        <w:pStyle w:val="ListBullet"/>
        <w:spacing w:line="240" w:lineRule="auto"/>
        <w:ind w:left="720"/>
      </w:pPr>
      <w:r/>
      <w:r>
        <w:rPr>
          <w:b/>
        </w:rPr>
        <w:t>Vibe and focus:</w:t>
      </w:r>
      <w:r>
        <w:t xml:space="preserve"> Arts-led celebration with an exhibition of queer artists from the Imperial Valley and Mexicali , described as an escape from binary thinking into a wider spectrum of expression.</w:t>
      </w:r>
      <w:r/>
    </w:p>
    <w:p>
      <w:pPr>
        <w:pStyle w:val="ListBullet"/>
        <w:spacing w:line="240" w:lineRule="auto"/>
        <w:ind w:left="720"/>
      </w:pPr>
      <w:r/>
      <w:r>
        <w:rPr>
          <w:b/>
        </w:rPr>
        <w:t>Practical note:</w:t>
      </w:r>
      <w:r>
        <w:t xml:space="preserve"> The event is free; arrive early for the best view of performances and to browse the exhibition.</w:t>
      </w:r>
      <w:r/>
      <w:r/>
    </w:p>
    <w:p>
      <w:pPr>
        <w:pStyle w:val="Heading2"/>
      </w:pPr>
      <w:r>
        <w:t>A welcome, colourful show that centres local queer creativity</w:t>
      </w:r>
      <w:r/>
    </w:p>
    <w:p>
      <w:r/>
      <w:r>
        <w:t>The headline act here is community , you can almost feel the room warming up when organisers talk about art as a human right and a way to tell your own story. According to Imperial Valley Equity &amp; Justice, the show pairs an art exhibition with live drag to spotlight queer visual and performance artists from the Valley and neighbouring Mexicali. Expect bright, personal work and performances with a local, intimate energy.</w:t>
      </w:r>
      <w:r/>
    </w:p>
    <w:p>
      <w:r/>
      <w:r>
        <w:t>Backstory: IVEJ and queercasa framed this as queercasa’s first Pride celebration, built from the ground up to represent the region. Organisers say arts and culture aren’t just extras; they’re central to how the community fights for visibility and justice. That makes the event feel as much like a civic moment as a party.</w:t>
      </w:r>
      <w:r/>
    </w:p>
    <w:p>
      <w:r/>
      <w:r>
        <w:t>Why it matters: For people who live here, it’s rare to see regional queer talent displayed together at this scale. If you’re curious about the local scene, this is a simple, free place to start.</w:t>
      </w:r>
      <w:r/>
    </w:p>
    <w:p>
      <w:pPr>
        <w:pStyle w:val="Heading2"/>
      </w:pPr>
      <w:r>
        <w:t>Drag with personality , Faffy Monay and Rosalinda take the stage</w:t>
      </w:r>
      <w:r/>
    </w:p>
    <w:p>
      <w:r/>
      <w:r>
        <w:t>If you go for performances, the line-up promises two distinct local performers: Faffy Monay from Yuma and Rosalinda from Calexico. Drag in small-city contexts often carries a mix of humour, craft and hometown pride, and organisers say the acts will complement the visual art on show.</w:t>
      </w:r>
      <w:r/>
    </w:p>
    <w:p>
      <w:r/>
      <w:r>
        <w:t>Context: Local drag stages are where community narratives get playful and confrontational in equal measure. For audience members this means theatre that’s immediacy-driven , quick laughs, heartfelt moments, and a real connection with the crowd.</w:t>
      </w:r>
      <w:r/>
    </w:p>
    <w:p>
      <w:r/>
      <w:r>
        <w:t>Practical tip: Doors open at 7:30pm and the evening runs until 10pm; show up early to catch the exhibition before performances begin and to secure a good spot.</w:t>
      </w:r>
      <w:r/>
    </w:p>
    <w:p>
      <w:pPr>
        <w:pStyle w:val="Heading2"/>
      </w:pPr>
      <w:r>
        <w:t>An exhibition that crosses a borderland of voices</w:t>
      </w:r>
      <w:r/>
    </w:p>
    <w:p>
      <w:r/>
      <w:r>
        <w:t>One of the event’s central selling points is its cross‑border curatorial reach, with artists coming from both Imperial Valley and Mexicali. The theme, described by organisers as moving “from black and white into a spectrum of expression,” gestures at fluid identities and hybrid cultural influences.</w:t>
      </w:r>
      <w:r/>
    </w:p>
    <w:p>
      <w:r/>
      <w:r>
        <w:t>Trends: Borderland arts programming has been gaining attention as venues and organisers push back against one-size-fits-all narratives. This show plugs into that trend by giving local queer makers a platform to challenge misconceptions about the region’s creative economy.</w:t>
      </w:r>
      <w:r/>
    </w:p>
    <w:p>
      <w:r/>
      <w:r>
        <w:t>How to engage: Take your time with the art, talk to exhibitors if they’re present, and remember that these pieces often carry personal or political stories , listening matters as much as looking.</w:t>
      </w:r>
      <w:r/>
    </w:p>
    <w:p>
      <w:pPr>
        <w:pStyle w:val="Heading2"/>
      </w:pPr>
      <w:r>
        <w:t>Why IVEJ and queercasa are teaming up , justice through culture</w:t>
      </w:r>
      <w:r/>
    </w:p>
    <w:p>
      <w:r/>
      <w:r>
        <w:t>IVEJ frames arts and cultural programming as core to its mission: art is presented not as luxury but as an organising tool. Sergio Ojeda, the group’s Arts and Culture lead, says events like this help build a borderland where everyone can live and thrive.</w:t>
      </w:r>
      <w:r/>
    </w:p>
    <w:p>
      <w:r/>
      <w:r>
        <w:t>Commentary: That language makes clear this isn’t simply a weekend celebration , it’s part of longer-term community-building. Partnerships like this are a reminder that small, local events can carry big ambitions when organisers treat culture as a lever for change.</w:t>
      </w:r>
      <w:r/>
    </w:p>
    <w:p>
      <w:r/>
      <w:r>
        <w:t>Practical takeaway: If you support those aims, showing up is a direct way to endorse regional queer visibility and creative livelihoods.</w:t>
      </w:r>
      <w:r/>
    </w:p>
    <w:p>
      <w:pPr>
        <w:pStyle w:val="Heading2"/>
      </w:pPr>
      <w:r>
        <w:t>What to expect when you arrive , simple, inclusive, and free</w:t>
      </w:r>
      <w:r/>
    </w:p>
    <w:p>
      <w:r/>
      <w:r>
        <w:t>The event is free and open to the public, running until 10pm, so it’s easy to drop in for an hour or stay for the whole programme. The venue, Prestige Event Center, should offer a straightforward, accessible space; still, consider travel plans and parking ahead of time.</w:t>
      </w:r>
      <w:r/>
    </w:p>
    <w:p>
      <w:r/>
      <w:r>
        <w:t>Accessibility note: Organisers emphasise inclusivity, but if you have specific access needs it’s worth checking in with IVEJ or queercasa beforehand to confirm accommodations.</w:t>
      </w:r>
      <w:r/>
    </w:p>
    <w:p>
      <w:r/>
      <w:r>
        <w:t>Looking ahead: If the turnout and energy match the organisers’ hopes, Queer Spectra could become a recurring fixture that grows alongside the Valley’s artists and activists.</w:t>
      </w:r>
      <w:r/>
    </w:p>
    <w:p>
      <w:r/>
      <w:r>
        <w:t>It’s a small change that can make every expression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[3]</w:t>
        </w:r>
      </w:hyperlink>
      <w:r>
        <w:t xml:space="preserve">- Paragraph 7: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https://kyma.com/news/2026/07/22/queer-spectra-happening-later-this-month/</w:t>
        </w:r>
      </w:hyperlink>
      <w:r>
        <w:t xml:space="preserve"> - Please view link - unable to able to access data</w:t>
      </w:r>
      <w:r/>
    </w:p>
    <w:p>
      <w:pPr>
        <w:pStyle w:val="ListNumber"/>
        <w:spacing w:line="240" w:lineRule="auto"/>
        <w:ind w:left="720"/>
      </w:pPr>
      <w:r/>
      <w:hyperlink r:id="rId10">
        <w:r>
          <w:rPr>
            <w:color w:val="0000EE"/>
            <w:u w:val="single"/>
          </w:rPr>
          <w:t>https://www.ivequityjustice.org/</w:t>
        </w:r>
      </w:hyperlink>
      <w:r>
        <w:t xml:space="preserve"> - Imperial Valley Equity &amp; Justice (IVEJ) is a community organisation dedicated to building power and advocating for justice in Imperial County, California. They focus on amplifying community voices, fostering cultural initiatives, and inspiring youth action to drive meaningful change in local neighbourhoods and families. IVEJ's mission encompasses various programmes, including environmental justice, arts and culture, and community engagement, aiming to create a more equitable and inclusive society.</w:t>
      </w:r>
      <w:r/>
    </w:p>
    <w:p>
      <w:pPr>
        <w:pStyle w:val="ListNumber"/>
        <w:spacing w:line="240" w:lineRule="auto"/>
        <w:ind w:left="720"/>
      </w:pPr>
      <w:r/>
      <w:hyperlink r:id="rId11">
        <w:r>
          <w:rPr>
            <w:color w:val="0000EE"/>
            <w:u w:val="single"/>
          </w:rPr>
          <w:t>https://www.queercasa.org/</w:t>
        </w:r>
      </w:hyperlink>
      <w:r>
        <w:t xml:space="preserve"> - Queercasa is a community organisation committed to supporting and celebrating the LGBTQ+ community in the Imperial Valley and Mexicali regions. They focus on providing safe spaces, resources, and events that promote inclusivity and visibility for queer individuals. Through various initiatives, Queercasa aims to foster a sense of belonging and empowerment within the community, addressing the unique challenges faced by LGBTQ+ individuals in these areas.</w:t>
      </w:r>
      <w:r/>
    </w:p>
    <w:p>
      <w:pPr>
        <w:pStyle w:val="ListNumber"/>
        <w:spacing w:line="240" w:lineRule="auto"/>
        <w:ind w:left="720"/>
      </w:pPr>
      <w:r/>
      <w:hyperlink r:id="rId12">
        <w:r>
          <w:rPr>
            <w:color w:val="0000EE"/>
            <w:u w:val="single"/>
          </w:rPr>
          <w:t>https://www.queerspectra.com/</w:t>
        </w:r>
      </w:hyperlink>
      <w:r>
        <w:t xml:space="preserve"> - Queer Spectra Arts Festival is dedicated to showcasing multidisciplinary artistic expressions from diverse LGBTQIA+ perspectives. The festival aims to present a diverse array of voices, backgrounds, experiences, cultures, mediums, and artistic disciplines to celebrate queer artistic expressions. It challenges and contributes to contemporary understanding of queer discourse while promoting nuanced conversations between artists and audiences about queer identity and art.</w:t>
      </w:r>
      <w:r/>
    </w:p>
    <w:p>
      <w:pPr>
        <w:pStyle w:val="ListNumber"/>
        <w:spacing w:line="240" w:lineRule="auto"/>
        <w:ind w:left="720"/>
      </w:pPr>
      <w:r/>
      <w:hyperlink r:id="rId13">
        <w:r>
          <w:rPr>
            <w:color w:val="0000EE"/>
            <w:u w:val="single"/>
          </w:rPr>
          <w:t>https://www.enlineabc.com.mx/tijuana/inicio/2026/06/25/invitan-a-la-primera-edicion-del-draga-folk-en-meyibo/</w:t>
        </w:r>
      </w:hyperlink>
      <w:r>
        <w:t xml:space="preserve"> - The Government of Mexicali, through the Municipal Institute of Art and Culture of Mexicali (IMACUM), invites the community to attend the first edition of 'Draga Folk 2026', an event that celebrates diversity, inclusion, and artistic expressions. The activity will take place on Saturday, June 27, at 7:00 p.m. in the garden of Meyibó Centro Cultural Incluyente, as part of the commemorative activities of the LGBTIQ+ Pride Month. 'Draga Folk' is an artistic showcase that fuses Mexican folk dance with drag art, presenting dance pairs that explore different gender expressions through costumes, interpretation, and cultural tradition. The event aims to become a meeting space for both the LGBTIQ+ community and the artistic community of Mexicali.</w:t>
      </w:r>
      <w:r/>
    </w:p>
    <w:p>
      <w:pPr>
        <w:pStyle w:val="ListNumber"/>
        <w:spacing w:line="240" w:lineRule="auto"/>
        <w:ind w:left="720"/>
      </w:pPr>
      <w:r/>
      <w:hyperlink r:id="rId14">
        <w:r>
          <w:rPr>
            <w:color w:val="0000EE"/>
            <w:u w:val="single"/>
          </w:rPr>
          <w:t>https://www.noticiasconexion.com/general/invitan-a-la-primera-edicion-del-draga-folk-en-meyibo/</w:t>
        </w:r>
      </w:hyperlink>
      <w:r>
        <w:t xml:space="preserve"> - The Government of Mexicali, through the Municipal Institute of Art and Culture of Mexicali (IMACUM), invites the community to attend the first edition of 'Draga Folk 2026', an event that celebrates diversity, inclusion, and artistic expressions. The activity will take place on Saturday, June 27, at 7:00 p.m. in the garden of Meyibó Centro Cultural Incluyente, as part of the commemorative activities of the LGBTIQ+ Pride Month. 'Draga Folk' is an artistic showcase that fuses Mexican folk dance with drag art, presenting dance pairs that explore different gender expressions through costumes, interpretation, and cultural tradition. The event aims to become a meeting space for both the LGBTIQ+ community and the artistic community of Mexicali.</w:t>
      </w:r>
      <w:r/>
    </w:p>
    <w:p>
      <w:pPr>
        <w:pStyle w:val="ListNumber"/>
        <w:spacing w:line="240" w:lineRule="auto"/>
        <w:ind w:left="720"/>
      </w:pPr>
      <w:r/>
      <w:hyperlink r:id="rId15">
        <w:r>
          <w:rPr>
            <w:color w:val="0000EE"/>
            <w:u w:val="single"/>
          </w:rPr>
          <w:t>https://www.ivequityjustice.org/environmental-justice</w:t>
        </w:r>
      </w:hyperlink>
      <w:r>
        <w:t xml:space="preserve"> - Imperial Valley Equity &amp; Justice's Environmental Justice program recognises the local history of racialised extractive labour in farmwork and mining that has impoverished families, sickened bodies, and polluted air and water. The programme works towards a future where local resources are distributed transparently and equitably, prioritising people and the planet over corporate profits. Initiatives include enhancing community resilience in Imperial Valley through inclusive decision-making for heat preparedness and response.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yma.com/news/2026/07/22/queer-spectra-happening-later-this-month/" TargetMode="External"/><Relationship Id="rId10" Type="http://schemas.openxmlformats.org/officeDocument/2006/relationships/hyperlink" Target="https://www.ivequityjustice.org/" TargetMode="External"/><Relationship Id="rId11" Type="http://schemas.openxmlformats.org/officeDocument/2006/relationships/hyperlink" Target="https://www.queercasa.org/" TargetMode="External"/><Relationship Id="rId12" Type="http://schemas.openxmlformats.org/officeDocument/2006/relationships/hyperlink" Target="https://www.queerspectra.com/" TargetMode="External"/><Relationship Id="rId13" Type="http://schemas.openxmlformats.org/officeDocument/2006/relationships/hyperlink" Target="https://www.enlineabc.com.mx/tijuana/inicio/2026/06/25/invitan-a-la-primera-edicion-del-draga-folk-en-meyibo/" TargetMode="External"/><Relationship Id="rId14" Type="http://schemas.openxmlformats.org/officeDocument/2006/relationships/hyperlink" Target="https://www.noticiasconexion.com/general/invitan-a-la-primera-edicion-del-draga-folk-en-meyibo/" TargetMode="External"/><Relationship Id="rId15" Type="http://schemas.openxmlformats.org/officeDocument/2006/relationships/hyperlink" Target="https://www.ivequityjustice.org/environmental-jus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