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WorldPride Acts: Why Templo’s Pole Performance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or rather festivalgoers, are already buzzing: award‑winning pole and aerial artist Templo will perform for WorldPride 2026 at The Tryst Hotels pop‑up on 1 August, bringing queer Latin American talent, athleticism and sensuality to one of the biggest global LGBTQ+ stages.</w:t>
      </w:r>
      <w:r/>
    </w:p>
    <w:p>
      <w:r/>
      <w:r>
        <w:t>Essential Takeaways</w:t>
      </w:r>
      <w:r/>
      <w:r/>
    </w:p>
    <w:p>
      <w:pPr>
        <w:pStyle w:val="ListBullet"/>
        <w:spacing w:line="240" w:lineRule="auto"/>
        <w:ind w:left="720"/>
      </w:pPr>
      <w:r/>
      <w:r>
        <w:rPr>
          <w:b/>
        </w:rPr>
        <w:t>International stage:</w:t>
      </w:r>
      <w:r>
        <w:t xml:space="preserve"> Templo will perform at The Tryst Hotels pop‑up during WorldPride 2026, an event expected to draw huge crowds.</w:t>
      </w:r>
      <w:r/>
    </w:p>
    <w:p>
      <w:pPr>
        <w:pStyle w:val="ListBullet"/>
        <w:spacing w:line="240" w:lineRule="auto"/>
        <w:ind w:left="720"/>
      </w:pPr>
      <w:r/>
      <w:r>
        <w:rPr>
          <w:b/>
        </w:rPr>
        <w:t>Seasoned pro:</w:t>
      </w:r>
      <w:r>
        <w:t xml:space="preserve"> He has more than a decade of aerial and pole experience, training nightly and teaching at The Tryst Puerto Vallarta.</w:t>
      </w:r>
      <w:r/>
    </w:p>
    <w:p>
      <w:pPr>
        <w:pStyle w:val="ListBullet"/>
        <w:spacing w:line="240" w:lineRule="auto"/>
        <w:ind w:left="720"/>
      </w:pPr>
      <w:r/>
      <w:r>
        <w:rPr>
          <w:b/>
        </w:rPr>
        <w:t>Athletic artistry:</w:t>
      </w:r>
      <w:r>
        <w:t xml:space="preserve"> His work blends strength, flexibility and storytelling, think pull‑ups, dynamic spins and emotionally driven choreography.</w:t>
      </w:r>
      <w:r/>
    </w:p>
    <w:p>
      <w:pPr>
        <w:pStyle w:val="ListBullet"/>
        <w:spacing w:line="240" w:lineRule="auto"/>
        <w:ind w:left="720"/>
      </w:pPr>
      <w:r/>
      <w:r>
        <w:rPr>
          <w:b/>
        </w:rPr>
        <w:t>Representation matters:</w:t>
      </w:r>
      <w:r>
        <w:t xml:space="preserve"> This is a visible moment for queer and Latin American performers on an international platform.</w:t>
      </w:r>
      <w:r/>
    </w:p>
    <w:p>
      <w:pPr>
        <w:pStyle w:val="ListBullet"/>
        <w:spacing w:line="240" w:lineRule="auto"/>
        <w:ind w:left="720"/>
      </w:pPr>
      <w:r/>
      <w:r>
        <w:rPr>
          <w:b/>
        </w:rPr>
        <w:t>Performance contrast:</w:t>
      </w:r>
      <w:r>
        <w:t xml:space="preserve"> Templo adapts for massive stages with bold silhouettes and for intimate venues with subtle sensual detail.</w:t>
      </w:r>
      <w:r/>
      <w:r/>
    </w:p>
    <w:p>
      <w:pPr>
        <w:pStyle w:val="Heading2"/>
      </w:pPr>
      <w:r>
        <w:t>A headline act that actually earns its applause</w:t>
      </w:r>
      <w:r/>
    </w:p>
    <w:p>
      <w:r/>
      <w:r>
        <w:t>Templo isn’t a novelty; he’s a performer whose work looks effortless because of brutal hours behind the scenes. According to his own account, training 5–6 days a week and combining pole technique, conditioning and choreography is the daily grind that produces those clean lines and powerful drops. That sense of muscle and grace is the first thing audiences notice, and it’s what makes a WorldPride slot feel earned rather than token.</w:t>
      </w:r>
      <w:r/>
    </w:p>
    <w:p>
      <w:pPr>
        <w:pStyle w:val="Heading2"/>
      </w:pPr>
      <w:r>
        <w:t>From Costa Rica to Puerto Vallarta to the world</w:t>
      </w:r>
      <w:r/>
    </w:p>
    <w:p>
      <w:r/>
      <w:r>
        <w:t>He started in aerial arts, discovered pole through teaching flexibility classes, and the rest followed naturally. Now based in Puerto Vallarta, Templo performs nightly at The Tryst Puerto Vallarta and trains other dancers there. The hotel brand is bringing talent to Amsterdam for WorldPride, which shows how boutique gay hospitality is acting as a springboard for queer performers in multiple markets and events.</w:t>
      </w:r>
      <w:r/>
    </w:p>
    <w:p>
      <w:pPr>
        <w:pStyle w:val="Heading2"/>
      </w:pPr>
      <w:r>
        <w:t>Why this performance is about respect, not just spectacle</w:t>
      </w:r>
      <w:r/>
    </w:p>
    <w:p>
      <w:r/>
      <w:r>
        <w:t>Templo talks about pole as athleticism plus art, and that framing matters. He wants audiences to recognise the discipline, timing and shoulder flexibility behind each move, and to see sensuality as part of a fuller artistic language rather than its only label. That argument matters at WorldPride, where visibility can mean both celebration and education, reminding people pole is a sophisticated performance medium, not just an erotic shorthand.</w:t>
      </w:r>
      <w:r/>
    </w:p>
    <w:p>
      <w:pPr>
        <w:pStyle w:val="Heading2"/>
      </w:pPr>
      <w:r>
        <w:t>Large stage or close‑up: different tools, same intention</w:t>
      </w:r>
      <w:r/>
    </w:p>
    <w:p>
      <w:r/>
      <w:r>
        <w:t>On big stages you need dramatic shapes and wide movements that read from afar; in an intimate venue, tiny gestures and eye contact do the work. Templo says he tailors his choreography accordingly, sharpening silhouettes for festivals and leaning into nuance for close rooms. For fans and bookers alike, that versatility is useful: it means you get both the spectacle that fills a plaza and the intimate moment that lingers afterwards.</w:t>
      </w:r>
      <w:r/>
    </w:p>
    <w:p>
      <w:pPr>
        <w:pStyle w:val="Heading2"/>
      </w:pPr>
      <w:r>
        <w:t>What this means for queer talent and hotels alike</w:t>
      </w:r>
      <w:r/>
    </w:p>
    <w:p>
      <w:r/>
      <w:r>
        <w:t>Tryst Hotels is using its venues and programming to amplify queer performers internationally, and booking artists like Templo shows that hospitality brands are becoming cultural curators as much as hosts. That partnership puts queer Latin American artists on stages they might otherwise struggle to reach, while also giving audiences a chance to experience a range of queer performance styles.</w:t>
      </w:r>
      <w:r/>
    </w:p>
    <w:p>
      <w:r/>
      <w:r>
        <w:t>It's a small change that can make every performance feel like progress.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[6]</w:t>
        </w:r>
      </w:hyperlink>
      <w:r>
        <w:t xml:space="preserve">- Paragraph 3: </w:t>
      </w:r>
      <w:hyperlink r:id="rId9">
        <w:r>
          <w:rPr>
            <w:color w:val="0000EE"/>
            <w:u w:val="single"/>
          </w:rPr>
          <w:t>[2]</w:t>
        </w:r>
      </w:hyperlink>
      <w:r>
        <w:t xml:space="preserve">- Paragraph 4: </w:t>
      </w:r>
      <w:hyperlink r:id="rId9">
        <w:r>
          <w:rPr>
            <w:color w:val="0000EE"/>
            <w:u w:val="single"/>
          </w:rPr>
          <w:t>[2]</w:t>
        </w:r>
      </w:hyperlink>
      <w:r>
        <w:t xml:space="preserve">- Paragraph 5: </w:t>
      </w:r>
      <w:hyperlink r:id="rId12">
        <w:r>
          <w:rPr>
            <w:color w:val="0000EE"/>
            <w:u w:val="single"/>
          </w:rPr>
          <w:t>[3]</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https://www.attitude.co.uk/news/who-is-templo-sexy-gay-pole-tryst-hotels-world-pride-2026-529371/</w:t>
        </w:r>
      </w:hyperlink>
      <w:r>
        <w:t xml:space="preserve"> - Please view link - unable to able to access data</w:t>
      </w:r>
      <w:r/>
    </w:p>
    <w:p>
      <w:pPr>
        <w:pStyle w:val="ListNumber"/>
        <w:spacing w:line="240" w:lineRule="auto"/>
        <w:ind w:left="720"/>
      </w:pPr>
      <w:r/>
      <w:hyperlink r:id="rId9">
        <w:r>
          <w:rPr>
            <w:color w:val="0000EE"/>
            <w:u w:val="single"/>
          </w:rPr>
          <w:t>https://www.attitude.co.uk/news/who-is-templo-sexy-gay-pole-tryst-hotels-world-pride-2026-529371/</w:t>
        </w:r>
      </w:hyperlink>
      <w:r>
        <w:t xml:space="preserve"> - An article from Attitude magazine introduces Templo, an award-winning aerial and pole performer from Costa Rica, who is set to perform at WorldPride 2026 in Amsterdam. With over 10 years of experience, Templo is reclaiming pole dancing as a powerful performing art. He works with Tryst Hotels, a luxury gay hotel brand operating across Mexico, Puerto Rico, New York, Brazil, Illinois, and Florida. Although Tryst Hotels doesn't have a location in Amsterdam, they are bringing their talent to the event, with Templo set to perform for an estimated 500,000 spectators celebrating the LGBTQ+ community. In an exclusive interview, Templo discusses his journey into pole dancing, his training regimen, and the significance of performing at WorldPride. (</w:t>
      </w:r>
      <w:hyperlink r:id="rId14">
        <w:r>
          <w:rPr>
            <w:color w:val="0000EE"/>
            <w:u w:val="single"/>
          </w:rPr>
          <w:t>attitude.co.uk</w:t>
        </w:r>
      </w:hyperlink>
      <w:r>
        <w:t>)</w:t>
      </w:r>
      <w:r/>
    </w:p>
    <w:p>
      <w:pPr>
        <w:pStyle w:val="ListNumber"/>
        <w:spacing w:line="240" w:lineRule="auto"/>
        <w:ind w:left="720"/>
      </w:pPr>
      <w:r/>
      <w:hyperlink r:id="rId12">
        <w:r>
          <w:rPr>
            <w:color w:val="0000EE"/>
            <w:u w:val="single"/>
          </w:rPr>
          <w:t>https://trysthotels.com/</w:t>
        </w:r>
      </w:hyperlink>
      <w:r>
        <w:t xml:space="preserve"> - Tryst Hotels is a collection of luxury gay hotels located in vibrant LGBTQ-friendly destinations worldwide. The brand offers high-end accommodations, exceptional service, and unique experiences, blending boutique hotel charm with a lively atmosphere. Their properties include The Tryst Puerto Vallarta in Mexico, The Tryst San Juan in Puerto Rico, The Tryst Fire Island in New York, The Tryst Provincetown in Massachusetts, The Tryst Rio in Brazil, The Tryst Chicago in Illinois, and The Tryst Wilton Manors in Florida. Each location is designed to provide guests with a memorable and inclusive experience. (</w:t>
      </w:r>
      <w:hyperlink r:id="rId15">
        <w:r>
          <w:rPr>
            <w:color w:val="0000EE"/>
            <w:u w:val="single"/>
          </w:rPr>
          <w:t>trysthotels.com</w:t>
        </w:r>
      </w:hyperlink>
      <w:r>
        <w:t>)</w:t>
      </w:r>
      <w:r/>
    </w:p>
    <w:p>
      <w:pPr>
        <w:pStyle w:val="ListNumber"/>
        <w:spacing w:line="240" w:lineRule="auto"/>
        <w:ind w:left="720"/>
      </w:pPr>
      <w:r/>
      <w:hyperlink r:id="rId10">
        <w:r>
          <w:rPr>
            <w:color w:val="0000EE"/>
            <w:u w:val="single"/>
          </w:rPr>
          <w:t>https://trysthotels.com/puerto-vallarta/</w:t>
        </w:r>
      </w:hyperlink>
      <w:r>
        <w:t xml:space="preserve"> - The Tryst Puerto Vallarta is a luxury gay hotel situated in the heart of Puerto Vallarta's lively Zona Romántica. The hotel features minimalist-Mexican chic design, two pools, a rooftop bar, and a gourmet restaurant serving Mexican cuisine. It offers a vibrant atmosphere for guests seeking both relaxation and social engagement. (</w:t>
      </w:r>
      <w:hyperlink r:id="rId16">
        <w:r>
          <w:rPr>
            <w:color w:val="0000EE"/>
            <w:u w:val="single"/>
          </w:rPr>
          <w:t>trysthotels.com</w:t>
        </w:r>
      </w:hyperlink>
      <w:r>
        <w:t>)</w:t>
      </w:r>
      <w:r/>
    </w:p>
    <w:p>
      <w:pPr>
        <w:pStyle w:val="ListNumber"/>
        <w:spacing w:line="240" w:lineRule="auto"/>
        <w:ind w:left="720"/>
      </w:pPr>
      <w:r/>
      <w:hyperlink r:id="rId13">
        <w:r>
          <w:rPr>
            <w:color w:val="0000EE"/>
            <w:u w:val="single"/>
          </w:rPr>
          <w:t>https://www.globenewswire.com/news-release/2025/10/23/3172279/0/en/tryst-hospitality-joins-iglta-as-global-partner.html</w:t>
        </w:r>
      </w:hyperlink>
      <w:r>
        <w:t xml:space="preserve"> - In October 2025, Tryst Hospitality joined the International LGBTQ+ Travel Association (IGLTA) as a Global Partner. This partnership aims to advance LGBTQ+ travel worldwide, with Tryst Hospitality's portfolio including The Tryst Hotels in various locations and other LGBTQ+ venues. (</w:t>
      </w:r>
      <w:hyperlink r:id="rId17">
        <w:r>
          <w:rPr>
            <w:color w:val="0000EE"/>
            <w:u w:val="single"/>
          </w:rPr>
          <w:t>globenewswire.com</w:t>
        </w:r>
      </w:hyperlink>
      <w:r>
        <w:t>)</w:t>
      </w:r>
      <w:r/>
    </w:p>
    <w:p>
      <w:pPr>
        <w:pStyle w:val="ListNumber"/>
        <w:spacing w:line="240" w:lineRule="auto"/>
        <w:ind w:left="720"/>
      </w:pPr>
      <w:r/>
      <w:hyperlink r:id="rId11">
        <w:r>
          <w:rPr>
            <w:color w:val="0000EE"/>
            <w:u w:val="single"/>
          </w:rPr>
          <w:t>https://twogayexpats.com/tryst-puerto-vallarta-hotel-review</w:t>
        </w:r>
      </w:hyperlink>
      <w:r>
        <w:t xml:space="preserve"> - A review of The Tryst Puerto Vallarta highlights its modern minimalist design, open courtyards, and natural materials. The hotel features a multi-level rooftop experience with panoramic ocean views, a pool with loungers, and a vibrant social scene. The review emphasizes the property's upscale yet relaxed atmosphere, making it a popular choice for LGBTQ+ travelers. (</w:t>
      </w:r>
      <w:hyperlink r:id="rId18">
        <w:r>
          <w:rPr>
            <w:color w:val="0000EE"/>
            <w:u w:val="single"/>
          </w:rPr>
          <w:t>twogayexpats.com</w:t>
        </w:r>
      </w:hyperlink>
      <w:r>
        <w:t>)</w:t>
      </w:r>
      <w:r/>
    </w:p>
    <w:p>
      <w:pPr>
        <w:pStyle w:val="ListNumber"/>
        <w:spacing w:line="240" w:lineRule="auto"/>
        <w:ind w:left="720"/>
      </w:pPr>
      <w:r/>
      <w:hyperlink r:id="rId19">
        <w:r>
          <w:rPr>
            <w:color w:val="0000EE"/>
            <w:u w:val="single"/>
          </w:rPr>
          <w:t>https://www.globenewswire.com/news-release/2026/05/01/3286117/0/en/tryst-hospitality-announces-2026-season-at-the-pines-fire-island-celebrating-60-years-of-tea-dance-all-summer-long.html</w:t>
        </w:r>
      </w:hyperlink>
      <w:r>
        <w:t xml:space="preserve"> - In May 2026, Tryst Hospitality announced the 2026 season at The Pines Fire Island, celebrating 60 years of tea dance all summer long. The Pines Fire Island is a legendary LGBTQ+ destination, home to The Pavilion nightclub and The Blue Whale, the historic site of the first tea dance in 1967. Tryst Hospitality's plans include bringing a new chapter of glamour and style to this iconic destination. (</w:t>
      </w:r>
      <w:hyperlink r:id="rId20">
        <w:r>
          <w:rPr>
            <w:color w:val="0000EE"/>
            <w:u w:val="single"/>
          </w:rPr>
          <w:t>globenewswire.com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news/who-is-templo-sexy-gay-pole-tryst-hotels-world-pride-2026-529371/" TargetMode="External"/><Relationship Id="rId10" Type="http://schemas.openxmlformats.org/officeDocument/2006/relationships/hyperlink" Target="https://trysthotels.com/puerto-vallarta/" TargetMode="External"/><Relationship Id="rId11" Type="http://schemas.openxmlformats.org/officeDocument/2006/relationships/hyperlink" Target="https://twogayexpats.com/tryst-puerto-vallarta-hotel-review" TargetMode="External"/><Relationship Id="rId12" Type="http://schemas.openxmlformats.org/officeDocument/2006/relationships/hyperlink" Target="https://trysthotels.com/" TargetMode="External"/><Relationship Id="rId13" Type="http://schemas.openxmlformats.org/officeDocument/2006/relationships/hyperlink" Target="https://www.globenewswire.com/news-release/2025/10/23/3172279/0/en/tryst-hospitality-joins-iglta-as-global-partner.html" TargetMode="External"/><Relationship Id="rId14" Type="http://schemas.openxmlformats.org/officeDocument/2006/relationships/hyperlink" Target="https://www.attitude.co.uk/news/who-is-templo-sexy-gay-pole-tryst-hotels-world-pride-2026-529371/?utm_source=openai" TargetMode="External"/><Relationship Id="rId15" Type="http://schemas.openxmlformats.org/officeDocument/2006/relationships/hyperlink" Target="https://trysthotels.com/?utm_source=openai" TargetMode="External"/><Relationship Id="rId16" Type="http://schemas.openxmlformats.org/officeDocument/2006/relationships/hyperlink" Target="https://trysthotels.com/puerto-vallarta/?utm_source=openai" TargetMode="External"/><Relationship Id="rId17" Type="http://schemas.openxmlformats.org/officeDocument/2006/relationships/hyperlink" Target="https://www.globenewswire.com/news-release/2025/10/23/3172279/0/en/tryst-hospitality-joins-iglta-as-global-partner.html?utm_source=openai" TargetMode="External"/><Relationship Id="rId18" Type="http://schemas.openxmlformats.org/officeDocument/2006/relationships/hyperlink" Target="https://twogayexpats.com/tryst-puerto-vallarta-hotel-review?utm_source=openai" TargetMode="External"/><Relationship Id="rId19" Type="http://schemas.openxmlformats.org/officeDocument/2006/relationships/hyperlink" Target="https://www.globenewswire.com/news-release/2026/05/01/3286117/0/en/tryst-hospitality-announces-2026-season-at-the-pines-fire-island-celebrating-60-years-of-tea-dance-all-summer-long.html" TargetMode="External"/><Relationship Id="rId20" Type="http://schemas.openxmlformats.org/officeDocument/2006/relationships/hyperlink" Target="https://www.globenewswire.com/news-release/2026/05/01/3286117/0/en/tryst-hospitality-announces-2026-season-at-the-pines-fire-island-celebrating-60-years-of-tea-dance-all-summer-long.htm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