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Things to Do in San Francisco This Week — Up Your Alley, Art, Theatre and More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Catch the city in full summer swing: whether you’re heading to the Up Your Alley Street Fair for legendary kink vibes, seeing acrobats fly at Club Fugazi, or browsing new museum shows, San Francisco offers a packed week of nightlife, dance, theatre and exhibitions that matter to locals and visitors alike.</w:t>
      </w:r>
      <w:r/>
    </w:p>
    <w:p>
      <w:r/>
      <w:r>
        <w:t>Essential Takeaways</w:t>
      </w:r>
      <w:r/>
      <w:r/>
    </w:p>
    <w:p>
      <w:pPr>
        <w:pStyle w:val="ListBullet"/>
        <w:spacing w:line="240" w:lineRule="auto"/>
        <w:ind w:left="720"/>
      </w:pPr>
      <w:r/>
      <w:r>
        <w:rPr>
          <w:b/>
        </w:rPr>
        <w:t>Must-see event:</w:t>
      </w:r>
      <w:r>
        <w:t xml:space="preserve"> Up Your Alley Street Fair, a lively kink and leather-themed street fair in SoMa, runs July 26 and draws large, festive crowds.</w:t>
      </w:r>
      <w:r/>
    </w:p>
    <w:p>
      <w:pPr>
        <w:pStyle w:val="ListBullet"/>
        <w:spacing w:line="240" w:lineRule="auto"/>
        <w:ind w:left="720"/>
      </w:pPr>
      <w:r/>
      <w:r>
        <w:rPr>
          <w:b/>
        </w:rPr>
        <w:t>Big theatre picks:</w:t>
      </w:r>
      <w:r>
        <w:t xml:space="preserve"> High-flying acrobatics at Club Fugazi and family-friendly Circus Bella in parks offer very different but equally visual nights out.</w:t>
      </w:r>
      <w:r/>
    </w:p>
    <w:p>
      <w:pPr>
        <w:pStyle w:val="ListBullet"/>
        <w:spacing w:line="240" w:lineRule="auto"/>
        <w:ind w:left="720"/>
      </w:pPr>
      <w:r/>
      <w:r>
        <w:rPr>
          <w:b/>
        </w:rPr>
        <w:t>Late-night and club scene:</w:t>
      </w:r>
      <w:r>
        <w:t xml:space="preserve"> Dozens of themed parties, from circuit nights and Brüt to leather-bar staples, mean the city’s queer nightlife is at full volume.</w:t>
      </w:r>
      <w:r/>
    </w:p>
    <w:p>
      <w:pPr>
        <w:pStyle w:val="ListBullet"/>
        <w:spacing w:line="240" w:lineRule="auto"/>
        <w:ind w:left="720"/>
      </w:pPr>
      <w:r/>
      <w:r>
        <w:rPr>
          <w:b/>
        </w:rPr>
        <w:t>Art and museums:</w:t>
      </w:r>
      <w:r>
        <w:t xml:space="preserve"> Major exhibits at de Young, SFMOMA, and Yerba Buena keep galleries buzzing; many shows run into late July and beyond.</w:t>
      </w:r>
      <w:r/>
    </w:p>
    <w:p>
      <w:pPr>
        <w:pStyle w:val="ListBullet"/>
        <w:spacing w:line="240" w:lineRule="auto"/>
        <w:ind w:left="720"/>
      </w:pPr>
      <w:r/>
      <w:r>
        <w:rPr>
          <w:b/>
        </w:rPr>
        <w:t>Practical note:</w:t>
      </w:r>
      <w:r>
        <w:t xml:space="preserve"> Events span venues across the city, plan transit and arrive early for outdoor or ticketed happenings.</w:t>
      </w:r>
      <w:r/>
      <w:r/>
    </w:p>
    <w:p>
      <w:pPr>
        <w:pStyle w:val="Heading2"/>
      </w:pPr>
      <w:r>
        <w:t>Up Your Alley: the street fair that owns sunny debauchery</w:t>
      </w:r>
      <w:r/>
    </w:p>
    <w:p>
      <w:r/>
      <w:r>
        <w:t>The annual Up Your Alley Street Fair transforms SoMa into a carnival of kink, vendors, DJs and performance. The scene is loud, colourful and unabashedly adult , leather, harnesses and playful theatricality are all part of the charm. Organisers stage it along 11th to 8th and Howard to Harrison, and gate donations keep it community-run.</w:t>
      </w:r>
      <w:r/>
    </w:p>
    <w:p>
      <w:r/>
      <w:r>
        <w:t>This fair has become a summer ritual for locals and visitors who want the festival energy without mainstream polish. It’s busy and warm, so wear comfortable shoes and expect lively crowds. If you’re curious but cautious, go mid-afternoon for a slightly calmer vibe; after midday the energy peaks and it’s very much a people-watching paradise.</w:t>
      </w:r>
      <w:r/>
    </w:p>
    <w:p>
      <w:r/>
      <w:r>
        <w:t>Public transport and ride-share are your friends; streets close and parking is scarce. Bring water, sunscreen and an open mind , it’s one of those SF experiences that’s equal parts theatrical and social.</w:t>
      </w:r>
      <w:r/>
    </w:p>
    <w:p>
      <w:pPr>
        <w:pStyle w:val="Heading2"/>
      </w:pPr>
      <w:r>
        <w:t>Theatre and circus: high-flying options for every taste</w:t>
      </w:r>
      <w:r/>
    </w:p>
    <w:p>
      <w:r/>
      <w:r>
        <w:t>If you prefer stagecraft to street life, there’s plenty on offer. Club Fugazi hosts Dear San Francisco, a polished, acrobatic salute to city life that’s both visually slick and emotionally engaging , a great date-night pick. Meanwhile Circus Bella’s outdoor family-friendly production, performing in Bay Area parks, is charming and approachable, with bright, playful acts that land well for kids and adults alike.</w:t>
      </w:r>
      <w:r/>
    </w:p>
    <w:p>
      <w:r/>
      <w:r>
        <w:t>Theatre companies across the region also have fresh work: from tender premieres at TheatreWorks to revival musicals at the San Francisco Playhouse. Tickets run a broad range, so you can splurge on prime seats or opt for budget-friendly options , and theatres often extend runs when word-of-mouth builds.</w:t>
      </w:r>
      <w:r/>
    </w:p>
    <w:p>
      <w:r/>
      <w:r>
        <w:t>Tip: if you want the best seats for popular shows, book early and check for midweek performances when crowds are smaller.</w:t>
      </w:r>
      <w:r/>
    </w:p>
    <w:p>
      <w:pPr>
        <w:pStyle w:val="Heading2"/>
      </w:pPr>
      <w:r>
        <w:t>Nightlife: clubs, circuit parties and beloved bars</w:t>
      </w:r>
      <w:r/>
    </w:p>
    <w:p>
      <w:r/>
      <w:r>
        <w:t>San Francisco’s nightlife calendar reads like a history of queer culture with modern edits: Brüt at 888 Garage, Real Bad’s pre-Up Your Alley night, and the packed programme at venues like DNA Lounge and Oasis. Traditional bars , the SF Eagle, Beaux in the Castro, and long-running neighborhood spots , mix weekly drag, fetish nights, and themed dance parties.</w:t>
      </w:r>
      <w:r/>
    </w:p>
    <w:p>
      <w:r/>
      <w:r>
        <w:t>If you’re attending high-energy events, expect late end times and charged atmospheres. For a gentler evening, seek out cabaret nights at Feinstein’s or jazz and band shows in Golden Gate Park. Many venues post age policies and door requirements, so check listings before you go.</w:t>
      </w:r>
      <w:r/>
    </w:p>
    <w:p>
      <w:r/>
      <w:r>
        <w:t>Pro tip: bring cash for cover charges and tips, and earplugs if you’re sensitive to loud music.</w:t>
      </w:r>
      <w:r/>
    </w:p>
    <w:p>
      <w:pPr>
        <w:pStyle w:val="Heading2"/>
      </w:pPr>
      <w:r>
        <w:t>Galleries and museums: big-name shows and intimate queer spaces</w:t>
      </w:r>
      <w:r/>
    </w:p>
    <w:p>
      <w:r/>
      <w:r>
        <w:t>Summer exhibitions continue to draw crowds. The de Young’s Monet and Venice show and SFMOMA’s rotating modern collections provide heavyweight visual thrills, while smaller, identity-focused institutions like the OUT Museum and the GLBT History Museum offer concentrated queer narratives and local histories. Yerba Buena’s “Conjuring Power” show explores queer and trans movement histories , a must-see if you care about the cultural backbone of activism.</w:t>
      </w:r>
      <w:r/>
    </w:p>
    <w:p>
      <w:r/>
      <w:r>
        <w:t>Many museums have extended hours or late-night programmes, which can be a blissfully calm way to experience major works after the daytime rush. If you like mixing art with a drink or post-gallery meal, check nearby cafés and late exhibitions to round out the night.</w:t>
      </w:r>
      <w:r/>
    </w:p>
    <w:p>
      <w:r/>
      <w:r>
        <w:t>Suggestion: plan one big museum visit and supplement it with a neighbourhood gallery hop, North Beach, the Mission and Fort Mason have lively clusters of shows.</w:t>
      </w:r>
      <w:r/>
    </w:p>
    <w:p>
      <w:pPr>
        <w:pStyle w:val="Heading2"/>
      </w:pPr>
      <w:r>
        <w:t>Community, festivals and family-friendly picks</w:t>
      </w:r>
      <w:r/>
    </w:p>
    <w:p>
      <w:r/>
      <w:r>
        <w:t>Not every event is late-night or adult-only. The San Francisco Mime Troupe and Philharmonia Baroque perform in parks, often free or donation-based, so you can catch thoughtful theatre and music outdoors. Family-friendly circus shows travel through parks until late July, and the California Academy of Sciences keeps interactive exhibits open for curious kids.</w:t>
      </w:r>
      <w:r/>
    </w:p>
    <w:p>
      <w:r/>
      <w:r>
        <w:t>Community centres and libraries also host talks, wellness workshops and panels tied to exhibits like the Compton’s Cafeteria Riot archive , meaningful ways to connect with local history while supporting grassroots organisations.</w:t>
      </w:r>
      <w:r/>
    </w:p>
    <w:p>
      <w:r/>
      <w:r>
        <w:t>If you’re bringing children, double-check age-appropriateness and consider matinee performances for better seats and quieter audiences.</w:t>
      </w:r>
      <w:r/>
    </w:p>
    <w:p>
      <w:r/>
      <w:r>
        <w:t>It's a small change that can make your week feel full of summer spectacle and queer culture.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9">
        <w:r>
          <w:rPr>
            <w:color w:val="0000EE"/>
            <w:u w:val="single"/>
          </w:rPr>
          <w:t>[1]</w:t>
        </w:r>
      </w:hyperlink>
      <w:r>
        <w:t xml:space="preserve">, </w:t>
      </w:r>
      <w:hyperlink r:id="rId9">
        <w:r>
          <w:rPr>
            <w:color w:val="0000EE"/>
            <w:u w:val="single"/>
          </w:rPr>
          <w:t>[7]</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https://www.ebar.com/story/168597/</w:t>
        </w:r>
      </w:hyperlink>
      <w:r>
        <w:t xml:space="preserve"> - Please view link - unable to able to access data</w:t>
      </w:r>
      <w:r/>
    </w:p>
    <w:p>
      <w:pPr>
        <w:pStyle w:val="ListNumber"/>
        <w:spacing w:line="240" w:lineRule="auto"/>
        <w:ind w:left="720"/>
      </w:pPr>
      <w:r/>
      <w:hyperlink r:id="rId10">
        <w:r>
          <w:rPr>
            <w:color w:val="0000EE"/>
            <w:u w:val="single"/>
          </w:rPr>
          <w:t>https://www.folsomstreet.org/up-your-alley-2023</w:t>
        </w:r>
      </w:hyperlink>
      <w:r>
        <w:t xml:space="preserve"> - The official website for the 2023 Up Your Alley Street Fair, also known as Dore Alley, provides detailed information about the event held on July 30, 2023, in San Francisco's South of Market (SoMa) neighborhood. The page includes the event's history, purpose, and the lineup of DJs and performers scheduled for the day. It also highlights the fair's focus on leather, rubber, and kink communities, encouraging attendees to participate in their preferred attire. The event aims to champion sexual liberation and support justice and visibility for all.</w:t>
      </w:r>
      <w:r/>
    </w:p>
    <w:p>
      <w:pPr>
        <w:pStyle w:val="ListNumber"/>
        <w:spacing w:line="240" w:lineRule="auto"/>
        <w:ind w:left="720"/>
      </w:pPr>
      <w:r/>
      <w:hyperlink r:id="rId12">
        <w:r>
          <w:rPr>
            <w:color w:val="0000EE"/>
            <w:u w:val="single"/>
          </w:rPr>
          <w:t>https://www.sfmta.com/project-updates/your-alley-fair</w:t>
        </w:r>
      </w:hyperlink>
      <w:r>
        <w:t xml:space="preserve"> - This page from the San Francisco Municipal Transportation Agency (SFMTA) outlines the traffic and transit advisories for the Up Your Alley Street Fair scheduled for Sunday, July 26, 2026. It details the street closures in the South of Market (SoMa) area, including Folsom Street between 8th and 11th streets, and the rerouting of Muni bus routes 12 Folsom/Pacific and 27 Bryant. The advisory provides information on how to navigate the area during the event and the expected duration of the closures.</w:t>
      </w:r>
      <w:r/>
    </w:p>
    <w:p>
      <w:pPr>
        <w:pStyle w:val="ListNumber"/>
        <w:spacing w:line="240" w:lineRule="auto"/>
        <w:ind w:left="720"/>
      </w:pPr>
      <w:r/>
      <w:hyperlink r:id="rId14">
        <w:r>
          <w:rPr>
            <w:color w:val="0000EE"/>
            <w:u w:val="single"/>
          </w:rPr>
          <w:t>https://yellowandblack.org/uya-2023/</w:t>
        </w:r>
      </w:hyperlink>
      <w:r>
        <w:t xml:space="preserve"> - The Yellow and Black Group's website features a post about their participation in the 2023 Up Your Alley Street Fair, where they offered their 'Piss Pool' booth on Folsom Street near 11th Street. The post includes images and a video showcasing the event, highlighting the group's involvement and the community's engagement. It also provides information on how individuals can contribute or volunteer for future events, emphasizing the group's commitment to supporting and enhancing the fair's activities.</w:t>
      </w:r>
      <w:r/>
    </w:p>
    <w:p>
      <w:pPr>
        <w:pStyle w:val="ListNumber"/>
        <w:spacing w:line="240" w:lineRule="auto"/>
        <w:ind w:left="720"/>
      </w:pPr>
      <w:r/>
      <w:hyperlink r:id="rId13">
        <w:r>
          <w:rPr>
            <w:color w:val="0000EE"/>
            <w:u w:val="single"/>
          </w:rPr>
          <w:t>https://www.sfgate.com/sf-culture/article/san-francisco-dore-alley-2023-18264915.php</w:t>
        </w:r>
      </w:hyperlink>
      <w:r>
        <w:t xml:space="preserve"> - An article from SFGate discussing the return of San Francisco's Dore Alley Street Fair in 2023. The piece provides insights into the event's history, its significance in the local kink and leather communities, and what attendees can expect. It also touches upon the cultural impact of the fair and its role in the South of Market neighborhood, offering a comprehensive overview of the event's relevance and appeal.</w:t>
      </w:r>
      <w:r/>
    </w:p>
    <w:p>
      <w:pPr>
        <w:pStyle w:val="ListNumber"/>
        <w:spacing w:line="240" w:lineRule="auto"/>
        <w:ind w:left="720"/>
      </w:pPr>
      <w:r/>
      <w:hyperlink r:id="rId11">
        <w:r>
          <w:rPr>
            <w:color w:val="0000EE"/>
            <w:u w:val="single"/>
          </w:rPr>
          <w:t>https://sfstandard.com/2023/07/31/semi-nsfw-up-your-alley-brings-kinksters-to-san-franciscos-soma/</w:t>
        </w:r>
      </w:hyperlink>
      <w:r>
        <w:t xml:space="preserve"> - An article from the San Francisco Standard featuring photos and coverage of the 2023 Up Your Alley Street Fair. The piece captures the vibrant atmosphere of the event, showcasing attendees in various leather and kink attire. It provides a visual representation of the fair's focus on the leather and kink communities in San Francisco's South of Market neighborhood, highlighting the openness and celebratory nature of the event.</w:t>
      </w:r>
      <w:r/>
    </w:p>
    <w:p>
      <w:pPr>
        <w:pStyle w:val="ListNumber"/>
        <w:spacing w:line="240" w:lineRule="auto"/>
        <w:ind w:left="720"/>
      </w:pPr>
      <w:r/>
      <w:hyperlink r:id="rId9">
        <w:r>
          <w:rPr>
            <w:color w:val="0000EE"/>
            <w:u w:val="single"/>
          </w:rPr>
          <w:t>https://www.ebar.com/story/168597/</w:t>
        </w:r>
      </w:hyperlink>
      <w:r>
        <w:t xml:space="preserve"> - An article from the Bay Area Reporter detailing arts and nightlife events in San Francisco from July 23 to July 31, 2026. The piece includes information about various performances, exhibitions, and community events happening during that week, providing readers with a comprehensive guide to the city's cultural offerings during that period.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bar.com/story/168597/" TargetMode="External"/><Relationship Id="rId10" Type="http://schemas.openxmlformats.org/officeDocument/2006/relationships/hyperlink" Target="https://www.folsomstreet.org/up-your-alley-2023" TargetMode="External"/><Relationship Id="rId11" Type="http://schemas.openxmlformats.org/officeDocument/2006/relationships/hyperlink" Target="https://sfstandard.com/2023/07/31/semi-nsfw-up-your-alley-brings-kinksters-to-san-franciscos-soma/" TargetMode="External"/><Relationship Id="rId12" Type="http://schemas.openxmlformats.org/officeDocument/2006/relationships/hyperlink" Target="https://www.sfmta.com/project-updates/your-alley-fair" TargetMode="External"/><Relationship Id="rId13" Type="http://schemas.openxmlformats.org/officeDocument/2006/relationships/hyperlink" Target="https://www.sfgate.com/sf-culture/article/san-francisco-dore-alley-2023-18264915.php" TargetMode="External"/><Relationship Id="rId14" Type="http://schemas.openxmlformats.org/officeDocument/2006/relationships/hyperlink" Target="https://yellowandblack.org/uya-202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