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Sapphic Wedding Ever: Cynthia Nixon to Officiate Bride Pride 2027</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romantics are lining up: Cynthia Nixon will be the “Reverend-for-the-Day” at Bride Pride, a bid for the world’s largest all-girl wedding and renewal ceremony in St. Petersburg, Florida , a bold, photogenic moment set for 21 February 2027 that celebrates queer love and aims for a Guinness record.</w:t>
      </w:r>
      <w:r/>
    </w:p>
    <w:p>
      <w:r/>
      <w:r>
        <w:t>Essential Takeaways</w:t>
      </w:r>
      <w:r/>
      <w:r/>
    </w:p>
    <w:p>
      <w:pPr>
        <w:pStyle w:val="ListBullet"/>
        <w:spacing w:line="240" w:lineRule="auto"/>
        <w:ind w:left="720"/>
      </w:pPr>
      <w:r/>
      <w:r>
        <w:rPr>
          <w:b/>
        </w:rPr>
        <w:t>Big event:</w:t>
      </w:r>
      <w:r>
        <w:t xml:space="preserve"> Bride Pride in St. Pete plans a simultaneous ceremony for 100+ couples on 21 February 2027.</w:t>
      </w:r>
      <w:r/>
    </w:p>
    <w:p>
      <w:pPr>
        <w:pStyle w:val="ListBullet"/>
        <w:spacing w:line="240" w:lineRule="auto"/>
        <w:ind w:left="720"/>
      </w:pPr>
      <w:r/>
      <w:r>
        <w:rPr>
          <w:b/>
        </w:rPr>
        <w:t>Celebrity officiant:</w:t>
      </w:r>
      <w:r>
        <w:t xml:space="preserve"> Cynthia Nixon, a prominent bisexual actor and activist, will officiate as “Reverend-for-the-Day.”</w:t>
      </w:r>
      <w:r/>
    </w:p>
    <w:p>
      <w:pPr>
        <w:pStyle w:val="ListBullet"/>
        <w:spacing w:line="240" w:lineRule="auto"/>
        <w:ind w:left="720"/>
      </w:pPr>
      <w:r/>
      <w:r>
        <w:rPr>
          <w:b/>
        </w:rPr>
        <w:t>Renewals welcome:</w:t>
      </w:r>
      <w:r>
        <w:t xml:space="preserve"> Couples already married can renew vows; organisers promise inclusive, festive vibes and great lighting.</w:t>
      </w:r>
      <w:r/>
    </w:p>
    <w:p>
      <w:pPr>
        <w:pStyle w:val="ListBullet"/>
        <w:spacing w:line="240" w:lineRule="auto"/>
        <w:ind w:left="720"/>
      </w:pPr>
      <w:r/>
      <w:r>
        <w:rPr>
          <w:b/>
        </w:rPr>
        <w:t>Register online:</w:t>
      </w:r>
      <w:r>
        <w:t xml:space="preserve"> Participants must sign up via the Bride Pride website; the event sits inside Winter Pride St. Pete week.</w:t>
      </w:r>
      <w:r/>
    </w:p>
    <w:p>
      <w:pPr>
        <w:pStyle w:val="ListBullet"/>
        <w:spacing w:line="240" w:lineRule="auto"/>
        <w:ind w:left="720"/>
      </w:pPr>
      <w:r/>
      <w:r>
        <w:rPr>
          <w:b/>
        </w:rPr>
        <w:t>Visual atmosphere:</w:t>
      </w:r>
      <w:r>
        <w:t xml:space="preserve"> Expect sunny February skies, large group photos and a celebratory crowd energy.</w:t>
      </w:r>
      <w:r/>
      <w:r/>
    </w:p>
    <w:p>
      <w:pPr>
        <w:pStyle w:val="Heading2"/>
      </w:pPr>
      <w:r>
        <w:t>A buzzy headline moment , why this wedding is different</w:t>
      </w:r>
      <w:r/>
    </w:p>
    <w:p>
      <w:r/>
      <w:r>
        <w:t>This isn’t your average registry office booking; it’s a deliberately theatrical, communal declaration of love, and yes, it smells faintly of confetti and excitement. Bride Pride is pitching its ceremony as both heartfelt and record-breaking , imagine hundreds of women saying their vows together beneath St. Pete’s clear winter sky. According to event organisers, the aim is to land in the Guinness Book of World Records, which turns a private rite into a shared, public milestone.</w:t>
      </w:r>
      <w:r/>
    </w:p>
    <w:p>
      <w:pPr>
        <w:pStyle w:val="Heading2"/>
      </w:pPr>
      <w:r>
        <w:t>Cynthia Nixon brings star power and queer history</w:t>
      </w:r>
      <w:r/>
    </w:p>
    <w:p>
      <w:r/>
      <w:r>
        <w:t>Cynthia Nixon’s role gives the event a layer of cultural resonance. Best known for roles on screen, she’s also been a visible queer figure since coming out in 2004 and marrying Christine Marinoni in 2012. Outlets including OUT and GoMag have noted how Nixon’s participation ties the festivities to broader LGBTQ+ visibility. For many, her presence will feel like a hug from pop culture , familiar, warm and politically meaningful.</w:t>
      </w:r>
      <w:r/>
    </w:p>
    <w:p>
      <w:pPr>
        <w:pStyle w:val="Heading2"/>
      </w:pPr>
      <w:r>
        <w:t>How the logistics work , who can join and how to register</w:t>
      </w:r>
      <w:r/>
    </w:p>
    <w:p>
      <w:r/>
      <w:r>
        <w:t>Bride Pride’s organisers are open about the mechanics: sign-ups are handled through the official site, and the ceremony is part of Winter Pride St. Pete running 14–21 February 2027. You don’t need to be single or unmarried; renewals are encouraged and explicitly welcomed , “do it again with better lighting,” the promotional copy winks. If you’re considering participation, book early, check eligibility details and plan for travel and accommodation in busy Pride week.</w:t>
      </w:r>
      <w:r/>
    </w:p>
    <w:p>
      <w:pPr>
        <w:pStyle w:val="Heading2"/>
      </w:pPr>
      <w:r>
        <w:t>Why this matters beyond the photos</w:t>
      </w:r>
      <w:r/>
    </w:p>
    <w:p>
      <w:r/>
      <w:r>
        <w:t>Large-scale queer ceremonies like this do more than make nice pictures. They normalise same-sex unions in public space, create community visibility and invite wider audiences to witness celebrations of love. Local coverage in the Tampa Bay press highlights how the event plugs into St. Petersburg’s growing reputation as a Pride destination. For residents and visitors alike, it’s a statement that Pride can be ceremonial, ceremonial can be joyful, and joy can be a form of activism.</w:t>
      </w:r>
      <w:r/>
    </w:p>
    <w:p>
      <w:pPr>
        <w:pStyle w:val="Heading2"/>
      </w:pPr>
      <w:r>
        <w:t>Picking the right moment to participate , practical tips</w:t>
      </w:r>
      <w:r/>
    </w:p>
    <w:p>
      <w:r/>
      <w:r>
        <w:t>If you’re tempted to join, think practically: register early, coordinate outfits for group photos, and consider whether you want a private legal marriage beforehand or to treat Bride Pride as the symbolic ceremony. Bring sun protection for Florida’s February sun, and plan for post-ceremony celebrations during Winter Pride week. And if you’re watching from afar, follow the event accounts for livestream or photo highlights , it’ll be a moment designed for sharing.</w:t>
      </w:r>
      <w:r/>
    </w:p>
    <w:p>
      <w:r/>
      <w:r>
        <w:t>It's a small change with a big heart: a collective vow that doubles as a party and a record attempt.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https://www.starobserver.com.au/news/cynthia-nixon-is-set-to-officiate-the-biggest-sapphic-wedding-ever/242853</w:t>
        </w:r>
      </w:hyperlink>
      <w:r>
        <w:t xml:space="preserve"> - Please view link - unable to able to access data</w:t>
      </w:r>
      <w:r/>
    </w:p>
    <w:p>
      <w:pPr>
        <w:pStyle w:val="ListNumber"/>
        <w:spacing w:line="240" w:lineRule="auto"/>
        <w:ind w:left="720"/>
      </w:pPr>
      <w:r/>
      <w:hyperlink r:id="rId10">
        <w:r>
          <w:rPr>
            <w:color w:val="0000EE"/>
            <w:u w:val="single"/>
          </w:rPr>
          <w:t>https://www.bridepridestpete.com/</w:t>
        </w:r>
      </w:hyperlink>
      <w:r>
        <w:t xml:space="preserve"> - Bride Pride is organising the 'World’s Largest All-Girl Wedding &amp; Renewal Ceremony' in St. Petersburg, Florida, on February 21, 2027. The event aims to gather over 100 couples, with acclaimed actor and LGBTQ+ activist Cynthia Nixon serving as the 'Reverend-for-the-Day'. Participants can choose to marry or renew their vows during this historic occasion, which is part of the Winter Pride St. Pete celebrations from February 14–21, 2027. The organisers hope to set a Guinness World Record for the largest all-women wedding and renewal ceremony. Those interested can register online to be part of this monumental event. (</w:t>
      </w:r>
      <w:hyperlink r:id="rId15">
        <w:r>
          <w:rPr>
            <w:color w:val="0000EE"/>
            <w:u w:val="single"/>
          </w:rPr>
          <w:t>bridepridestpete.com</w:t>
        </w:r>
      </w:hyperlink>
      <w:r>
        <w:t>)</w:t>
      </w:r>
      <w:r/>
    </w:p>
    <w:p>
      <w:pPr>
        <w:pStyle w:val="ListNumber"/>
        <w:spacing w:line="240" w:lineRule="auto"/>
        <w:ind w:left="720"/>
      </w:pPr>
      <w:r/>
      <w:hyperlink r:id="rId11">
        <w:r>
          <w:rPr>
            <w:color w:val="0000EE"/>
            <w:u w:val="single"/>
          </w:rPr>
          <w:t>https://www.tampabay.com/news/st-petersburg/2026/07/21/bride-pride-cynthia-nixon-wedding-st-petersburg-winter-lesbian/</w:t>
        </w:r>
      </w:hyperlink>
      <w:r>
        <w:t xml:space="preserve"> - Cynthia Nixon, known for her roles in 'Sex and the City' and 'And Just Like That', is set to officiate the 'World’s Largest All-Girl Wedding &amp; Renewal Ceremony' in St. Petersburg, Florida, on February 21, 2027. The event, part of Winter Pride St. Pete, aims to gather over 100 couples, with Nixon serving as the 'Reverend-for-the-Day'. Participants can choose to marry or renew their vows during this historic occasion. The organisers hope to set a Guinness World Record for the largest all-women wedding and renewal ceremony. (</w:t>
      </w:r>
      <w:hyperlink r:id="rId16">
        <w:r>
          <w:rPr>
            <w:color w:val="0000EE"/>
            <w:u w:val="single"/>
          </w:rPr>
          <w:t>tampabay.com</w:t>
        </w:r>
      </w:hyperlink>
      <w:r>
        <w:t>)</w:t>
      </w:r>
      <w:r/>
    </w:p>
    <w:p>
      <w:pPr>
        <w:pStyle w:val="ListNumber"/>
        <w:spacing w:line="240" w:lineRule="auto"/>
        <w:ind w:left="720"/>
      </w:pPr>
      <w:r/>
      <w:hyperlink r:id="rId12">
        <w:r>
          <w:rPr>
            <w:color w:val="0000EE"/>
            <w:u w:val="single"/>
          </w:rPr>
          <w:t>https://www.out.com/events/cynthia-nixon-officiating-sapphic-wedding</w:t>
        </w:r>
      </w:hyperlink>
      <w:r>
        <w:t xml:space="preserve"> - Cynthia Nixon will serve as the 'Reverend-for-the-Day' at Bride Pride, billed as the 'World’s Largest All-Girl Wedding &amp; Renewal Ceremony', on February 21, 2027, in St. Petersburg, Florida. The event aims to gather over 100 couples, with Nixon officiating the ceremony. Participants can choose to marry or renew their vows during this historic occasion. The organisers hope to set a Guinness World Record for the largest all-women wedding and renewal ceremony. (</w:t>
      </w:r>
      <w:hyperlink r:id="rId17">
        <w:r>
          <w:rPr>
            <w:color w:val="0000EE"/>
            <w:u w:val="single"/>
          </w:rPr>
          <w:t>out.com</w:t>
        </w:r>
      </w:hyperlink>
      <w:r>
        <w:t>)</w:t>
      </w:r>
      <w:r/>
    </w:p>
    <w:p>
      <w:pPr>
        <w:pStyle w:val="ListNumber"/>
        <w:spacing w:line="240" w:lineRule="auto"/>
        <w:ind w:left="720"/>
      </w:pPr>
      <w:r/>
      <w:hyperlink r:id="rId13">
        <w:r>
          <w:rPr>
            <w:color w:val="0000EE"/>
            <w:u w:val="single"/>
          </w:rPr>
          <w:t>https://gomag.com/article/cynthia-nixon-will-officiate-worlds-largest-sapphic-wedding-in-florida/</w:t>
        </w:r>
      </w:hyperlink>
      <w:r>
        <w:t xml:space="preserve"> - Cynthia Nixon, known for her roles in 'The Gilded Age' and 'And Just Like That', is set to officiate the 'World’s Largest All-Girl Wedding &amp; Renewal Ceremony' in St. Petersburg, Florida, on February 21, 2027. The event, part of Winter Pride St. Pete, aims to gather over 100 couples, with Nixon serving as the 'Reverend-for-the-Day'. Participants can choose to marry or renew their vows during this historic occasion. The organisers hope to set a Guinness World Record for the largest all-women wedding and renewal ceremony. (</w:t>
      </w:r>
      <w:hyperlink r:id="rId18">
        <w:r>
          <w:rPr>
            <w:color w:val="0000EE"/>
            <w:u w:val="single"/>
          </w:rPr>
          <w:t>gomag.com</w:t>
        </w:r>
      </w:hyperlink>
      <w:r>
        <w:t>)</w:t>
      </w:r>
      <w:r/>
    </w:p>
    <w:p>
      <w:pPr>
        <w:pStyle w:val="ListNumber"/>
        <w:spacing w:line="240" w:lineRule="auto"/>
        <w:ind w:left="720"/>
      </w:pPr>
      <w:r/>
      <w:hyperlink r:id="rId14">
        <w:r>
          <w:rPr>
            <w:color w:val="0000EE"/>
            <w:u w:val="single"/>
          </w:rPr>
          <w:t>https://www.them.us/cynthia-nixon-officiating-sapphic-wedding</w:t>
        </w:r>
      </w:hyperlink>
      <w:r>
        <w:t xml:space="preserve"> - Cynthia Nixon will serve as the 'Reverend-for-the-Day' at Bride Pride, billed as the 'World’s Largest All-Girl Wedding &amp; Renewal Ceremony', on February 21, 2027, in St. Petersburg, Florida. The event aims to gather over 100 couples, with Nixon officiating the ceremony. Participants can choose to marry or renew their vows during this historic occasion. The organisers hope to set a Guinness World Record for the largest all-women wedding and renewal ceremony. (</w:t>
      </w:r>
      <w:hyperlink r:id="rId19">
        <w:r>
          <w:rPr>
            <w:color w:val="0000EE"/>
            <w:u w:val="single"/>
          </w:rPr>
          <w:t>them.us</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cynthia-nixon-is-set-to-officiate-the-biggest-sapphic-wedding-ever/242853" TargetMode="External"/><Relationship Id="rId10" Type="http://schemas.openxmlformats.org/officeDocument/2006/relationships/hyperlink" Target="https://www.bridepridestpete.com/" TargetMode="External"/><Relationship Id="rId11" Type="http://schemas.openxmlformats.org/officeDocument/2006/relationships/hyperlink" Target="https://www.tampabay.com/news/st-petersburg/2026/07/21/bride-pride-cynthia-nixon-wedding-st-petersburg-winter-lesbian/" TargetMode="External"/><Relationship Id="rId12" Type="http://schemas.openxmlformats.org/officeDocument/2006/relationships/hyperlink" Target="https://www.out.com/events/cynthia-nixon-officiating-sapphic-wedding" TargetMode="External"/><Relationship Id="rId13" Type="http://schemas.openxmlformats.org/officeDocument/2006/relationships/hyperlink" Target="https://gomag.com/article/cynthia-nixon-will-officiate-worlds-largest-sapphic-wedding-in-florida/" TargetMode="External"/><Relationship Id="rId14" Type="http://schemas.openxmlformats.org/officeDocument/2006/relationships/hyperlink" Target="https://www.them.us/cynthia-nixon-officiating-sapphic-wedding" TargetMode="External"/><Relationship Id="rId15" Type="http://schemas.openxmlformats.org/officeDocument/2006/relationships/hyperlink" Target="https://www.bridepridestpete.com/?utm_source=openai" TargetMode="External"/><Relationship Id="rId16" Type="http://schemas.openxmlformats.org/officeDocument/2006/relationships/hyperlink" Target="https://www.tampabay.com/news/st-petersburg/2026/07/21/bride-pride-cynthia-nixon-wedding-st-petersburg-winter-lesbian/?utm_source=openai" TargetMode="External"/><Relationship Id="rId17" Type="http://schemas.openxmlformats.org/officeDocument/2006/relationships/hyperlink" Target="https://www.out.com/events/cynthia-nixon-officiating-sapphic-wedding?utm_source=openai" TargetMode="External"/><Relationship Id="rId18" Type="http://schemas.openxmlformats.org/officeDocument/2006/relationships/hyperlink" Target="https://gomag.com/article/cynthia-nixon-will-officiate-worlds-largest-sapphic-wedding-in-florida/?utm_source=openai" TargetMode="External"/><Relationship Id="rId19" Type="http://schemas.openxmlformats.org/officeDocument/2006/relationships/hyperlink" Target="https://www.them.us/cynthia-nixon-officiating-sapphic-wedding?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