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Teenage Abuse: Bill Kaulitz’s Story and What It Teaches Us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stopping to listen as Tokio Hotel frontman Bill Kaulitz opens up about queerphobic attacks in his youth, revealing painful memories that still linger and why speaking out matters for survivors and bystanders alike. This piece looks at what he said, why it resonates, and practical ways to support queer safety today.</w:t>
      </w:r>
      <w:r/>
    </w:p>
    <w:p>
      <w:r/>
      <w:r>
        <w:t>Essential Takeaways</w:t>
      </w:r>
      <w:r/>
      <w:r/>
    </w:p>
    <w:p>
      <w:pPr>
        <w:pStyle w:val="ListBullet"/>
        <w:spacing w:line="240" w:lineRule="auto"/>
        <w:ind w:left="720"/>
      </w:pPr>
      <w:r/>
      <w:r>
        <w:rPr>
          <w:b/>
        </w:rPr>
        <w:t>Public confession:</w:t>
      </w:r>
      <w:r>
        <w:t xml:space="preserve"> Bill Kaulitz has spoken publicly about queerphobic assaults he suffered as a teenager, including having his trousers pulled down and being touched in a pool.</w:t>
      </w:r>
      <w:r/>
    </w:p>
    <w:p>
      <w:pPr>
        <w:pStyle w:val="ListBullet"/>
        <w:spacing w:line="240" w:lineRule="auto"/>
        <w:ind w:left="720"/>
      </w:pPr>
      <w:r/>
      <w:r>
        <w:rPr>
          <w:b/>
        </w:rPr>
        <w:t>Lasting impact:</w:t>
      </w:r>
      <w:r>
        <w:t xml:space="preserve"> He says the shame and pain from those incidents remain with him, despite later developing resilience.</w:t>
      </w:r>
      <w:r/>
    </w:p>
    <w:p>
      <w:pPr>
        <w:pStyle w:val="ListBullet"/>
        <w:spacing w:line="240" w:lineRule="auto"/>
        <w:ind w:left="720"/>
      </w:pPr>
      <w:r/>
      <w:r>
        <w:rPr>
          <w:b/>
        </w:rPr>
        <w:t>Safer environment:</w:t>
      </w:r>
      <w:r>
        <w:t xml:space="preserve"> Kaulitz credits his life in Los Angeles and a stronger sense of self with allowing him to talk about the past more openly.</w:t>
      </w:r>
      <w:r/>
    </w:p>
    <w:p>
      <w:pPr>
        <w:pStyle w:val="ListBullet"/>
        <w:spacing w:line="240" w:lineRule="auto"/>
        <w:ind w:left="720"/>
      </w:pPr>
      <w:r/>
      <w:r>
        <w:rPr>
          <w:b/>
        </w:rPr>
        <w:t>Reality check:</w:t>
      </w:r>
      <w:r>
        <w:t xml:space="preserve"> He stresses that while he can now express himself without fear, many queer people still face everyday hostility in public spaces.</w:t>
      </w:r>
      <w:r/>
    </w:p>
    <w:p>
      <w:pPr>
        <w:pStyle w:val="ListBullet"/>
        <w:spacing w:line="240" w:lineRule="auto"/>
        <w:ind w:left="720"/>
      </w:pPr>
      <w:r/>
      <w:r>
        <w:rPr>
          <w:b/>
        </w:rPr>
        <w:t>Actionable tip:</w:t>
      </w:r>
      <w:r>
        <w:t xml:space="preserve"> Supporting survivors means listening without judgement, intervening safely as a bystander, and backing organisations that protect queer people.</w:t>
      </w:r>
      <w:r/>
      <w:r/>
    </w:p>
    <w:p>
      <w:pPr>
        <w:pStyle w:val="Heading2"/>
      </w:pPr>
      <w:r>
        <w:t>Why Bill Kaulitz’s memories matter now</w:t>
      </w:r>
      <w:r/>
    </w:p>
    <w:p>
      <w:r/>
      <w:r>
        <w:t>Bill Kaulitz’s recollections hit hard because they’re specific and unvarnished; you can almost feel the shame he describes. According to reports in German media, he recounted incidents where classmates attempted to identify his gender through humiliation, and times in a swimming pool where he was groped. That frankness helps move the conversation about queerphobic bullying from abstract to painfully human.</w:t>
      </w:r>
      <w:r/>
    </w:p>
    <w:p>
      <w:r/>
      <w:r>
        <w:t>This isn’t just celebrity confessionalism. When a public figure names the behaviour and the long tail of its effects, it validates other survivors and prompts people who witnessed or enabled such behaviour to rethink it. For readers, the takeaway is clear: childhood abuse doesn’t always disappear with fame.</w:t>
      </w:r>
      <w:r/>
    </w:p>
    <w:p>
      <w:pPr>
        <w:pStyle w:val="Heading2"/>
      </w:pPr>
      <w:r>
        <w:t>How environment and confidence change the story</w:t>
      </w:r>
      <w:r/>
    </w:p>
    <w:p>
      <w:r/>
      <w:r>
        <w:t>Kaulitz attributes some of his ability to speak up to the life he’s built in Los Angeles and a stronger self-regard. He said he can sit in public with flamboyant hair and bold shoes because he’s confident he could defend himself , a luxury many don’t have. That contrast is telling. Location, community support, and personal security all shape whether someone can safely express gender or sexuality.</w:t>
      </w:r>
      <w:r/>
    </w:p>
    <w:p>
      <w:r/>
      <w:r>
        <w:t>There’s a wider takeaway for anyone supporting queer friends: your environment matters. Creating visible, everyday safety , at work, school or in local spots , turns confidence into something contagious. Support can be as practical as accompanying someone to an appointment or as civic-minded as pushing for safer public transport.</w:t>
      </w:r>
      <w:r/>
    </w:p>
    <w:p>
      <w:pPr>
        <w:pStyle w:val="Heading2"/>
      </w:pPr>
      <w:r>
        <w:t>What survivors and allies can do practically</w:t>
      </w:r>
      <w:r/>
    </w:p>
    <w:p>
      <w:r/>
      <w:r>
        <w:t>When a survivor speaks, listening is the first practical step. Let them set the pace and avoid minimising language. If you want to be active, learn basic bystander intervention tactics that keep you and the victim safe: distract, document if appropriate, and seek help from authorities or staff.</w:t>
      </w:r>
      <w:r/>
    </w:p>
    <w:p>
      <w:r/>
      <w:r>
        <w:t>For those building safer spaces, small policies help: clear anti-bullying rules, staff training in public venues, and visible ally signals that tell people they’re not alone. Donating to or volunteering with local queer support groups also channels direct aid to people who may still be vulnerable.</w:t>
      </w:r>
      <w:r/>
    </w:p>
    <w:p>
      <w:pPr>
        <w:pStyle w:val="Heading2"/>
      </w:pPr>
      <w:r>
        <w:t>Why this conversation still matters in everyday life</w:t>
      </w:r>
      <w:r/>
    </w:p>
    <w:p>
      <w:r/>
      <w:r>
        <w:t>Reports note Kaulitz’s comment that queer hostility continues to be part of daily life for many , in the subway, the supermarket, the school corridor. That persistence is why single stories from the past matter; they connect to the present. High-profile disclosures can spur employers, schools and municipalities to review safety measures and anti-discrimination enforcement.</w:t>
      </w:r>
      <w:r/>
    </w:p>
    <w:p>
      <w:r/>
      <w:r>
        <w:t>Expect more public reckonings as other survivors find language and platforms. The cultural shift isn’t automatic, but repeated testimony from different walks of life helps normalise empathy and harder conversations about accountability.</w:t>
      </w:r>
      <w:r/>
    </w:p>
    <w:p>
      <w:pPr>
        <w:pStyle w:val="Heading2"/>
      </w:pPr>
      <w:r>
        <w:t>Looking ahead: small steps, real impact</w:t>
      </w:r>
      <w:r/>
    </w:p>
    <w:p>
      <w:r/>
      <w:r>
        <w:t>Bill Kaulitz’s interview is a reminder that fame doesn’t erase trauma, but it can amplify calls for change. If you’re thinking about where to start: listen, believe survivors, and act in ways that create safer everyday spaces. That might mean speaking up when you see harassment, supporting local queer services, or voting for policies that protect vulnerable people.</w:t>
      </w:r>
      <w:r/>
    </w:p>
    <w:p>
      <w:r/>
      <w:r>
        <w:t>It’s a small change that can make every public moment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[2]</w:t>
        </w:r>
      </w:hyperlink>
      <w:r>
        <w:t xml:space="preserve">, </w:t>
      </w:r>
      <w:hyperlink r:id="rId14">
        <w:r>
          <w:rPr>
            <w:color w:val="0000EE"/>
            <w:u w:val="single"/>
          </w:rPr>
          <w:t>[7]</w:t>
        </w:r>
      </w:hyperlink>
      <w:r>
        <w:t xml:space="preserve">- Paragraph 4: </w:t>
      </w:r>
      <w:hyperlink r:id="rId13">
        <w:r>
          <w:rPr>
            <w:color w:val="0000EE"/>
            <w:u w:val="single"/>
          </w:rPr>
          <w:t>[5]</w:t>
        </w:r>
      </w:hyperlink>
      <w:r>
        <w:t xml:space="preserve">, </w:t>
      </w:r>
      <w:hyperlink r:id="rId11">
        <w:r>
          <w:rPr>
            <w:color w:val="0000EE"/>
            <w:u w:val="single"/>
          </w:rPr>
          <w:t>[6]</w:t>
        </w:r>
      </w:hyperlink>
      <w:r>
        <w:t xml:space="preserve">- Paragraph 5: </w:t>
      </w:r>
      <w:hyperlink r:id="rId10">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https://www.wort.lu/panorama/starsandroyals/tom-kaulitz-kindheit-mit-baseballschlaeger-und-schreckschusspistole/106393835.html</w:t>
        </w:r>
      </w:hyperlink>
      <w:r>
        <w:t xml:space="preserve"> - Please view link - unable to able to access data</w:t>
      </w:r>
      <w:r/>
    </w:p>
    <w:p>
      <w:pPr>
        <w:pStyle w:val="ListNumber"/>
        <w:spacing w:line="240" w:lineRule="auto"/>
        <w:ind w:left="720"/>
      </w:pPr>
      <w:r/>
      <w:hyperlink r:id="rId9">
        <w:r>
          <w:rPr>
            <w:color w:val="0000EE"/>
            <w:u w:val="single"/>
          </w:rPr>
          <w:t>https://www.wort.lu/panorama/starsandroyals/tom-kaulitz-kindheit-mit-baseballschlaeger-und-schreckschusspistole/106393835.html</w:t>
        </w:r>
      </w:hyperlink>
      <w:r>
        <w:t xml:space="preserve"> - In an interview with the magazine 'Stern', Bill Kaulitz, the lead singer of Tokio Hotel, discussed queerphobic attacks he experienced during his youth. He recounted instances where his trousers were pulled down or he was groped in swimming pools, actions aimed at identifying his gender. He described these incidents as almost normal at the time and often kept them to himself due to shame. He still carries the pain from these experiences. Today, living in Los Angeles, he feels more confident and can speak about these events, attributing his ability to do so to his changed self-awareness. He also noted that he no longer faces such hostility in daily life, like in the subway or supermarket, and can express himself freely, but is aware that this is not the reality for many others.</w:t>
      </w:r>
      <w:r/>
    </w:p>
    <w:p>
      <w:pPr>
        <w:pStyle w:val="ListNumber"/>
        <w:spacing w:line="240" w:lineRule="auto"/>
        <w:ind w:left="720"/>
      </w:pPr>
      <w:r/>
      <w:hyperlink r:id="rId10">
        <w:r>
          <w:rPr>
            <w:color w:val="0000EE"/>
            <w:u w:val="single"/>
          </w:rPr>
          <w:t>https://www.zeit.de/news/2026-07/22/bill-kaulitz-queerfeindliche-uebergriffe-schmerzen-bis-heute</w:t>
        </w:r>
      </w:hyperlink>
      <w:r>
        <w:t xml:space="preserve"> - Bill Kaulitz, the lead singer of Tokio Hotel, has spoken about queerphobic attacks he faced during his youth. In an interview with 'Stern', he recalled situations where his trousers were pulled down or he was groped in swimming pools, actions aimed at identifying his gender. He described these incidents as almost normal at the time and often kept them to himself due to shame. He still carries the pain from these experiences. Today, living in Los Angeles, he feels more confident and can speak about these events, attributing his ability to do so to his changed self-awareness. He also noted that he no longer faces such hostility in daily life, like in the subway or supermarket, and can express himself freely, but is aware that this is not the reality for many others.</w:t>
      </w:r>
      <w:r/>
    </w:p>
    <w:p>
      <w:pPr>
        <w:pStyle w:val="ListNumber"/>
        <w:spacing w:line="240" w:lineRule="auto"/>
        <w:ind w:left="720"/>
      </w:pPr>
      <w:r/>
      <w:hyperlink r:id="rId12">
        <w:r>
          <w:rPr>
            <w:color w:val="0000EE"/>
            <w:u w:val="single"/>
          </w:rPr>
          <w:t>https://www.queer.de/detail.php?article_id=58893</w:t>
        </w:r>
      </w:hyperlink>
      <w:r>
        <w:t xml:space="preserve"> - In an interview with the magazine 'Stern', Bill Kaulitz, the lead singer of Tokio Hotel, discussed queerphobic attacks he experienced during his youth. He recounted instances where his trousers were pulled down or he was groped in swimming pools, actions aimed at identifying his gender. He described these incidents as almost normal at the time and often kept them to himself due to shame. He still carries the pain from these experiences. Today, living in Los Angeles, he feels more confident and can speak about these events, attributing his ability to do so to his changed self-awareness. He also noted that he no longer faces such hostility in daily life, like in the subway or supermarket, and can express himself freely, but is aware that this is not the reality for many others.</w:t>
      </w:r>
      <w:r/>
    </w:p>
    <w:p>
      <w:pPr>
        <w:pStyle w:val="ListNumber"/>
        <w:spacing w:line="240" w:lineRule="auto"/>
        <w:ind w:left="720"/>
      </w:pPr>
      <w:r/>
      <w:hyperlink r:id="rId13">
        <w:r>
          <w:rPr>
            <w:color w:val="0000EE"/>
            <w:u w:val="single"/>
          </w:rPr>
          <w:t>https://www.promiflash.de/news/2026/07/22/bill-kaulitz-erlebte-queerfeindliche-uebergriffe-als-teenager.html</w:t>
        </w:r>
      </w:hyperlink>
      <w:r>
        <w:t xml:space="preserve"> - Bill Kaulitz, the lead singer of Tokio Hotel, has spoken about queerphobic attacks he faced during his youth. In an interview with 'Stern', he recalled situations where his trousers were pulled down or he was groped in swimming pools, actions aimed at identifying his gender. He described these incidents as almost normal at the time and often kept them to himself due to shame. He still carries the pain from these experiences. Today, living in Los Angeles, he feels more confident and can speak about these events, attributing his ability to do so to his changed self-awareness. He also noted that he no longer faces such hostility in daily life, like in the subway or supermarket, and can express himself freely, but is aware that this is not the reality for many others.</w:t>
      </w:r>
      <w:r/>
    </w:p>
    <w:p>
      <w:pPr>
        <w:pStyle w:val="ListNumber"/>
        <w:spacing w:line="240" w:lineRule="auto"/>
        <w:ind w:left="720"/>
      </w:pPr>
      <w:r/>
      <w:hyperlink r:id="rId11">
        <w:r>
          <w:rPr>
            <w:color w:val="0000EE"/>
            <w:u w:val="single"/>
          </w:rPr>
          <w:t>https://www.heute.at/s/wurde-hose-runtergezogen-uebergriffe-auf-bill-kaulitz-120227137</w:t>
        </w:r>
      </w:hyperlink>
      <w:r>
        <w:t xml:space="preserve"> - Bill Kaulitz, the lead singer of Tokio Hotel, has spoken about queerphobic attacks he faced during his youth. In an interview with 'Stern', he recalled situations where his trousers were pulled down or he was groped in swimming pools, actions aimed at identifying his gender. He described these incidents as almost normal at the time and often kept them to himself due to shame. He still carries the pain from these experiences. Today, living in Los Angeles, he feels more confident and can speak about these events, attributing his ability to do so to his changed self-awareness. He also noted that he no longer faces such hostility in daily life, like in the subway or supermarket, and can express himself freely, but is aware that this is not the reality for many others.</w:t>
      </w:r>
      <w:r/>
    </w:p>
    <w:p>
      <w:pPr>
        <w:pStyle w:val="ListNumber"/>
        <w:spacing w:line="240" w:lineRule="auto"/>
        <w:ind w:left="720"/>
      </w:pPr>
      <w:r/>
      <w:hyperlink r:id="rId14">
        <w:r>
          <w:rPr>
            <w:color w:val="0000EE"/>
            <w:u w:val="single"/>
          </w:rPr>
          <w:t>https://www.wnoz.de/nachrichten/deutschland-und-die-welt/kultur/bill-kaulitz-queerfeindliche-uebergriffe-schmerzen-bis-heute-1059854.html</w:t>
        </w:r>
      </w:hyperlink>
      <w:r>
        <w:t xml:space="preserve"> - Bill Kaulitz, the lead singer of Tokio Hotel, has spoken about queerphobic attacks he faced during his youth. In an interview with 'Stern', he recalled situations where his trousers were pulled down or he was groped in swimming pools, actions aimed at identifying his gender. He described these incidents as almost normal at the time and often kept them to himself due to shame. He still carries the pain from these experiences. Today, living in Los Angeles, he feels more confident and can speak about these events, attributing his ability to do so to his changed self-awareness. He also noted that he no longer faces such hostility in daily life, like in the subway or supermarket, and can express himself freely, but is aware that this is not the reality for many others.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ort.lu/panorama/starsandroyals/tom-kaulitz-kindheit-mit-baseballschlaeger-und-schreckschusspistole/106393835.html" TargetMode="External"/><Relationship Id="rId10" Type="http://schemas.openxmlformats.org/officeDocument/2006/relationships/hyperlink" Target="https://www.zeit.de/news/2026-07/22/bill-kaulitz-queerfeindliche-uebergriffe-schmerzen-bis-heute" TargetMode="External"/><Relationship Id="rId11" Type="http://schemas.openxmlformats.org/officeDocument/2006/relationships/hyperlink" Target="https://www.heute.at/s/wurde-hose-runtergezogen-uebergriffe-auf-bill-kaulitz-120227137" TargetMode="External"/><Relationship Id="rId12" Type="http://schemas.openxmlformats.org/officeDocument/2006/relationships/hyperlink" Target="https://www.queer.de/detail.php?article_id=58893" TargetMode="External"/><Relationship Id="rId13" Type="http://schemas.openxmlformats.org/officeDocument/2006/relationships/hyperlink" Target="https://www.promiflash.de/news/2026/07/22/bill-kaulitz-erlebte-queerfeindliche-uebergriffe-als-teenager.html" TargetMode="External"/><Relationship Id="rId14" Type="http://schemas.openxmlformats.org/officeDocument/2006/relationships/hyperlink" Target="https://www.wnoz.de/nachrichten/deutschland-und-die-welt/kultur/bill-kaulitz-queerfeindliche-uebergriffe-schmerzen-bis-heute-105985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