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Crosswalks: Stratford’s Message Stands Despite Vandalism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parents and students gathered as Stratford officials and local LGBTQ+ advocates cut the ribbon on a rainbow crosswalk near Stratford High School, a bright symbol of inclusion that matters for young people and the wider community despite recent vandalism.</w:t>
      </w:r>
      <w:r/>
    </w:p>
    <w:p>
      <w:r/>
      <w:r>
        <w:t>Essential Takeaways</w:t>
      </w:r>
      <w:r/>
      <w:r/>
    </w:p>
    <w:p>
      <w:pPr>
        <w:pStyle w:val="ListBullet"/>
        <w:spacing w:line="240" w:lineRule="auto"/>
        <w:ind w:left="720"/>
      </w:pPr>
      <w:r/>
      <w:r>
        <w:rPr>
          <w:b/>
        </w:rPr>
        <w:t>Community-backed:</w:t>
      </w:r>
      <w:r>
        <w:t xml:space="preserve"> The crosswalk was installed after a local ordinance and supported by town leaders, signalling official backing.</w:t>
      </w:r>
      <w:r/>
    </w:p>
    <w:p>
      <w:pPr>
        <w:pStyle w:val="ListBullet"/>
        <w:spacing w:line="240" w:lineRule="auto"/>
        <w:ind w:left="720"/>
      </w:pPr>
      <w:r/>
      <w:r>
        <w:rPr>
          <w:b/>
        </w:rPr>
        <w:t>Recent damage:</w:t>
      </w:r>
      <w:r>
        <w:t xml:space="preserve"> Vandals poured black paint and did e-bike burnouts on the paint, but volunteers quickly helped refresh it, leaving a slightly resilient, fresh-painted smell.</w:t>
      </w:r>
      <w:r/>
    </w:p>
    <w:p>
      <w:pPr>
        <w:pStyle w:val="ListBullet"/>
        <w:spacing w:line="240" w:lineRule="auto"/>
        <w:ind w:left="720"/>
      </w:pPr>
      <w:r/>
      <w:r>
        <w:rPr>
          <w:b/>
        </w:rPr>
        <w:t>Police involved:</w:t>
      </w:r>
      <w:r>
        <w:t xml:space="preserve"> Stratford police are investigating and the mayor says charges are likely, giving the project a formal, legal backing.</w:t>
      </w:r>
      <w:r/>
    </w:p>
    <w:p>
      <w:pPr>
        <w:pStyle w:val="ListBullet"/>
        <w:spacing w:line="240" w:lineRule="auto"/>
        <w:ind w:left="720"/>
      </w:pPr>
      <w:r/>
      <w:r>
        <w:rPr>
          <w:b/>
        </w:rPr>
        <w:t>Emotional significance:</w:t>
      </w:r>
      <w:r>
        <w:t xml:space="preserve"> Locals note the crosswalk’s role in visibility and youth safety, especially near a high school where students may feel vulnerable.</w:t>
      </w:r>
      <w:r/>
    </w:p>
    <w:p>
      <w:pPr>
        <w:pStyle w:val="ListBullet"/>
        <w:spacing w:line="240" w:lineRule="auto"/>
        <w:ind w:left="720"/>
      </w:pPr>
      <w:r/>
      <w:r>
        <w:rPr>
          <w:b/>
        </w:rPr>
        <w:t>Room for more:</w:t>
      </w:r>
      <w:r>
        <w:t xml:space="preserve"> Town officials are open to other advocacy groups applying for similar crosswalks if they meet requirements.</w:t>
      </w:r>
      <w:r/>
      <w:r/>
    </w:p>
    <w:p>
      <w:pPr>
        <w:pStyle w:val="Heading2"/>
      </w:pPr>
      <w:r>
        <w:t>A bright ribbon-cutting with a bruise but no defeat</w:t>
      </w:r>
      <w:r/>
    </w:p>
    <w:p>
      <w:r/>
      <w:r>
        <w:t>The ribbon was cut under warm evening light, the crosswalk’s colours looking freshly vivid despite traces of earlier damage. According to News 12 Connecticut, town officials and members of the LGBTQ+ community gathered for a small ceremony where laughter and speeches eased the sting of vandalism. You could almost hear the paint drying as neighbours swapped stories and offered paintbrushes.</w:t>
      </w:r>
      <w:r/>
    </w:p>
    <w:p>
      <w:r/>
      <w:r>
        <w:t>The backstory is simple: Stratford passed an ordinance that allows decorative crosswalks, and this design was placed by King Street near Stratford High School to send a clear welcome. Colleen Hargrove, a local organiser, told reporters she found the crosswalk defaced with black paint and marks from an e-bike burn-out, but that nearly two dozen residents turned up to help repaint it. It became less about asphalt and more about people showing up.</w:t>
      </w:r>
      <w:r/>
    </w:p>
    <w:p>
      <w:pPr>
        <w:pStyle w:val="Heading2"/>
      </w:pPr>
      <w:r>
        <w:t>Why location matters: school adjacency makes this more than decoration</w:t>
      </w:r>
      <w:r/>
    </w:p>
    <w:p>
      <w:r/>
      <w:r>
        <w:t>Placing the crosswalk by a high school was a conscious choice and it’s resonating with residents. As one Stratford parent noted, visibility helps young people who might be struggling, and the crosswalk functions like a quiet landmark, soft comfort in public form. The placement invites daily recognition rather than a once-a-year parade.</w:t>
      </w:r>
      <w:r/>
    </w:p>
    <w:p>
      <w:r/>
      <w:r>
        <w:t>That proximity also fuels debate: critics point to schools as sensitive spaces, while supporters cite declining mental-health statistics among LGBTQ+ youth as the precisely urgent reason for visible support. Stratford’s mayor framed it plainly: respect and safety are worth a crosswalk.</w:t>
      </w:r>
      <w:r/>
    </w:p>
    <w:p>
      <w:pPr>
        <w:pStyle w:val="Heading2"/>
      </w:pPr>
      <w:r>
        <w:t>Enforcement and community response: paint, patrols and the promise of charges</w:t>
      </w:r>
      <w:r/>
    </w:p>
    <w:p>
      <w:r/>
      <w:r>
        <w:t>Mayor David Chess told News 12 Connecticut the town’s police force is closing in on suspects and that the municipality plans to press charges, which shifts the story from symbolic to procedural. The Stratford Police Department’s involvement signals this isn’t being shrugged off as a prank.</w:t>
      </w:r>
      <w:r/>
    </w:p>
    <w:p>
      <w:r/>
      <w:r>
        <w:t>Meanwhile, the immediate community response was very practical: grab brushes, cover the black paint, and hold a ribbon-cutting. That show of solidarity is what many organisers meant when they said the message of inclusion is bigger than pavement.</w:t>
      </w:r>
      <w:r/>
    </w:p>
    <w:p>
      <w:pPr>
        <w:pStyle w:val="Heading2"/>
      </w:pPr>
      <w:r>
        <w:t>Trends: more towns, more colourful crosswalks , and more vandalism</w:t>
      </w:r>
      <w:r/>
    </w:p>
    <w:p>
      <w:r/>
      <w:r>
        <w:t>Decorative crosswalks have been popping up across the US in recent years, as towns and advocacy groups use public art to communicate values. There’s a pattern: joyful installations often attract both supporters and detractors, and sometimes vandalism follows. LGBTQ Nation and other outlets have documented similar attacks elsewhere, showing this isn’t unique to Stratford.</w:t>
      </w:r>
      <w:r/>
    </w:p>
    <w:p>
      <w:r/>
      <w:r>
        <w:t>If you’re considering proposing a community crosswalk where you live, check local ordinances early and plan for maintenance and security. Stratford’s example shows both the power of municipal approval and the importance of a quick volunteer clean-up plan.</w:t>
      </w:r>
      <w:r/>
    </w:p>
    <w:p>
      <w:pPr>
        <w:pStyle w:val="Heading2"/>
      </w:pPr>
      <w:r>
        <w:t>How the community can keep the colours bright</w:t>
      </w:r>
      <w:r/>
    </w:p>
    <w:p>
      <w:r/>
      <w:r>
        <w:t>Practical steps make a difference: document damage, report incidents to police, and arrange volunteer repaint days with weather-friendly paint. Stratford officials say they’ll allow other advocacy groups to apply for crosswalks if they meet requirements, so groups should gather signatures, design a maintenance plan, and work with local roads departments.</w:t>
      </w:r>
      <w:r/>
    </w:p>
    <w:p>
      <w:r/>
      <w:r>
        <w:t>The human takeaway is simple: paint can be replaced, but the signal it sends takes root when people keep showing up.</w:t>
      </w:r>
      <w:r/>
    </w:p>
    <w:p>
      <w:r/>
      <w:r>
        <w:t>It's a small change that can make every crosswalk a quieter place of safety and welcome.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https://bostonspiritmagazine.com/2026/07/rainbow-crosswalk-ribbon-cutting-in-stratford-ct-despite-recent-vandalism/?utm_source=rss&amp;utm_medium=rss&amp;utm_campaign=rainbow-crosswalk-ribbon-cutting-in-stratford-ct-despite-recent-vandalism</w:t>
        </w:r>
      </w:hyperlink>
      <w:r>
        <w:t xml:space="preserve"> - Please view link - unable to able to access data</w:t>
      </w:r>
      <w:r/>
    </w:p>
    <w:p>
      <w:pPr>
        <w:pStyle w:val="ListNumber"/>
        <w:spacing w:line="240" w:lineRule="auto"/>
        <w:ind w:left="720"/>
      </w:pPr>
      <w:r/>
      <w:hyperlink r:id="rId10">
        <w:r>
          <w:rPr>
            <w:color w:val="0000EE"/>
            <w:u w:val="single"/>
          </w:rPr>
          <w:t>https://connecticut.news12.com/2026/07/10/stratford-lgbtqia-community-cuts-ribbon-on-rainbow-crosswalk-despite-recent-acts-of-vandalism/581vRdwdNvlhfxOUdjQdDy</w:t>
        </w:r>
      </w:hyperlink>
      <w:r>
        <w:t xml:space="preserve"> - In July 2026, Stratford, Connecticut, witnessed the unveiling of a rainbow crosswalk near Stratford High School, symbolising support for the LGBTQIA+ community. Despite recent vandalism, including e-bike burnouts and black paint defacement, the community and town officials, led by Mayor David Chess, proceeded with the ribbon-cutting ceremony. Mayor Chess emphasised the town's commitment to respecting all individuals and announced that the police were actively investigating the incidents, with plans to press charges against the perpetrators. The crosswalk serves as a beacon of inclusivity and support for the LGBTQIA+ community in Stratford.</w:t>
      </w:r>
      <w:r/>
    </w:p>
    <w:p>
      <w:pPr>
        <w:pStyle w:val="ListNumber"/>
        <w:spacing w:line="240" w:lineRule="auto"/>
        <w:ind w:left="720"/>
      </w:pPr>
      <w:r/>
      <w:hyperlink r:id="rId12">
        <w:r>
          <w:rPr>
            <w:color w:val="0000EE"/>
            <w:u w:val="single"/>
          </w:rPr>
          <w:t>https://www.lgbtqnation.com/2025/07/rainbow-crosswalk-honoring-pulse-victims-vandalized-for-the-third-time/</w:t>
        </w:r>
      </w:hyperlink>
      <w:r>
        <w:t xml:space="preserve"> - In July 2025, a rainbow crosswalk in Delray Beach, Florida, dedicated to the victims of the Pulse nightclub shooting, was vandalised for the third time. Surveillance footage revealed a driver in a black pickup truck intentionally leaving tire marks across the crosswalk. The Palm Beach County Human Rights Council, which funded the project, condemned the act, highlighting the ongoing challenges faced by LGBTQ+ communities in combating hate and vandalism. The incident underscores the persistent issues of intolerance and the importance of community resilience in the face of such acts.</w:t>
      </w:r>
      <w:r/>
    </w:p>
    <w:p>
      <w:pPr>
        <w:pStyle w:val="ListNumber"/>
        <w:spacing w:line="240" w:lineRule="auto"/>
        <w:ind w:left="720"/>
      </w:pPr>
      <w:r/>
      <w:hyperlink r:id="rId13">
        <w:r>
          <w:rPr>
            <w:color w:val="0000EE"/>
            <w:u w:val="single"/>
          </w:rPr>
          <w:t>https://www.ctpost.com/news/article/stratford-water-main-break-closes-huntington-road-22345125.php/</w:t>
        </w:r>
      </w:hyperlink>
      <w:r>
        <w:t xml:space="preserve"> - In July 2026, a significant water main break occurred in Stratford, Connecticut, leading to the closure of Huntington Road between the 2800 and 3300 blocks. The break involved a 30-inch water transmission main, causing low water pressure and temporary service interruptions for residents. Town officials, including Mayor David Chess, advised the public to use alternative routes and anticipated that repairs would be underway to restore normal water service. The incident highlighted the challenges of maintaining essential infrastructure and the community's reliance on prompt municipal responses.</w:t>
      </w:r>
      <w:r/>
    </w:p>
    <w:p>
      <w:pPr>
        <w:pStyle w:val="ListNumber"/>
        <w:spacing w:line="240" w:lineRule="auto"/>
        <w:ind w:left="720"/>
      </w:pPr>
      <w:r/>
      <w:hyperlink r:id="rId11">
        <w:r>
          <w:rPr>
            <w:color w:val="0000EE"/>
            <w:u w:val="single"/>
          </w:rPr>
          <w:t>https://www.stratfordct.gov/article/2802050</w:t>
        </w:r>
      </w:hyperlink>
      <w:r>
        <w:t xml:space="preserve"> - In April 2026, the Town of Stratford announced the dates for the 2026 Celebrate Stratford event series, featuring a variety of community traditions and cultural celebrations throughout the year. The series includes events such as the Stratford Day Main Street Festival, Summer Concert Series, Fireworks, Blues on the Beach, Latin Music Festival, Restaurant Week, The Great Pumpkin Festival, Veterans Parade, Holiday Market &amp; Tree Lighting, and Menorah Lighting. These events aim to bring residents together, showcase the town's spirit and diversity, and provide opportunities for community engagement and enjoyment.</w:t>
      </w:r>
      <w:r/>
    </w:p>
    <w:p>
      <w:pPr>
        <w:pStyle w:val="ListNumber"/>
        <w:spacing w:line="240" w:lineRule="auto"/>
        <w:ind w:left="720"/>
      </w:pPr>
      <w:r/>
      <w:hyperlink r:id="rId14">
        <w:r>
          <w:rPr>
            <w:color w:val="0000EE"/>
            <w:u w:val="single"/>
          </w:rPr>
          <w:t>https://patch.com/connecticut/stratford/stratford-fireworks-2026-details-announced</w:t>
        </w:r>
      </w:hyperlink>
      <w:r>
        <w:t xml:space="preserve"> - In June 2026, officials in Stratford, Connecticut, announced details for the town's Independence Day fireworks display, scheduled for July 2 at Short Beach Park. The event, sponsored by IBEW Local Union 488, was set to begin at approximately 9 p.m., with a rain date on July 6. Residents were informed that only Stratford residents with valid resident stickers would be allowed entry to Short Beach on the day of the event. A fireworks information hotline was established to provide updates on weather or traffic conditions related to the display.</w:t>
      </w:r>
      <w:r/>
    </w:p>
    <w:p>
      <w:pPr>
        <w:pStyle w:val="ListNumber"/>
        <w:spacing w:line="240" w:lineRule="auto"/>
        <w:ind w:left="720"/>
      </w:pPr>
      <w:r/>
      <w:hyperlink r:id="rId15">
        <w:r>
          <w:rPr>
            <w:color w:val="0000EE"/>
            <w:u w:val="single"/>
          </w:rPr>
          <w:t>https://www.stratfordctpd.com/</w:t>
        </w:r>
      </w:hyperlink>
      <w:r>
        <w:t xml:space="preserve"> - The Stratford Police Department's official website provides comprehensive information about the department's services, including the implementation of the Automatic Traffic Enforcement Safety Device (ATESD) program, which became operational on May 27, 2026. The site offers access to the Interactive Crime and Statistical Dashboard, allowing the community to stay informed about local crime statistics and police activities. Additionally, the website features a message from the Chief, details about the department's history and organisation, and contact information for various divisions within the department.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7/rainbow-crosswalk-ribbon-cutting-in-stratford-ct-despite-recent-vandalism/?utm_source=rss&amp;utm_medium=rss&amp;utm_campaign=rainbow-crosswalk-ribbon-cutting-in-stratford-ct-despite-recent-vandalism" TargetMode="External"/><Relationship Id="rId10" Type="http://schemas.openxmlformats.org/officeDocument/2006/relationships/hyperlink" Target="https://connecticut.news12.com/2026/07/10/stratford-lgbtqia-community-cuts-ribbon-on-rainbow-crosswalk-despite-recent-acts-of-vandalism/581vRdwdNvlhfxOUdjQdDy" TargetMode="External"/><Relationship Id="rId11" Type="http://schemas.openxmlformats.org/officeDocument/2006/relationships/hyperlink" Target="https://www.stratfordct.gov/article/2802050" TargetMode="External"/><Relationship Id="rId12" Type="http://schemas.openxmlformats.org/officeDocument/2006/relationships/hyperlink" Target="https://www.lgbtqnation.com/2025/07/rainbow-crosswalk-honoring-pulse-victims-vandalized-for-the-third-time/" TargetMode="External"/><Relationship Id="rId13" Type="http://schemas.openxmlformats.org/officeDocument/2006/relationships/hyperlink" Target="https://www.ctpost.com/news/article/stratford-water-main-break-closes-huntington-road-22345125.php/" TargetMode="External"/><Relationship Id="rId14" Type="http://schemas.openxmlformats.org/officeDocument/2006/relationships/hyperlink" Target="https://patch.com/connecticut/stratford/stratford-fireworks-2026-details-announced" TargetMode="External"/><Relationship Id="rId15" Type="http://schemas.openxmlformats.org/officeDocument/2006/relationships/hyperlink" Target="https://www.stratfordctp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