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Asian Comedy Nights in DC: Where Joy, Family Jokes and Community Meet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intimate comedy nights where queer Asian performers turn family dramas, dating mishaps and identity flips into belly laughs , here’s where to find the scene in Washington, D.C., why it matters, and how these shows are building space for fresh voices.</w:t>
      </w:r>
      <w:r/>
    </w:p>
    <w:p>
      <w:r/>
      <w:r>
        <w:t>Essential Takeaways</w:t>
      </w:r>
      <w:r/>
      <w:r/>
    </w:p>
    <w:p>
      <w:pPr>
        <w:pStyle w:val="ListBullet"/>
        <w:spacing w:line="240" w:lineRule="auto"/>
        <w:ind w:left="720"/>
      </w:pPr>
      <w:r/>
      <w:r>
        <w:rPr>
          <w:b/>
        </w:rPr>
        <w:t>Small but mighty:</w:t>
      </w:r>
      <w:r>
        <w:t xml:space="preserve"> Queer Asian lineups in D.C. are compact but growing, with shows that feel personal and immediate. </w:t>
      </w:r>
      <w:r/>
    </w:p>
    <w:p>
      <w:pPr>
        <w:pStyle w:val="ListBullet"/>
        <w:spacing w:line="240" w:lineRule="auto"/>
        <w:ind w:left="720"/>
      </w:pPr>
      <w:r/>
      <w:r>
        <w:rPr>
          <w:b/>
        </w:rPr>
        <w:t>Family fuel:</w:t>
      </w:r>
      <w:r>
        <w:t xml:space="preserve"> Much of the material riffs on immigrant parents, expectations and cross-cultural dating , it lands because it’s recognisable. </w:t>
      </w:r>
      <w:r/>
    </w:p>
    <w:p>
      <w:pPr>
        <w:pStyle w:val="ListBullet"/>
        <w:spacing w:line="240" w:lineRule="auto"/>
        <w:ind w:left="720"/>
      </w:pPr>
      <w:r/>
      <w:r>
        <w:rPr>
          <w:b/>
        </w:rPr>
        <w:t>Inclusive hosts:</w:t>
      </w:r>
      <w:r>
        <w:t xml:space="preserve"> Weekly and pop-up nights emphasise new talent, accessibility and queer-led curation. </w:t>
      </w:r>
      <w:r/>
    </w:p>
    <w:p>
      <w:pPr>
        <w:pStyle w:val="ListBullet"/>
        <w:spacing w:line="240" w:lineRule="auto"/>
        <w:ind w:left="720"/>
      </w:pPr>
      <w:r/>
      <w:r>
        <w:rPr>
          <w:b/>
        </w:rPr>
        <w:t>Community perks:</w:t>
      </w:r>
      <w:r>
        <w:t xml:space="preserve"> Beyond laughs, performers report that comedy helps with identity work and finding mentorship. </w:t>
      </w:r>
      <w:r/>
    </w:p>
    <w:p>
      <w:pPr>
        <w:pStyle w:val="ListBullet"/>
        <w:spacing w:line="240" w:lineRule="auto"/>
        <w:ind w:left="720"/>
      </w:pPr>
      <w:r/>
      <w:r>
        <w:rPr>
          <w:b/>
        </w:rPr>
        <w:t>Easy access:</w:t>
      </w:r>
      <w:r>
        <w:t xml:space="preserve"> Many shows are free or low-cost, often hosted at bars, community spaces and small theatres.</w:t>
      </w:r>
      <w:r/>
      <w:r/>
    </w:p>
    <w:p>
      <w:pPr>
        <w:pStyle w:val="Heading2"/>
      </w:pPr>
      <w:r>
        <w:t>Why these nights feel different , and why you should go</w:t>
      </w:r>
      <w:r/>
    </w:p>
    <w:p>
      <w:r/>
      <w:r>
        <w:t>The room hums before a punchline lands, a little electric and slightly tender; these shows are as much about recognition as they are about jokes. According to performers, that shared nod , “you get this, because I lived it” , is a big part of the appeal. Audiences aren’t just laughing at strangers, they’re laughing with people who mirror awkward family dinners, cross-cultural romance and the small humiliations of coming out. For newcomers, a night like this is an easy, welcoming entry point into D.C.’s queer cultural life.</w:t>
      </w:r>
      <w:r/>
    </w:p>
    <w:p>
      <w:r/>
      <w:r>
        <w:t>Backstory: comics who once felt out of place in mainstream open-mic culture have started to curate their own stages. The result is lineups that prioritise queer Asian voices and the kinds of stories they want to tell. If you’re wondering what to expect, think candid, specific humour , some bar-room edge, a little self-mockery, and lots of material that lands because it’s true.</w:t>
      </w:r>
      <w:r/>
    </w:p>
    <w:p>
      <w:r/>
      <w:r>
        <w:t>Practical tip: check show pages or community calendars for start times and cover charges; many queer-led nights aim to keep doors open to newcomers with free or low-cost entry.</w:t>
      </w:r>
      <w:r/>
    </w:p>
    <w:p>
      <w:pPr>
        <w:pStyle w:val="Heading2"/>
      </w:pPr>
      <w:r>
        <w:t>How family jokes become connective tissue onstage</w:t>
      </w:r>
      <w:r/>
    </w:p>
    <w:p>
      <w:r/>
      <w:r>
        <w:t>Family is the throughline of so much set material , immigrant parents, church rituals, sibling comparisons , and comics turn those tensions into something warm and witty. When Asian performers joke about parents wanting them to be “the best” at whatever they do, it lands as both a barb and a love note; audiences laugh because they recognise the push and pull. That duality , sharp and affectionate , is what makes these evenings feel intimate rather than performative.</w:t>
      </w:r>
      <w:r/>
    </w:p>
    <w:p>
      <w:r/>
      <w:r>
        <w:t>Context: comics say they’re not trying to create a monolith; instead they’re showcasing a spectrum of queer Asian experiences. Expect everything from deadpan takes on meet-the-family moments to more surreal riffs about identity. If you love observational comedy with cultural specificity, these sets are a good bet.</w:t>
      </w:r>
      <w:r/>
    </w:p>
    <w:p>
      <w:r/>
      <w:r>
        <w:t>Practical tip: if you want to support emerging talent, arrive early, tip generously and follow performers on social platforms so you catch their next headline slot.</w:t>
      </w:r>
      <w:r/>
    </w:p>
    <w:p>
      <w:pPr>
        <w:pStyle w:val="Heading2"/>
      </w:pPr>
      <w:r>
        <w:t>Where to find shows: weekly rooms, collectives and pop-ups</w:t>
      </w:r>
      <w:r/>
    </w:p>
    <w:p>
      <w:r/>
      <w:r>
        <w:t>DC’s scene is stitched together from weekly showcases and one-off specials. Some creators run regular, free nights focused on inclusivity and new talent; others stage curated showcases that travel between small theatres, bars and community spaces. There’s a growing DIY circuit , WhatsApp groups turned collectives, and self-produced events that have gone on to play bigger venues.</w:t>
      </w:r>
      <w:r/>
    </w:p>
    <w:p>
      <w:r/>
      <w:r>
        <w:t>Trends: organisers are using community tools and meetups to get shows off the ground, and collaborations with API-focused groups help broaden reach. The benefit for audiences is variety: intimate bar gigs co-exist with slightly bigger, ticketed showcases.</w:t>
      </w:r>
      <w:r/>
    </w:p>
    <w:p>
      <w:r/>
      <w:r>
        <w:t>Practical tip: look up community calendars, venue event pages and local meetups to spot recurring nights; many posts will name performers and share video clips so you can preview the vibe.</w:t>
      </w:r>
      <w:r/>
    </w:p>
    <w:p>
      <w:pPr>
        <w:pStyle w:val="Heading2"/>
      </w:pPr>
      <w:r>
        <w:t>Comedy as a toolkit for identity and belonging</w:t>
      </w:r>
      <w:r/>
    </w:p>
    <w:p>
      <w:r/>
      <w:r>
        <w:t>For performers the mic is more than a job; it’s a way to process, to claim language and to find elders in the craft. Some comics describe the stage as a rehearsal for life , trying out pronouns, stories and new selves in front of a friendly room. That makes the scene therapeutic as well as funny, with mentorship and cross-generational support cropping up naturally.</w:t>
      </w:r>
      <w:r/>
    </w:p>
    <w:p>
      <w:r/>
      <w:r>
        <w:t>Reaction: comics who once felt like outsiders now report feeling validated and visible , a modest but meaningful shift. If you care about representation, you’ll notice how much power a small stage can hold.</w:t>
      </w:r>
      <w:r/>
    </w:p>
    <w:p>
      <w:r/>
      <w:r>
        <w:t>Practical tip: if you’re a performer, arrive with a short tight set and consider open-mic nights that feed into the queer-API lineups; organisers often lift new voices into fuller slots.</w:t>
      </w:r>
      <w:r/>
    </w:p>
    <w:p>
      <w:pPr>
        <w:pStyle w:val="Heading2"/>
      </w:pPr>
      <w:r>
        <w:t>The future: small scene, big potential</w:t>
      </w:r>
      <w:r/>
    </w:p>
    <w:p>
      <w:r/>
      <w:r>
        <w:t>Numbers are still modest, but momentum is clear. More curated nights, touring guests and collaborations with local cultural groups point to a scene that’s expanding both in reach and confidence. Comics are getting better-paying gigs, opening for visiting acts, and producing their own showcases , all signs that these nights are sticking around.</w:t>
      </w:r>
      <w:r/>
    </w:p>
    <w:p>
      <w:r/>
      <w:r>
        <w:t>Outlook: as audiences grow, expect higher production values and occasional moves to larger rooms, but many organisers vow to keep shows accessible and community-focused. For now, the charm is in the compactness , a handful of performers, raw material, and the special electricity of seeing your life onstage.</w:t>
      </w:r>
      <w:r/>
    </w:p>
    <w:p>
      <w:r/>
      <w:r>
        <w:t>It’s a small change that can make every laugh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https://www.washingtonblade.com/2026/07/23/summer-dc-sports-restaurant-week-festivals/?utm_source=rss&amp;utm_medium=rss&amp;utm_campaign=summer-dc-sports-restaurant-week-festivals</w:t>
        </w:r>
      </w:hyperlink>
      <w:r>
        <w:t xml:space="preserve"> - Please view link - unable to able to access data</w:t>
      </w:r>
      <w:r/>
    </w:p>
    <w:p>
      <w:pPr>
        <w:pStyle w:val="ListNumber"/>
        <w:spacing w:line="240" w:lineRule="auto"/>
        <w:ind w:left="720"/>
      </w:pPr>
      <w:r/>
      <w:hyperlink r:id="rId10">
        <w:r>
          <w:rPr>
            <w:color w:val="0000EE"/>
            <w:u w:val="single"/>
          </w:rPr>
          <w:t>https://voices.aaja.org/stories/minneapolis-2026/the-queer-asian-comics-building-collective-joy-in-washington-d-c/</w:t>
        </w:r>
      </w:hyperlink>
      <w:r>
        <w:t xml:space="preserve"> - An article highlighting the emergence of queer Asian comedians in Washington, D.C., who are creating spaces to share their unique experiences and build community. The piece features insights from comics like Kevin Chen, Tarunika Anand, and Alex Kim, discussing their challenges and triumphs in the predominantly white and straight comedy scene. It also touches on events like the Pride Comedy Special and the formation of groups such as Boba Gays, emphasizing the importance of representation and inclusivity in the arts.</w:t>
      </w:r>
      <w:r/>
    </w:p>
    <w:p>
      <w:pPr>
        <w:pStyle w:val="ListNumber"/>
        <w:spacing w:line="240" w:lineRule="auto"/>
        <w:ind w:left="720"/>
      </w:pPr>
      <w:r/>
      <w:hyperlink r:id="rId11">
        <w:r>
          <w:rPr>
            <w:color w:val="0000EE"/>
            <w:u w:val="single"/>
          </w:rPr>
          <w:t>https://www.qtapidc.org/apipride</w:t>
        </w:r>
      </w:hyperlink>
      <w:r>
        <w:t xml:space="preserve"> - The QTAPI Coalition's API Pride event, held from May 17 to June 8, 2025, in the D.C. metro area, celebrated the diverse cultural heritage and contributions of the Asian and Pacific Islander queer and trans community. The multi-week series featured panel discussions, cultural performances, film screenings, and social gatherings aimed at fostering API pride, visibility, and unity.</w:t>
      </w:r>
      <w:r/>
    </w:p>
    <w:p>
      <w:pPr>
        <w:pStyle w:val="ListNumber"/>
        <w:spacing w:line="240" w:lineRule="auto"/>
        <w:ind w:left="720"/>
      </w:pPr>
      <w:r/>
      <w:hyperlink r:id="rId12">
        <w:r>
          <w:rPr>
            <w:color w:val="0000EE"/>
            <w:u w:val="single"/>
          </w:rPr>
          <w:t>https://www.meetup.com/gogaydc/</w:t>
        </w:r>
      </w:hyperlink>
      <w:r>
        <w:t xml:space="preserve"> - Go Gay DC is an inclusive LGBTQ+ community in the Washington, D.C., area, focusing on friendship, leadership, and service. With over 10,000 members, it offers a platform for gay, lesbian, bisexual, transgender, queer, questioning individuals, allies, and more, fostering a vibrant and supportive environment for the LGBTQ+ community.</w:t>
      </w:r>
      <w:r/>
    </w:p>
    <w:p>
      <w:pPr>
        <w:pStyle w:val="ListNumber"/>
        <w:spacing w:line="240" w:lineRule="auto"/>
        <w:ind w:left="720"/>
      </w:pPr>
      <w:r/>
      <w:hyperlink r:id="rId13">
        <w:r>
          <w:rPr>
            <w:color w:val="0000EE"/>
            <w:u w:val="single"/>
          </w:rPr>
          <w:t>https://www.popville.com/events/omelette-bar-23615/</w:t>
        </w:r>
      </w:hyperlink>
      <w:r>
        <w:t xml:space="preserve"> - An event at As You Are Bar in Washington, D.C., part of the Woke Mob Comedy Festival, featuring a buffet of DC's hottest queer comics. A portion of the proceeds was donated to the DC LGBTQ+ Center, highlighting the venue's commitment to supporting the local LGBTQ+ community through entertainment and philanthropy.</w:t>
      </w:r>
      <w:r/>
    </w:p>
    <w:p>
      <w:pPr>
        <w:pStyle w:val="ListNumber"/>
        <w:spacing w:line="240" w:lineRule="auto"/>
        <w:ind w:left="720"/>
      </w:pPr>
      <w:r/>
      <w:hyperlink r:id="rId14">
        <w:r>
          <w:rPr>
            <w:color w:val="0000EE"/>
            <w:u w:val="single"/>
          </w:rPr>
          <w:t>https://www.theatreindc.com/everything-devoured/5189/</w:t>
        </w:r>
      </w:hyperlink>
      <w:r>
        <w:t xml:space="preserve"> - A theatrical production titled 'Everything, Devoured' presented by Nu Sass Productions at the Sitar Arts Center in Washington, D.C. The play is described as a searing event that channels rage, humor, and ritual into a reckoning with societal systems, featuring a character named Ronald Reagan as a demon and drag queen.</w:t>
      </w:r>
      <w:r/>
    </w:p>
    <w:p>
      <w:pPr>
        <w:pStyle w:val="ListNumber"/>
        <w:spacing w:line="240" w:lineRule="auto"/>
        <w:ind w:left="720"/>
      </w:pPr>
      <w:r/>
      <w:hyperlink r:id="rId15">
        <w:r>
          <w:rPr>
            <w:color w:val="0000EE"/>
            <w:u w:val="single"/>
          </w:rPr>
          <w:t>https://www.alohodc.com/</w:t>
        </w:r>
      </w:hyperlink>
      <w:r>
        <w:t xml:space="preserve"> - A League of Her Own (ALOHO) is a queer women's neighborhood bar located at 2317 18th St. NW, Washington, D.C. The venue prides itself on being a safe space for the LGBTQIA+ community, offering a welcoming environment for individuals who may not have found their place elsewhere, and emphasizes inclusivity and consent.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3/summer-dc-sports-restaurant-week-festivals/?utm_source=rss&amp;utm_medium=rss&amp;utm_campaign=summer-dc-sports-restaurant-week-festivals" TargetMode="External"/><Relationship Id="rId10" Type="http://schemas.openxmlformats.org/officeDocument/2006/relationships/hyperlink" Target="https://voices.aaja.org/stories/minneapolis-2026/the-queer-asian-comics-building-collective-joy-in-washington-d-c/" TargetMode="External"/><Relationship Id="rId11" Type="http://schemas.openxmlformats.org/officeDocument/2006/relationships/hyperlink" Target="https://www.qtapidc.org/apipride" TargetMode="External"/><Relationship Id="rId12" Type="http://schemas.openxmlformats.org/officeDocument/2006/relationships/hyperlink" Target="https://www.meetup.com/gogaydc/" TargetMode="External"/><Relationship Id="rId13" Type="http://schemas.openxmlformats.org/officeDocument/2006/relationships/hyperlink" Target="https://www.popville.com/events/omelette-bar-23615/" TargetMode="External"/><Relationship Id="rId14" Type="http://schemas.openxmlformats.org/officeDocument/2006/relationships/hyperlink" Target="https://www.theatreindc.com/everything-devoured/5189/" TargetMode="External"/><Relationship Id="rId15" Type="http://schemas.openxmlformats.org/officeDocument/2006/relationships/hyperlink" Target="https://www.alohod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