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Oeteldonk Boat Brings Red‑White‑Yellow to Amsterdam Pride Canal Parade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a splash of Brabant flair: Oeteldonk’s Travel Legends boat will join the Canal Parade on 1 August, blending rainbow colours with red‑white‑yellow costumes, inflatable frogs and carnival beats , a playful, visible nod to Unity that organisers say helps change perceptions.</w:t>
      </w:r>
      <w:r/>
    </w:p>
    <w:p>
      <w:r/>
      <w:r>
        <w:t>Essential takeaways</w:t>
      </w:r>
      <w:r/>
      <w:r/>
    </w:p>
    <w:p>
      <w:pPr>
        <w:pStyle w:val="ListBullet"/>
        <w:spacing w:line="240" w:lineRule="auto"/>
        <w:ind w:left="720"/>
      </w:pPr>
      <w:r/>
      <w:r>
        <w:rPr>
          <w:b/>
        </w:rPr>
        <w:t>First appearance:</w:t>
      </w:r>
      <w:r>
        <w:t xml:space="preserve"> Oeteldonk’s Travel Legends boat is confirmed to sail in this year’s Canal Parade for World Pride.</w:t>
      </w:r>
      <w:r/>
    </w:p>
    <w:p>
      <w:pPr>
        <w:pStyle w:val="ListBullet"/>
        <w:spacing w:line="240" w:lineRule="auto"/>
        <w:ind w:left="720"/>
      </w:pPr>
      <w:r/>
      <w:r>
        <w:rPr>
          <w:b/>
        </w:rPr>
        <w:t>Distinct look:</w:t>
      </w:r>
      <w:r>
        <w:t xml:space="preserve"> Expect red‑white‑yellow colours, two life‑size inflatable frogs, boerenkielen (traditional farmer coats) and lots of feathers.</w:t>
      </w:r>
      <w:r/>
    </w:p>
    <w:p>
      <w:pPr>
        <w:pStyle w:val="ListBullet"/>
        <w:spacing w:line="240" w:lineRule="auto"/>
        <w:ind w:left="720"/>
      </w:pPr>
      <w:r/>
      <w:r>
        <w:rPr>
          <w:b/>
        </w:rPr>
        <w:t>Music and mood:</w:t>
      </w:r>
      <w:r>
        <w:t xml:space="preserve"> A DJ will mix upbeat carnival tunes with Oeteldonk songs, giving a summer‑carnival atmosphere with a steady beat.</w:t>
      </w:r>
      <w:r/>
    </w:p>
    <w:p>
      <w:pPr>
        <w:pStyle w:val="ListBullet"/>
        <w:spacing w:line="240" w:lineRule="auto"/>
        <w:ind w:left="720"/>
      </w:pPr>
      <w:r/>
      <w:r>
        <w:rPr>
          <w:b/>
        </w:rPr>
        <w:t>Message of Unity:</w:t>
      </w:r>
      <w:r>
        <w:t xml:space="preserve"> The boat’s theme stresses equality , the boerenkiel symbolises everyone standing side by side.</w:t>
      </w:r>
      <w:r/>
    </w:p>
    <w:p>
      <w:pPr>
        <w:pStyle w:val="ListBullet"/>
        <w:spacing w:line="240" w:lineRule="auto"/>
        <w:ind w:left="720"/>
      </w:pPr>
      <w:r/>
      <w:r>
        <w:rPr>
          <w:b/>
        </w:rPr>
        <w:t>Big demand:</w:t>
      </w:r>
      <w:r>
        <w:t xml:space="preserve"> Organisers say competition for the eighty boat places was fierce this year, reflecting wider interest in World Pride.</w:t>
      </w:r>
      <w:r/>
      <w:r/>
    </w:p>
    <w:p>
      <w:pPr>
        <w:pStyle w:val="Heading2"/>
      </w:pPr>
      <w:r>
        <w:t>Why an Oeteldonk boat is turning heads on the canals</w:t>
      </w:r>
      <w:r/>
    </w:p>
    <w:p>
      <w:r/>
      <w:r>
        <w:t>The visual contrast is half the point: amongst the familiar rainbow flags, the Oeteldonk colours of red, white and yellow will pop like confetti. According to the event listings on Pride Amsterdam, the Travel Legends entry secured one of only eighty places on the water, so it’s already a small victory for the group from ’s‑Hertogenbosch. The look is intentionally loud , two human‑sized inflatable frogs and farmers’ coats will make the boat unmistakable.</w:t>
      </w:r>
      <w:r/>
    </w:p>
    <w:p>
      <w:r/>
      <w:r>
        <w:t>The organisers behind the boat have been Pride regulars for years and saw World Pride as the moment to merge two local traditions. They told regional reporters that the idea had simmered for some time: bring Brabant’s carnival spirit to Amsterdam, highlight shared values, and have a bit of fun while doing it. It’s a reminder that Pride can be inventive as well as political.</w:t>
      </w:r>
      <w:r/>
    </w:p>
    <w:p>
      <w:pPr>
        <w:pStyle w:val="Heading2"/>
      </w:pPr>
      <w:r>
        <w:t>What the boat looks and sounds like , carnival meets parade</w:t>
      </w:r>
      <w:r/>
    </w:p>
    <w:p>
      <w:r/>
      <w:r>
        <w:t>There’s no subtlety here, and that’s deliberate. Expect a summer‑carnival makeover: feathers, emblems, and plenty of oetels (frogs) in bright primary hues. A DJ will be on board to give the traditional Oeteldonk tunes a dancefloor‑friendly underpinning, so the soundtrack will sit somewhere between a street parade and a nightclub set.</w:t>
      </w:r>
      <w:r/>
    </w:p>
    <w:p>
      <w:r/>
      <w:r>
        <w:t>Pride Amsterdam’s official boat pages describe the entries and their concepts, and organisers emphasise how each design helps communicate identity and solidarity. For viewers on the quayside, the combination of visual spectacle and thumping beats is designed to be irresistible , your ears will tell you as much as your eyes.</w:t>
      </w:r>
      <w:r/>
    </w:p>
    <w:p>
      <w:pPr>
        <w:pStyle w:val="Heading2"/>
      </w:pPr>
      <w:r>
        <w:t>The message: Unity through shared costume and celebration</w:t>
      </w:r>
      <w:r/>
    </w:p>
    <w:p>
      <w:r/>
      <w:r>
        <w:t>In Oeteldonk, the boerenkiel does something interesting: it flattens rank and removes visible differences. The Travel Legends team say that wearing the same coat symbolises equality, which dovetails neatly with this year’s Pride theme of Unity. Pride Amsterdam has stressed that visibility breeds familiarity, and familiarity helps acceptance.</w:t>
      </w:r>
      <w:r/>
    </w:p>
    <w:p>
      <w:r/>
      <w:r>
        <w:t>This is not just an image stunt. The organisers argue, and local spokespeople repeat, that bringing regional carnival traditions into the Canal Parade helps break down stereotypes , the idea that carnival is merely polka dots and polonaises. Instead, it’s shown as a communal ritual that echoes Pride’s call for inclusion.</w:t>
      </w:r>
      <w:r/>
    </w:p>
    <w:p>
      <w:pPr>
        <w:pStyle w:val="Heading2"/>
      </w:pPr>
      <w:r>
        <w:t>Why the boat matters more this year , World Pride and a crowded ballot</w:t>
      </w:r>
      <w:r/>
    </w:p>
    <w:p>
      <w:r/>
      <w:r>
        <w:t>World Pride raised the stakes: organisers reported a surge in applications for boats, far exceeding capacity. That made the selection process competitive, so the Travel Legends concept had to be compelling to make the cut. Pride’s ballotage committee looks for narratives that connect communities, and this hybrid carnival‑Pride story fit the brief.</w:t>
      </w:r>
      <w:r/>
    </w:p>
    <w:p>
      <w:r/>
      <w:r>
        <w:t>For festivalgoers and armchair viewers alike, the inclusion signals something practical: Pride wants to be representative of the whole country. So when you see regional entries like Oeteldonk’s, it’s a visual signpost of broader participation, not just a one‑off gimmick.</w:t>
      </w:r>
      <w:r/>
    </w:p>
    <w:p>
      <w:pPr>
        <w:pStyle w:val="Heading2"/>
      </w:pPr>
      <w:r>
        <w:t>How to enjoy it and what to bear in mind</w:t>
      </w:r>
      <w:r/>
    </w:p>
    <w:p>
      <w:r/>
      <w:r>
        <w:t>If you’re watching from the canal banks, arrive early and find a stretch where boats pass slowly; the Oeteldonk vessel is designed to attract attention, so try to secure a spot with a clear view. If you’re on a boat, check Pride Amsterdam’s guidelines about dress codes, safety and music levels , organisers have tight rules to keep the parade inclusive and safe.</w:t>
      </w:r>
      <w:r/>
    </w:p>
    <w:p>
      <w:r/>
      <w:r>
        <w:t>And if you’re in Brabant, this is a chance to see local identity showcased on a national stage. Bring a camera, expect colour, and remember the point behind the pageant: visibility is an act of solidarity.</w:t>
      </w:r>
      <w:r/>
    </w:p>
    <w:p>
      <w:r/>
      <w:r>
        <w:t>It’s a small, colourful way to show that two celebrations can sing the same tune.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https://www.bd.nl/den-bosch/regenboog-en-rood-wit-geel-tijdens-de-amsterdam-pride-door-een-heuse-oeteldonk-boot~a91dcb94/?slug_rd=1</w:t>
        </w:r>
      </w:hyperlink>
      <w:r>
        <w:t xml:space="preserve"> - Please view link - unable to able to access data</w:t>
      </w:r>
      <w:r/>
    </w:p>
    <w:p>
      <w:pPr>
        <w:pStyle w:val="ListNumber"/>
        <w:spacing w:line="240" w:lineRule="auto"/>
        <w:ind w:left="720"/>
      </w:pPr>
      <w:r/>
      <w:hyperlink r:id="rId10">
        <w:r>
          <w:rPr>
            <w:color w:val="0000EE"/>
            <w:u w:val="single"/>
          </w:rPr>
          <w:t>https://pride.amsterdam/en/boats/oeteldonk-travel-legends/</w:t>
        </w:r>
      </w:hyperlink>
      <w:r>
        <w:t xml:space="preserve"> - The Oeteldonk – Travel Legends boat is participating in the Canal Parade during World Pride Amsterdam 2026. The boat embodies the Oeteldonk carnival spirit, where everyone wears the same boerenkiel, symbolising equality and unity. The theme of this year's Pride is 'Unity', aligning with Oeteldonk's tradition of celebrating togetherness. The boat will feature Oeteldonk music, decorations, and two large inflatable frogs, representing the community's vibrant culture. The parade is scheduled for Saturday, 1 August 2026, from 12:00 to 18:00, starting at Oosterdok and passing through various canals, ending at Westerdok.</w:t>
      </w:r>
      <w:r/>
    </w:p>
    <w:p>
      <w:pPr>
        <w:pStyle w:val="ListNumber"/>
        <w:spacing w:line="240" w:lineRule="auto"/>
        <w:ind w:left="720"/>
      </w:pPr>
      <w:r/>
      <w:hyperlink r:id="rId11">
        <w:r>
          <w:rPr>
            <w:color w:val="0000EE"/>
            <w:u w:val="single"/>
          </w:rPr>
          <w:t>https://pride.amsterdam/en/pride-vignetten-canal-parade/</w:t>
        </w:r>
      </w:hyperlink>
      <w:r>
        <w:t xml:space="preserve"> - Pride Amsterdam provides detailed information about the Canal Parade, including its route and facilities. The parade starts at 12:00 in the Oosterdok, proceeding through Nieuwe Herengracht, Amstel, Prinsengracht, and concluding at Westerdok. The event concludes at different times per zone, with the last boat passing around 16:00 in zone A and around 18:00 in zone E. The website also offers an interactive map highlighting toilet facilities along the route, ensuring comfort for attendees. Residents along the route are informed about the removal of their boats during the parade, with specific guidelines provided.</w:t>
      </w:r>
      <w:r/>
    </w:p>
    <w:p>
      <w:pPr>
        <w:pStyle w:val="ListNumber"/>
        <w:spacing w:line="240" w:lineRule="auto"/>
        <w:ind w:left="720"/>
      </w:pPr>
      <w:r/>
      <w:hyperlink r:id="rId12">
        <w:r>
          <w:rPr>
            <w:color w:val="0000EE"/>
            <w:u w:val="single"/>
          </w:rPr>
          <w:t>https://www.dutchnews.nl/2023/08/amsterdam-celebrates-pride-with-the-traditional-canal-parade/</w:t>
        </w:r>
      </w:hyperlink>
      <w:r>
        <w:t xml:space="preserve"> - Amsterdam celebrated Pride with the traditional Canal Parade on 5 August 2023. Tens of thousands of people gathered in central Amsterdam to witness the annual event, which is the culmination of two weeks of Queer &amp; Pride Amsterdam festivities. The parade featured 80 boats, each with its own theme and organization sponsor, sailing through the city's canals. The event was marked by vibrant displays of love, diversity, and inclusivity, with participants and spectators alike embracing the spirit of the occasion.</w:t>
      </w:r>
      <w:r/>
    </w:p>
    <w:p>
      <w:pPr>
        <w:pStyle w:val="ListNumber"/>
        <w:spacing w:line="240" w:lineRule="auto"/>
        <w:ind w:left="720"/>
      </w:pPr>
      <w:r/>
      <w:hyperlink r:id="rId13">
        <w:r>
          <w:rPr>
            <w:color w:val="0000EE"/>
            <w:u w:val="single"/>
          </w:rPr>
          <w:t>https://nltimes.nl/2023/08/05/canal-parade-kicks-two-week-queer-pride-hundreds-thousands-visitors-expected</w:t>
        </w:r>
      </w:hyperlink>
      <w:r>
        <w:t xml:space="preserve"> - The Canal Parade on 5 August 2023 marked the beginning of a two-week Queer &amp; Pride Amsterdam celebration. Hundreds of thousands of visitors were expected to attend the parade, which featured 80 boats. This year, two different parties organized their own weeks of festivities, with the Canal Parade taking place at the end of the second week, concluding on Sunday with a closing party on Dam Square. The event highlighted Amsterdam's commitment to celebrating love, diversity, and inclusivity.</w:t>
      </w:r>
      <w:r/>
    </w:p>
    <w:p>
      <w:pPr>
        <w:pStyle w:val="ListNumber"/>
        <w:spacing w:line="240" w:lineRule="auto"/>
        <w:ind w:left="720"/>
      </w:pPr>
      <w:r/>
      <w:hyperlink r:id="rId14">
        <w:r>
          <w:rPr>
            <w:color w:val="0000EE"/>
            <w:u w:val="single"/>
          </w:rPr>
          <w:t>https://dutchreview.com/culture/holidays/amsterdam-pride-2023-guide/</w:t>
        </w:r>
      </w:hyperlink>
      <w:r>
        <w:t xml:space="preserve"> - Amsterdam Pride 2023, held between 22 July and 6 August, was a vibrant and inclusive celebration. The event spanned two weeks, with the first week organized by Queer Amsterdam and the second by Pride Amsterdam. The theme '#YouAreIncluded' emphasized inclusivity and community. The highlight of the festivities was the Canal Parade on 5 August, which served as the grand finale after two weeks of rainbow-covered splendour. The parade featured a diverse range of participants and was a testament to Amsterdam's commitment to LGBTQ+ rights and visibility.</w:t>
      </w:r>
      <w:r/>
    </w:p>
    <w:p>
      <w:pPr>
        <w:pStyle w:val="ListNumber"/>
        <w:spacing w:line="240" w:lineRule="auto"/>
        <w:ind w:left="720"/>
      </w:pPr>
      <w:r/>
      <w:hyperlink r:id="rId15">
        <w:r>
          <w:rPr>
            <w:color w:val="0000EE"/>
            <w:u w:val="single"/>
          </w:rPr>
          <w:t>https://www.youtube.com/watch?v=nqiOkRCA3gg</w:t>
        </w:r>
      </w:hyperlink>
      <w:r>
        <w:t xml:space="preserve"> - This video showcases the Amsterdam Pride boat parade in 2024, filmed in 4K at 60FPS. The parade, held on 4 August 2024, featured a vibrant procession of boats celebrating LGBTQ+ rights. The video captures the diverse participants, including organizations like the Netherlands Cancer Institute, Dolly Bellefleur, and KLM. The parade route included the Oosterdok, Nieuwe Herengracht, Amstel, Prinsengracht, and concluded at Westerdok. The event emphasized the theme '#Together', highlighting equal rights for the LGBTQ+ community. The video provides a comprehensive view of the parade's energy and inclusivity.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d.nl/den-bosch/regenboog-en-rood-wit-geel-tijdens-de-amsterdam-pride-door-een-heuse-oeteldonk-boot~a91dcb94/?slug_rd=1" TargetMode="External"/><Relationship Id="rId10" Type="http://schemas.openxmlformats.org/officeDocument/2006/relationships/hyperlink" Target="https://pride.amsterdam/en/boats/oeteldonk-travel-legends/" TargetMode="External"/><Relationship Id="rId11" Type="http://schemas.openxmlformats.org/officeDocument/2006/relationships/hyperlink" Target="https://pride.amsterdam/en/pride-vignetten-canal-parade/" TargetMode="External"/><Relationship Id="rId12" Type="http://schemas.openxmlformats.org/officeDocument/2006/relationships/hyperlink" Target="https://www.dutchnews.nl/2023/08/amsterdam-celebrates-pride-with-the-traditional-canal-parade/" TargetMode="External"/><Relationship Id="rId13" Type="http://schemas.openxmlformats.org/officeDocument/2006/relationships/hyperlink" Target="https://nltimes.nl/2023/08/05/canal-parade-kicks-two-week-queer-pride-hundreds-thousands-visitors-expected" TargetMode="External"/><Relationship Id="rId14" Type="http://schemas.openxmlformats.org/officeDocument/2006/relationships/hyperlink" Target="https://dutchreview.com/culture/holidays/amsterdam-pride-2023-guide/" TargetMode="External"/><Relationship Id="rId15" Type="http://schemas.openxmlformats.org/officeDocument/2006/relationships/hyperlink" Target="https://www.youtube.com/watch?v=nqiOkRCA3g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