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York Pride Parade Guide: Where to Watch, Party and Plan Your Visit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parade and party: June in New York lights up for Pride, and whether you’re a first-timer or a seasoned marcher, this guide tells you where the main parade runs, the best after-parties, what to expect and how to plan a seamless Pride weekend in NYC.</w:t>
      </w:r>
      <w:r/>
    </w:p>
    <w:p>
      <w:r/>
      <w:r>
        <w:t>Essential Takeaways</w:t>
      </w:r>
      <w:r/>
      <w:r/>
    </w:p>
    <w:p>
      <w:pPr>
        <w:pStyle w:val="ListBullet"/>
        <w:spacing w:line="240" w:lineRule="auto"/>
        <w:ind w:left="720"/>
      </w:pPr>
      <w:r/>
      <w:r>
        <w:rPr>
          <w:b/>
        </w:rPr>
        <w:t>Main route:</w:t>
      </w:r>
      <w:r>
        <w:t xml:space="preserve"> The Gay Pride Parade runs along 5th Avenue and finishes in the West Village, offering lively floats and crowds. </w:t>
      </w:r>
      <w:r/>
    </w:p>
    <w:p>
      <w:pPr>
        <w:pStyle w:val="ListBullet"/>
        <w:spacing w:line="240" w:lineRule="auto"/>
        <w:ind w:left="720"/>
      </w:pPr>
      <w:r/>
      <w:r>
        <w:rPr>
          <w:b/>
        </w:rPr>
        <w:t>Start time:</w:t>
      </w:r>
      <w:r>
        <w:t xml:space="preserve"> Parade typically begins around noon on the designated Pride Saturday in June; expect a long, festive day. </w:t>
      </w:r>
      <w:r/>
    </w:p>
    <w:p>
      <w:pPr>
        <w:pStyle w:val="ListBullet"/>
        <w:spacing w:line="240" w:lineRule="auto"/>
        <w:ind w:left="720"/>
      </w:pPr>
      <w:r/>
      <w:r>
        <w:rPr>
          <w:b/>
        </w:rPr>
        <w:t>Top after-party:</w:t>
      </w:r>
      <w:r>
        <w:t xml:space="preserve"> Pride Island (formerly Dance on the Pier) is a flagship daytime party with DJs and skyline views, now at Pier 97 in Hell’s Kitchen. </w:t>
      </w:r>
      <w:r/>
    </w:p>
    <w:p>
      <w:pPr>
        <w:pStyle w:val="ListBullet"/>
        <w:spacing w:line="240" w:lineRule="auto"/>
        <w:ind w:left="720"/>
      </w:pPr>
      <w:r/>
      <w:r>
        <w:rPr>
          <w:b/>
        </w:rPr>
        <w:t>Street festival vibe:</w:t>
      </w:r>
      <w:r>
        <w:t xml:space="preserve"> PrideFest in the West Village turns Hudson Street into a vendor-filled, music-driven celebration. </w:t>
      </w:r>
      <w:r/>
    </w:p>
    <w:p>
      <w:pPr>
        <w:pStyle w:val="ListBullet"/>
        <w:spacing w:line="240" w:lineRule="auto"/>
        <w:ind w:left="720"/>
      </w:pPr>
      <w:r/>
      <w:r>
        <w:rPr>
          <w:b/>
        </w:rPr>
        <w:t>Practical tip:</w:t>
      </w:r>
      <w:r>
        <w:t xml:space="preserve"> Wear comfy shoes, carry water, and pick a meetup spot , transport can be slow and bars fill quickly.</w:t>
      </w:r>
      <w:r/>
      <w:r/>
    </w:p>
    <w:p>
      <w:pPr>
        <w:pStyle w:val="Heading2"/>
      </w:pPr>
      <w:r>
        <w:t>Where the parade actually happens and why it matters</w:t>
      </w:r>
      <w:r/>
    </w:p>
    <w:p>
      <w:r/>
      <w:r>
        <w:t>The big moment is the Saturday march down 5th Avenue, finishing in the West Village, and it remains the visual heartbeat of Pride week. Expect a vivid, noisy flood of floats, marching contingents and costumes, plus the visceral thrill of being part of something historic , Stonewall’s legacy still hums under the confetti. According to local listings and event guides, the parade usually starts around midday, so get in place early if you want a frontline view. If you prefer a calmer experience, scout spots nearer the finish in the West Village where crowds often spread out.</w:t>
      </w:r>
      <w:r/>
    </w:p>
    <w:p>
      <w:pPr>
        <w:pStyle w:val="Heading2"/>
      </w:pPr>
      <w:r>
        <w:t>Pride Island and the big daytime parties , what’s new</w:t>
      </w:r>
      <w:r/>
    </w:p>
    <w:p>
      <w:r/>
      <w:r>
        <w:t>Pride Island has long been the go-to for fans of big-venue DJs and an all-afternoon rave; organisers recently moved the event to Pier 97 in Hell’s Kitchen, offering a new waterfront backdrop at 57th Street. The set-up still promises loud music, dancing and expansive skyline views, but plan for security lines and ticket checks. If you’re chasing the festival feeling, buy tickets in advance and arrive early to avoid queues and enjoy the sunlit DJs without the crush.</w:t>
      </w:r>
      <w:r/>
    </w:p>
    <w:p>
      <w:pPr>
        <w:pStyle w:val="Heading2"/>
      </w:pPr>
      <w:r>
        <w:t>After-parade street life: PrideFest and West Village energy</w:t>
      </w:r>
      <w:r/>
    </w:p>
    <w:p>
      <w:r/>
      <w:r>
        <w:t>Once the parade disperses, Hudson Street and the West Village convert into block-party mode. PrideFest features stalls, performers and grassroots vendors selling art, food and slogans , it’s where locals and visitors mingle, grab a drink and keep the party rolling. Local bars in Chelsea and the Village throw themed nights, and many rooftops host late-night gatherings. If you want a quieter evening, scope out a rooftop with reservations; if you want chaos, let the street lead you.</w:t>
      </w:r>
      <w:r/>
    </w:p>
    <w:p>
      <w:pPr>
        <w:pStyle w:val="Heading2"/>
      </w:pPr>
      <w:r>
        <w:t>Practical planning: getting there, staying safe and enjoying more</w:t>
      </w:r>
      <w:r/>
    </w:p>
    <w:p>
      <w:r/>
      <w:r>
        <w:t>Public transport is usually the best option, but expect delays and station crowding around parade time. Bring a small backpack with water, sunscreen and a portable phone charger; you’ll thank yourself later. Wear comfortable shoes and layer clothing , June can be warm but breezy by the river. If you’re travelling with people, set a clear meeting point because phone service can be patchy in dense crowds. Consider booking Pride Island tickets and any rooftop reservations ahead of time to avoid disappointment.</w:t>
      </w:r>
      <w:r/>
    </w:p>
    <w:p>
      <w:pPr>
        <w:pStyle w:val="Heading2"/>
      </w:pPr>
      <w:r>
        <w:t>Why Pride in New York still feels special</w:t>
      </w:r>
      <w:r/>
    </w:p>
    <w:p>
      <w:r/>
      <w:r>
        <w:t>New York’s Pride has deep roots , the Stonewall protests cast a long shadow and give the weekend weight beyond the glitter. That history, combined with large-scale parties and intimate neighbourhood celebrations, creates a mix of activism, community and sheer joy you won’t find everywhere. Whether you want to march, watch, dance or simply people-watch with a drink in hand, NYC folds all those experiences into one loud, generous weekend.</w:t>
      </w:r>
      <w:r/>
    </w:p>
    <w:p>
      <w:r/>
      <w:r>
        <w:t>It's a small change to your calendar that can make a big, colourful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https://loving-newyork.com/gay-pride-parade-nyc/</w:t>
        </w:r>
      </w:hyperlink>
      <w:r>
        <w:t xml:space="preserve"> - Please view link - unable to able to access data</w:t>
      </w:r>
      <w:r/>
    </w:p>
    <w:p>
      <w:pPr>
        <w:pStyle w:val="ListNumber"/>
        <w:spacing w:line="240" w:lineRule="auto"/>
        <w:ind w:left="720"/>
      </w:pPr>
      <w:r/>
      <w:hyperlink r:id="rId10">
        <w:r>
          <w:rPr>
            <w:color w:val="0000EE"/>
            <w:u w:val="single"/>
          </w:rPr>
          <w:t>https://www.newyork.co.uk/new-york-gay-pride/</w:t>
        </w:r>
      </w:hyperlink>
      <w:r>
        <w:t xml:space="preserve"> - This article provides detailed information about New York Pride 2027, including the date and route of the Pride Parade, which is scheduled for Sunday, June 27, 2027, starting from Fifth Avenue and ending in Greenwich Village. It also highlights the significance of the Stonewall Inn, the site of the 1969 Stonewall Riots, considered a pivotal event in the gay liberation movement and the establishment of LGBTQIA+ rights in the United States.</w:t>
      </w:r>
      <w:r/>
    </w:p>
    <w:p>
      <w:pPr>
        <w:pStyle w:val="ListNumber"/>
        <w:spacing w:line="240" w:lineRule="auto"/>
        <w:ind w:left="720"/>
      </w:pPr>
      <w:r/>
      <w:hyperlink r:id="rId14">
        <w:r>
          <w:rPr>
            <w:color w:val="0000EE"/>
            <w:u w:val="single"/>
          </w:rPr>
          <w:t>https://www.schools.nyc.gov/learning/subjects/social-studies/pride-month</w:t>
        </w:r>
      </w:hyperlink>
      <w:r>
        <w:t xml:space="preserve"> - This resource from the New York City Department of Education outlines various Pride Month events, including the NYC Pride Parade on Sunday, June 28, 2026. The parade starts at 26th Street and 5th Avenue and concludes at 15th Street and 7th Avenue. It also mentions other borough-specific celebrations, such as The Bronx Pride Festival, Brooklyn Pride, New Queens Pride, and Staten Island PrideFest, providing dates and locations for each.</w:t>
      </w:r>
      <w:r/>
    </w:p>
    <w:p>
      <w:pPr>
        <w:pStyle w:val="ListNumber"/>
        <w:spacing w:line="240" w:lineRule="auto"/>
        <w:ind w:left="720"/>
      </w:pPr>
      <w:r/>
      <w:hyperlink r:id="rId12">
        <w:r>
          <w:rPr>
            <w:color w:val="0000EE"/>
            <w:u w:val="single"/>
          </w:rPr>
          <w:t>https://www.gaytravel4u.com/event/pridefest-new-york-city/</w:t>
        </w:r>
      </w:hyperlink>
      <w:r>
        <w:t xml:space="preserve"> - This article discusses PrideFest, the annual LGBTQIA+ street fair in New York City, scheduled for Sunday, June 27, 2027. The event features exhibitors, entertainers, and activities celebrating equality. It takes place in Greenwich Village, specifically on 4th Avenue and 10th Street, with community gathering experiences like FamilyFest located at Astor Plaza (East 8th Street and 4th Avenue).</w:t>
      </w:r>
      <w:r/>
    </w:p>
    <w:p>
      <w:pPr>
        <w:pStyle w:val="ListNumber"/>
        <w:spacing w:line="240" w:lineRule="auto"/>
        <w:ind w:left="720"/>
      </w:pPr>
      <w:r/>
      <w:hyperlink r:id="rId13">
        <w:r>
          <w:rPr>
            <w:color w:val="0000EE"/>
            <w:u w:val="single"/>
          </w:rPr>
          <w:t>https://planetprideny.com/faq/</w:t>
        </w:r>
      </w:hyperlink>
      <w:r>
        <w:t xml:space="preserve"> - This FAQ page provides information about Planet Pride, New York City's largest Pride event, scheduled for June 26, 2027. The event is a collaboration between two prominent promoters, offering a unique experience with multiple stages, cutting-edge art, and immersive activities. It also mentions presale tickets available at the lowest price before the presale ends.</w:t>
      </w:r>
      <w:r/>
    </w:p>
    <w:p>
      <w:pPr>
        <w:pStyle w:val="ListNumber"/>
        <w:spacing w:line="240" w:lineRule="auto"/>
        <w:ind w:left="720"/>
      </w:pPr>
      <w:r/>
      <w:hyperlink r:id="rId11">
        <w:r>
          <w:rPr>
            <w:color w:val="0000EE"/>
            <w:u w:val="single"/>
          </w:rPr>
          <w:t>https://www.newyork.nl/feestdagen/new-york-gay-pride/</w:t>
        </w:r>
      </w:hyperlink>
      <w:r>
        <w:t xml:space="preserve"> - This article provides details about New York Pride 2027, including the date and route of the Pride Parade, which is scheduled for Sunday, June 27, 2027, starting from Fifth Avenue and ending in Greenwich Village. It also highlights the significance of the Stonewall Inn, the site of the 1969 Stonewall Riots, considered a pivotal event in the gay liberation movement and the establishment of LGBTQIA+ rights in the United States.</w:t>
      </w:r>
      <w:r/>
    </w:p>
    <w:p>
      <w:pPr>
        <w:pStyle w:val="ListNumber"/>
        <w:spacing w:line="240" w:lineRule="auto"/>
        <w:ind w:left="720"/>
      </w:pPr>
      <w:r/>
      <w:hyperlink r:id="rId15">
        <w:r>
          <w:rPr>
            <w:color w:val="0000EE"/>
            <w:u w:val="single"/>
          </w:rPr>
          <w:t>https://www.newyorkcity.fr/new-york-gay-pride/</w:t>
        </w:r>
      </w:hyperlink>
      <w:r>
        <w:t xml:space="preserve"> - This article provides information about New York Pride 2027, including the date and route of the Pride Parade, which is scheduled for Sunday, June 27, 2027, starting from Fifth Avenue and ending in Greenwich Village. It also highlights the significance of the Stonewall Inn, the site of the 1969 Stonewall Riots, considered a pivotal event in the gay liberation movement and the establishment of LGBTQIA+ rights in the United States.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oving-newyork.com/gay-pride-parade-nyc/" TargetMode="External"/><Relationship Id="rId10" Type="http://schemas.openxmlformats.org/officeDocument/2006/relationships/hyperlink" Target="https://www.newyork.co.uk/new-york-gay-pride/" TargetMode="External"/><Relationship Id="rId11" Type="http://schemas.openxmlformats.org/officeDocument/2006/relationships/hyperlink" Target="https://www.newyork.nl/feestdagen/new-york-gay-pride/" TargetMode="External"/><Relationship Id="rId12" Type="http://schemas.openxmlformats.org/officeDocument/2006/relationships/hyperlink" Target="https://www.gaytravel4u.com/event/pridefest-new-york-city/" TargetMode="External"/><Relationship Id="rId13" Type="http://schemas.openxmlformats.org/officeDocument/2006/relationships/hyperlink" Target="https://planetprideny.com/faq/" TargetMode="External"/><Relationship Id="rId14" Type="http://schemas.openxmlformats.org/officeDocument/2006/relationships/hyperlink" Target="https://www.schools.nyc.gov/learning/subjects/social-studies/pride-month" TargetMode="External"/><Relationship Id="rId15" Type="http://schemas.openxmlformats.org/officeDocument/2006/relationships/hyperlink" Target="https://www.newyorkcity.fr/new-york-gay-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