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Hope Celebrates Leadership Change: What It Means for Pride Events and Community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visitors are noticing fresh energy in New Hope and Lambertville as New Hope Celebrates announces a new executive team, promising continuity for beloved Pride events and renewed focus on inclusivity, volunteerism and safeguarding queer history in these river towns.</w:t>
      </w:r>
      <w:r/>
    </w:p>
    <w:p>
      <w:r/>
      <w:r>
        <w:t>Essential Takeaways</w:t>
      </w:r>
      <w:r/>
      <w:r/>
    </w:p>
    <w:p>
      <w:pPr>
        <w:pStyle w:val="ListBullet"/>
        <w:spacing w:line="240" w:lineRule="auto"/>
        <w:ind w:left="720"/>
      </w:pPr>
      <w:r/>
      <w:r>
        <w:rPr>
          <w:b/>
        </w:rPr>
        <w:t>New leadership:</w:t>
      </w:r>
      <w:r>
        <w:t xml:space="preserve"> Rich Lucarini steps in as president with Quinten Darling and Kelly Beck-Kay joining as vice presidents, taking charge from Aug. 1.</w:t>
      </w:r>
      <w:r/>
    </w:p>
    <w:p>
      <w:pPr>
        <w:pStyle w:val="ListBullet"/>
        <w:spacing w:line="240" w:lineRule="auto"/>
        <w:ind w:left="720"/>
      </w:pPr>
      <w:r/>
      <w:r>
        <w:rPr>
          <w:b/>
        </w:rPr>
        <w:t>Continuity promised:</w:t>
      </w:r>
      <w:r>
        <w:t xml:space="preserve"> Outgoing president Melissa Patterson will remain on the board through the end of the year to help with handover and knowledge transfer.</w:t>
      </w:r>
      <w:r/>
    </w:p>
    <w:p>
      <w:pPr>
        <w:pStyle w:val="ListBullet"/>
        <w:spacing w:line="240" w:lineRule="auto"/>
        <w:ind w:left="720"/>
      </w:pPr>
      <w:r/>
      <w:r>
        <w:rPr>
          <w:b/>
        </w:rPr>
        <w:t>Events to watch:</w:t>
      </w:r>
      <w:r>
        <w:t xml:space="preserve"> Organisers plan to preserve staples like the High Heel Drag Race, Pride Fest, Pride Gala and the parade, while also supporting new partnerships such as Pride Polo.</w:t>
      </w:r>
      <w:r/>
    </w:p>
    <w:p>
      <w:pPr>
        <w:pStyle w:val="ListBullet"/>
        <w:spacing w:line="240" w:lineRule="auto"/>
        <w:ind w:left="720"/>
      </w:pPr>
      <w:r/>
      <w:r>
        <w:rPr>
          <w:b/>
        </w:rPr>
        <w:t>Community focus:</w:t>
      </w:r>
      <w:r>
        <w:t xml:space="preserve"> Leaders are prioritising safe spaces, volunteer engagement and protecting local LGBTQ+ history amid wider national pressures.</w:t>
      </w:r>
      <w:r/>
    </w:p>
    <w:p>
      <w:pPr>
        <w:pStyle w:val="ListBullet"/>
        <w:spacing w:line="240" w:lineRule="auto"/>
        <w:ind w:left="720"/>
      </w:pPr>
      <w:r/>
      <w:r>
        <w:rPr>
          <w:b/>
        </w:rPr>
        <w:t>Practical note:</w:t>
      </w:r>
      <w:r>
        <w:t xml:space="preserve"> The organisation is volunteer-run and relies on loyal sponsors, so showing up and volunteering has tangible impact.</w:t>
      </w:r>
      <w:r/>
      <w:r/>
    </w:p>
    <w:p>
      <w:pPr>
        <w:pStyle w:val="Heading2"/>
      </w:pPr>
      <w:r>
        <w:t>New team, same mission , what changes and why it matters</w:t>
      </w:r>
      <w:r/>
    </w:p>
    <w:p>
      <w:r/>
      <w:r>
        <w:t>The headline news is simple and promising: Rich Lucarini will lead New Hope Celebrates from August, with Quinten Darling and Kelly Beck-Kay filling key vice‑presidential roles. That handover comes with a soft, familiar note , Melissa Patterson will remain on the board for several months to steady the ship. For locals and regular visitors, that’s a reassuring touch; events will feel familiar, just with fresh eyes guiding them. According to community coverage, planners are focused on a smooth transition and keeping signature events meaningful and inclusive.</w:t>
      </w:r>
      <w:r/>
    </w:p>
    <w:p>
      <w:pPr>
        <w:pStyle w:val="Heading2"/>
      </w:pPr>
      <w:r>
        <w:t>Keeping the party alive , which events are safe and which might evolve</w:t>
      </w:r>
      <w:r/>
    </w:p>
    <w:p>
      <w:r/>
      <w:r>
        <w:t>New Hope’s calendar is built around a handful of flagship happenings, and the new team has made it clear those will continue. Expect the High Heel Drag Race, drag bingo, Pride Gala and Pride Fest to return, and the parade will keep linking the two river towns together. Meanwhile the group is testing partnerships , a Pride Polo event with Tinicum Park Polo Club and the Gay Polo League is on the horizon , so don’t be surprised to see new social formats alongside classic favourites. If you’re planning to attend, check the official PrideFest page for dates and ticket details.</w:t>
      </w:r>
      <w:r/>
    </w:p>
    <w:p>
      <w:pPr>
        <w:pStyle w:val="Heading2"/>
      </w:pPr>
      <w:r>
        <w:t>Why leadership change matters now , funding, art and safe spaces</w:t>
      </w:r>
      <w:r/>
    </w:p>
    <w:p>
      <w:r/>
      <w:r>
        <w:t>This isn’t just about event planning. Leaders say the wider political climate has put pressure on LGBTQ+ organisations nationwide, from shrinking DEI funding to attacks on trans healthcare and even public art being erased. That context makes New Hope Celebrates’ role more than celebratory: it’s custodial. The team is working to protect local queer history , street art projects and similar public displays have taken on new urgency , while keeping New Hope and Lambertville welcoming for those who need them most.</w:t>
      </w:r>
      <w:r/>
    </w:p>
    <w:p>
      <w:pPr>
        <w:pStyle w:val="Heading2"/>
      </w:pPr>
      <w:r>
        <w:t>Volunteers and sponsors , how you can help keep things running</w:t>
      </w:r>
      <w:r/>
    </w:p>
    <w:p>
      <w:r/>
      <w:r>
        <w:t>NHC is an all-volunteer organisation supported by local sponsors, and the new leadership is asking the community to stay involved. Volunteering, showing up for events and supporting sustaining partners are concrete ways to keep programming alive. If you want to help, reach out via the organisation’s website or sign up at events; even a few hours on the day makes a big difference and keeps costs down so grants can go further where they’re needed.</w:t>
      </w:r>
      <w:r/>
    </w:p>
    <w:p>
      <w:pPr>
        <w:pStyle w:val="Heading2"/>
      </w:pPr>
      <w:r>
        <w:t>Looking ahead , balancing heritage with fresh ideas</w:t>
      </w:r>
      <w:r/>
    </w:p>
    <w:p>
      <w:r/>
      <w:r>
        <w:t>Lucarini has talked about balancing the town’s artistic, queer past with contemporary needs , preserving the “artists’ enclave” spirit while making events relevant to younger or newly arrived community members. That’s a smart tack: it means familiar pageantry won’t vanish, but organisers will also be open to small changes that improve accessibility, diversity and the overall experience. For locals, it’s an invitation to comment, volunteer and shape what comes next.</w:t>
      </w:r>
      <w:r/>
    </w:p>
    <w:p>
      <w:r/>
      <w:r>
        <w:t>It's a small change that can make every celebration and safe space stronger , show up, get involved, and help keep New Hope Celebrates thriving.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https://epgn.com/2026/07/22/new-hope-celebrates-announces-leadership-changes/</w:t>
        </w:r>
      </w:hyperlink>
      <w:r>
        <w:t xml:space="preserve"> - Please view link - unable to able to access data</w:t>
      </w:r>
      <w:r/>
    </w:p>
    <w:p>
      <w:pPr>
        <w:pStyle w:val="ListNumber"/>
        <w:spacing w:line="240" w:lineRule="auto"/>
        <w:ind w:left="720"/>
      </w:pPr>
      <w:r/>
      <w:hyperlink r:id="rId10">
        <w:r>
          <w:rPr>
            <w:color w:val="0000EE"/>
            <w:u w:val="single"/>
          </w:rPr>
          <w:t>https://patch.com/pennsylvania/newhope-lambertville/amp/34468656/new-executive-leadership-team-announced-by-new-hope-celebrates</w:t>
        </w:r>
      </w:hyperlink>
      <w:r>
        <w:t xml:space="preserve"> - New Hope Celebrates (NHC) has announced its new executive team, effective August 1, 2026. The team comprises President Rich Lucarini, Vice President of Events Quinten Darling, and Vice President of Governance Kelly Beck-Kay. Outgoing President Melissa Patterson will remain on the Board of Directors until the end of the year to ensure a smooth transition. Lucarini, previously Vice President of Finance, aims to expand NHC's reach and deepen its impact in New Hope, Lambertville, and surrounding communities. Darling, a lifelong Bucks County resident and former Miss New Hope Celebrates 2024, brings energy and creativity to the role. Beck-Kay returns as Vice President of Governance, committed to strengthening NHC's leadership structure and policies. Patterson, who served as President from 2022 to 2026, expressed pride in NHC's accomplishments and excitement for its future under the new leadership.</w:t>
      </w:r>
      <w:r/>
    </w:p>
    <w:p>
      <w:pPr>
        <w:pStyle w:val="ListNumber"/>
        <w:spacing w:line="240" w:lineRule="auto"/>
        <w:ind w:left="720"/>
      </w:pPr>
      <w:r/>
      <w:hyperlink r:id="rId11">
        <w:r>
          <w:rPr>
            <w:color w:val="0000EE"/>
            <w:u w:val="single"/>
          </w:rPr>
          <w:t>https://buckscountybeacon.com/2026/05/twin-river-towns-new-hope-and-lambertville-kick-off-lgbtq-pride-month-early/</w:t>
        </w:r>
      </w:hyperlink>
      <w:r>
        <w:t xml:space="preserve"> - New Hope and Lambertville, known for their LGBTQ+ inclusivity, began Pride Month celebrations early with the theme 'Pride in Full Color.' The festivities, running from May 9 to 17, 2026, featured a 100-foot rainbow Pride parade flag unfurled along the New Hope-Lambertville Bridge. Events included musical performances, drag queen story time, Pride bingo, the Love is Love Gala, Pride with Purpose, a month-long pride-themed cocktail contest, and a Closing Tea Dance &amp; Pool Party. The celebration aimed to honour the rich LGBTQ+ history of the twin river towns and promote community visibility and inclusivity.</w:t>
      </w:r>
      <w:r/>
    </w:p>
    <w:p>
      <w:pPr>
        <w:pStyle w:val="ListNumber"/>
        <w:spacing w:line="240" w:lineRule="auto"/>
        <w:ind w:left="720"/>
      </w:pPr>
      <w:r/>
      <w:hyperlink r:id="rId12">
        <w:r>
          <w:rPr>
            <w:color w:val="0000EE"/>
            <w:u w:val="single"/>
          </w:rPr>
          <w:t>https://www.newhopecelebrates.com/pridefest/</w:t>
        </w:r>
      </w:hyperlink>
      <w:r>
        <w:t xml:space="preserve"> - New Hope Celebrates (NHC) is hosting PrideFest 2026 from May 9 to 17, 2026. The week-long event includes a Pride Parade on Saturday, May 16, 2026. The festival connects the towns of New Hope, PA, and Lambertville, NJ, across the Delaware River, drawing over 15,000 attendees annually. The parade features a 100-foot Rainbow Equality Flag and includes local and national marching bands, floats, and nonprofit organisations. Other events during the week include the Flag Unfurling &amp; Reception, Opening Tea, Pride With Purpose, Pride Bingo, Love is Love Gala, Weekend Kickoff, Pride Fair, Dance Party, History Gathering, and Closing Tea.</w:t>
      </w:r>
      <w:r/>
    </w:p>
    <w:p>
      <w:pPr>
        <w:pStyle w:val="ListNumber"/>
        <w:spacing w:line="240" w:lineRule="auto"/>
        <w:ind w:left="720"/>
      </w:pPr>
      <w:r/>
      <w:hyperlink r:id="rId14">
        <w:r>
          <w:rPr>
            <w:color w:val="0000EE"/>
            <w:u w:val="single"/>
          </w:rPr>
          <w:t>https://www.newhopefreepress.com/2026/04/27/new-hope-lambertville-to-host-nine-day-pridefest-2026/</w:t>
        </w:r>
      </w:hyperlink>
      <w:r>
        <w:t xml:space="preserve"> - New Hope and Lambertville are preparing for a nine-day PrideFest 2026, scheduled from May 9 to 17. The event, themed 'Pride IN FULL COLOR,' is expected to draw over 15,000 attendees. Highlights include a Progress Pride flag unveiling, drag queen storytime, Pride Bingo, the Love is Love Gala, Pride with Purpose, a month-long pride-themed cocktail contest, and a Closing Tea Dance &amp; Pool Party. The festival's musical highlight, PrideFest Live!, will feature performances by dance music legend Crystal Waters and Philadelphia-born queer artist Vincint. The week culminates with the Pride Parade on Saturday, May 16, starting at 11 a.m. in Lambertville and marching onto Main Street in New Hope.</w:t>
      </w:r>
      <w:r/>
    </w:p>
    <w:p>
      <w:pPr>
        <w:pStyle w:val="ListNumber"/>
        <w:spacing w:line="240" w:lineRule="auto"/>
        <w:ind w:left="720"/>
      </w:pPr>
      <w:r/>
      <w:hyperlink r:id="rId13">
        <w:r>
          <w:rPr>
            <w:color w:val="0000EE"/>
            <w:u w:val="single"/>
          </w:rPr>
          <w:t>https://patch.com/pennsylvania/newhope-lambertville/new-hope-lambertville-celebrate-pride-full-color</w:t>
        </w:r>
      </w:hyperlink>
      <w:r>
        <w:t xml:space="preserve"> - New Hope and Lambertville are set to celebrate 'Pride In Full Color' during PrideFest 2026, running from May 9 to 17. The event is expected to draw over 15,000 attendees. Highlights include a Progress Pride flag unveiling, drag queen storytime, Pride Bingo, the Love is Love Gala, Pride with Purpose, a month-long pride-themed cocktail contest, and a Closing Tea Dance &amp; Pool Party. The festival's musical highlight, PrideFest Live!, will feature performances by dance music legend Crystal Waters and Philadelphia-born queer artist Vincint. The week culminates with the Pride Parade on Saturday, May 16, starting at 11 a.m. in Lambertville and marching onto Main Street in New Hope.</w:t>
      </w:r>
      <w:r/>
    </w:p>
    <w:p>
      <w:pPr>
        <w:pStyle w:val="ListNumber"/>
        <w:spacing w:line="240" w:lineRule="auto"/>
        <w:ind w:left="720"/>
      </w:pPr>
      <w:r/>
      <w:hyperlink r:id="rId15">
        <w:r>
          <w:rPr>
            <w:color w:val="0000EE"/>
            <w:u w:val="single"/>
          </w:rPr>
          <w:t>https://www.cbsnews.com/philadelphia/news/new-hope-lambertville-wedding-venues-pride/</w:t>
        </w:r>
      </w:hyperlink>
      <w:r>
        <w:t xml:space="preserve"> - New Hope and Lambertville, known for their LGBTQ+ inclusivity, offer a plethora of welcoming wedding venues for the LGBTQ+ community. Melissa Patterson, a long-time resident, describes the area as a 'safe space' where queerness is not only accepted but celebrated. The towns have long been recognized for their welcoming and inclusive attitudes, making them a popular destination for LGBTQ+ weddings and celebrations.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7/22/new-hope-celebrates-announces-leadership-changes/" TargetMode="External"/><Relationship Id="rId10" Type="http://schemas.openxmlformats.org/officeDocument/2006/relationships/hyperlink" Target="https://patch.com/pennsylvania/newhope-lambertville/amp/34468656/new-executive-leadership-team-announced-by-new-hope-celebrates" TargetMode="External"/><Relationship Id="rId11" Type="http://schemas.openxmlformats.org/officeDocument/2006/relationships/hyperlink" Target="https://buckscountybeacon.com/2026/05/twin-river-towns-new-hope-and-lambertville-kick-off-lgbtq-pride-month-early/" TargetMode="External"/><Relationship Id="rId12" Type="http://schemas.openxmlformats.org/officeDocument/2006/relationships/hyperlink" Target="https://www.newhopecelebrates.com/pridefest/" TargetMode="External"/><Relationship Id="rId13" Type="http://schemas.openxmlformats.org/officeDocument/2006/relationships/hyperlink" Target="https://patch.com/pennsylvania/newhope-lambertville/new-hope-lambertville-celebrate-pride-full-color" TargetMode="External"/><Relationship Id="rId14" Type="http://schemas.openxmlformats.org/officeDocument/2006/relationships/hyperlink" Target="https://www.newhopefreepress.com/2026/04/27/new-hope-lambertville-to-host-nine-day-pridefest-2026/" TargetMode="External"/><Relationship Id="rId15" Type="http://schemas.openxmlformats.org/officeDocument/2006/relationships/hyperlink" Target="https://www.cbsnews.com/philadelphia/news/new-hope-lambertville-wedding-venues-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