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Sailing Regatta in Chicago: Rainbow Races Brings Community to Lake Michigan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sun and sails: Rainbow Races, the nation’s only officially sanctioned LGBTQ+ sailing school, hosts its seventh annual regatta this Sunday at Columbia Yacht Club , a joyful fundraiser that opens the water to queer and traditionally disenfranchised sailors.</w:t>
      </w:r>
      <w:r/>
    </w:p>
    <w:p>
      <w:r/>
      <w:r>
        <w:t>Essential Takeaways</w:t>
      </w:r>
      <w:r/>
      <w:r/>
    </w:p>
    <w:p>
      <w:pPr>
        <w:pStyle w:val="ListBullet"/>
        <w:spacing w:line="240" w:lineRule="auto"/>
        <w:ind w:left="720"/>
      </w:pPr>
      <w:r/>
      <w:r>
        <w:rPr>
          <w:b/>
        </w:rPr>
        <w:t>What’s happening:</w:t>
      </w:r>
      <w:r>
        <w:t xml:space="preserve"> Rainbow Races’ seventh annual regatta takes place at Columbia Yacht Club, with the fleet blessing at 11:30am and the race starting at 1pm.</w:t>
      </w:r>
      <w:r/>
    </w:p>
    <w:p>
      <w:pPr>
        <w:pStyle w:val="ListBullet"/>
        <w:spacing w:line="240" w:lineRule="auto"/>
        <w:ind w:left="720"/>
      </w:pPr>
      <w:r/>
      <w:r>
        <w:rPr>
          <w:b/>
        </w:rPr>
        <w:t>Community focus:</w:t>
      </w:r>
      <w:r>
        <w:t xml:space="preserve"> The organisation runs an LGBTQ+ sailing school offering U.S. Sailing keelboat certification and beginner sails, aiming to keep classes affordable and broaden access.</w:t>
      </w:r>
      <w:r/>
    </w:p>
    <w:p>
      <w:pPr>
        <w:pStyle w:val="ListBullet"/>
        <w:spacing w:line="240" w:lineRule="auto"/>
        <w:ind w:left="720"/>
      </w:pPr>
      <w:r/>
      <w:r>
        <w:rPr>
          <w:b/>
        </w:rPr>
        <w:t>Festivities:</w:t>
      </w:r>
      <w:r>
        <w:t xml:space="preserve"> Expect a blessing of the fleet by the Second City Sisters, an afterparty with a “Rainblow Regatta” model-boat race, DJ and games , lively and family-friendly.</w:t>
      </w:r>
      <w:r/>
    </w:p>
    <w:p>
      <w:pPr>
        <w:pStyle w:val="ListBullet"/>
        <w:spacing w:line="240" w:lineRule="auto"/>
        <w:ind w:left="720"/>
      </w:pPr>
      <w:r/>
      <w:r>
        <w:rPr>
          <w:b/>
        </w:rPr>
        <w:t>Good to know:</w:t>
      </w:r>
      <w:r>
        <w:t xml:space="preserve"> Navy Pier is the likeliest vantage point for spectators; bring binoculars since the course will probably be several miles offshore.</w:t>
      </w:r>
      <w:r/>
    </w:p>
    <w:p>
      <w:pPr>
        <w:pStyle w:val="ListBullet"/>
        <w:spacing w:line="240" w:lineRule="auto"/>
        <w:ind w:left="720"/>
      </w:pPr>
      <w:r/>
      <w:r>
        <w:rPr>
          <w:b/>
        </w:rPr>
        <w:t>Why it matters:</w:t>
      </w:r>
      <w:r>
        <w:t xml:space="preserve"> Funds raised help avoid class price hikes and seed scholarships, letting more queer and marginalised people try sailing.</w:t>
      </w:r>
      <w:r/>
      <w:r/>
    </w:p>
    <w:p>
      <w:pPr>
        <w:pStyle w:val="Heading2"/>
      </w:pPr>
      <w:r>
        <w:t>A blessing of the fleet , and a splash of joyful theatre</w:t>
      </w:r>
      <w:r/>
    </w:p>
    <w:p>
      <w:r/>
      <w:r>
        <w:t>The weekend opens with a theatrical, very visual blessing of the fleet by the Second City Sisters, Chicago’s local chapter of the Sisters of Perpetual Indulgence. Expect bright costumes, tongue-in-cheek ritual and a warm, inclusive energy that cues the day’s tone. The Sisters restarted in Chicago in 2024 and now partner with local LGBTQ+ groups. Sister Hooda Thunkett says the regatta “celebrates the way of the water” and brings lighthearted joy , a neat contrast to the serious seamanship that follows. For spectators, it’s a perfect photo moment and a reminder this is as much about culture and visibility as it is about competition.</w:t>
      </w:r>
      <w:r/>
    </w:p>
    <w:p>
      <w:pPr>
        <w:pStyle w:val="Heading2"/>
      </w:pPr>
      <w:r>
        <w:t>Racing for a cause , how the regatta keeps classes affordable</w:t>
      </w:r>
      <w:r/>
    </w:p>
    <w:p>
      <w:r/>
      <w:r>
        <w:t>Rainbow Races uses the regatta as its largest fundraiser, with ticketed afterparty plates and donations helping to underwrite the sailing school. The organisation offers U.S. Sailing keelboat certification and “first experience” sails, and leaders say the money raised will help keep prices low and fund scholarships. Charles Szymanski, the group’s vice president, explained they recently received a donated boat and want funds to launch and maintain it , a practical step that directly supports more training opportunities. If you care about widening access to outdoor sports, your ticket is doing more than buying a day out.</w:t>
      </w:r>
      <w:r/>
    </w:p>
    <w:p>
      <w:pPr>
        <w:pStyle w:val="Heading2"/>
      </w:pPr>
      <w:r>
        <w:t>Where to watch, and what to bring</w:t>
      </w:r>
      <w:r/>
    </w:p>
    <w:p>
      <w:r/>
      <w:r>
        <w:t>The race course is set on the day according to wind, which means the fleet could run several miles offshore. Navy Pier is likely the best public viewpoint, so plan to stake out a spot early if you want a good line of sight. Binoculars, sun protection and a small portable chair will make the experience comfier, and if you’ve got a camera with a decent zoom lens you’ll thank yourself. For those who prefer to be at the club, the Columbia Yacht Club hosts the afterparty , a chance to mingle with crews, volunteers and organisers.</w:t>
      </w:r>
      <w:r/>
    </w:p>
    <w:p>
      <w:pPr>
        <w:pStyle w:val="Heading2"/>
      </w:pPr>
      <w:r>
        <w:t>Fun on deck and ashore , the Rainblow Regatta and afterparty</w:t>
      </w:r>
      <w:r/>
    </w:p>
    <w:p>
      <w:r/>
      <w:r>
        <w:t>After the main race there’s a playful take on nautical sport: the Rainblow Regatta, where contestants race model sailboats by blowing on the sails. It’s charming, competitive and perfectly Instagrammable. Tickets for the afterparty are priced per plate and include the DJ and games , a fundraising dinner with a lively vibe. Even if you don’t buy a ticket, the spectacle and street-level festivities make for a weekend that feels open and celebratory.</w:t>
      </w:r>
      <w:r/>
    </w:p>
    <w:p>
      <w:pPr>
        <w:pStyle w:val="Heading2"/>
      </w:pPr>
      <w:r>
        <w:t>Why this matters beyond the race</w:t>
      </w:r>
      <w:r/>
    </w:p>
    <w:p>
      <w:r/>
      <w:r>
        <w:t>Rainbow Races explicitly aims to bring people to the water who might not see themselves in sailing , people who’ve assumed it isn’t for them. The organisation focuses on LGBTQ+ and traditionally disenfranchised communities, offering affordable classes, certification and outreach. Partnering with the Second City Sisters marks a new chapter in community collaboration, signalling that queer cultural institutions and sporting groups can amplify one another. It’s a quiet but meaningful step toward normalising queer presence in recreational sailing.</w:t>
      </w:r>
      <w:r/>
    </w:p>
    <w:p>
      <w:r/>
      <w:r>
        <w:t>It's a small change that can make every sail feel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1">
        <w:r>
          <w:rPr>
            <w:color w:val="0000EE"/>
            <w:u w:val="single"/>
          </w:rPr>
          <w:t>[5]</w:t>
        </w:r>
      </w:hyperlink>
      <w:r>
        <w:t xml:space="preserve">- Paragraph 6: </w:t>
      </w:r>
      <w:hyperlink r:id="rId9">
        <w:r>
          <w:rPr>
            <w:color w:val="0000EE"/>
            <w:u w:val="single"/>
          </w:rPr>
          <w:t>[1]</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https://blockclubchicago.org/2026/07/23/second-city-sisters-to-bless-the-fleet-at-rainbow-races-annual-regatta/</w:t>
        </w:r>
      </w:hyperlink>
      <w:r>
        <w:t xml:space="preserve"> - Please view link - unable to able to access data</w:t>
      </w:r>
      <w:r/>
    </w:p>
    <w:p>
      <w:pPr>
        <w:pStyle w:val="ListNumber"/>
        <w:spacing w:line="240" w:lineRule="auto"/>
        <w:ind w:left="720"/>
      </w:pPr>
      <w:r/>
      <w:hyperlink r:id="rId10">
        <w:r>
          <w:rPr>
            <w:color w:val="0000EE"/>
            <w:u w:val="single"/>
          </w:rPr>
          <w:t>https://rainbowraces.org/classes</w:t>
        </w:r>
      </w:hyperlink>
      <w:r>
        <w:t xml:space="preserve"> - Rainbow Races offers US Sailing-sanctioned adult sailing classes, including the Basic Keelboat certification, which can be completed in as little as three days. The course covers all essential aspects of sailing to competently operate a small keelboat and is widely accepted for chartering sailboats. Classes are available at three Chicago locations, with small class sizes to ensure personalized instruction. The program also provides online modules, a digital textbook, and a one-year membership to US Sailing upon successful completion.</w:t>
      </w:r>
      <w:r/>
    </w:p>
    <w:p>
      <w:pPr>
        <w:pStyle w:val="ListNumber"/>
        <w:spacing w:line="240" w:lineRule="auto"/>
        <w:ind w:left="720"/>
      </w:pPr>
      <w:r/>
      <w:hyperlink r:id="rId12">
        <w:r>
          <w:rPr>
            <w:color w:val="0000EE"/>
            <w:u w:val="single"/>
          </w:rPr>
          <w:t>https://secondcitysisters.org/about</w:t>
        </w:r>
      </w:hyperlink>
      <w:r>
        <w:t xml:space="preserve"> - The Second City Sisters, also known as the Abbey of the Irreverent Bean, are Chicago's local chapter of the Sisters of Perpetual Indulgence. This group of queer and trans 'nuns' advocates for safe sex, sex positivity, and raises funds for LGBTQ+ organisations. They are dedicated to community service, promoting human rights, and fostering inclusivity. Their activities include blessing events, fundraising, and challenging stigma with humour and compassion, embodying their mission to spread joy and support the LGBTQ+ community.</w:t>
      </w:r>
      <w:r/>
    </w:p>
    <w:p>
      <w:pPr>
        <w:pStyle w:val="ListNumber"/>
        <w:spacing w:line="240" w:lineRule="auto"/>
        <w:ind w:left="720"/>
      </w:pPr>
      <w:r/>
      <w:hyperlink r:id="rId13">
        <w:r>
          <w:rPr>
            <w:color w:val="0000EE"/>
            <w:u w:val="single"/>
          </w:rPr>
          <w:t>https://rainbowraces.org/sailing-school</w:t>
        </w:r>
      </w:hyperlink>
      <w:r>
        <w:t xml:space="preserve"> - Rainbow Races is the first US Sailing-sanctioned LGBTQ+ sailing school in the United States, established to provide sailing education to adults of all orientations and gender identities. The school offers US Sailing Basic Keelboat classes on weekends, aiming to make sailing accessible and inclusive. Their vessel, 'The Queens' Revenge,' a 1979 Scampi 30, was donated and transformed to serve as the school's primary teaching boat. The programme focuses on fostering a welcoming environment for the LGBTQ+ community in the sailing world.</w:t>
      </w:r>
      <w:r/>
    </w:p>
    <w:p>
      <w:pPr>
        <w:pStyle w:val="ListNumber"/>
        <w:spacing w:line="240" w:lineRule="auto"/>
        <w:ind w:left="720"/>
      </w:pPr>
      <w:r/>
      <w:hyperlink r:id="rId11">
        <w:r>
          <w:rPr>
            <w:color w:val="0000EE"/>
            <w:u w:val="single"/>
          </w:rPr>
          <w:t>https://rainbowraces.org/rainbow-regatta-chicago</w:t>
        </w:r>
      </w:hyperlink>
      <w:r>
        <w:t xml:space="preserve"> - Rainbow Races hosts the Rainbow Regatta Chicago, a casual afternoon sailboat regatta governed by US Sailing rules and regulations, open to all sailors. The event aims to build friendships and encourage diversity and equity in sailing. Participants are encouraged to donate to support Rainbow Races' mission of promoting equality in sailing. The regatta includes a Blessing of the Fleet performed by the Second City Sisters, followed by the race and an afterparty with games and music at Columbia Yacht Club.</w:t>
      </w:r>
      <w:r/>
    </w:p>
    <w:p>
      <w:pPr>
        <w:pStyle w:val="ListNumber"/>
        <w:spacing w:line="240" w:lineRule="auto"/>
        <w:ind w:left="720"/>
      </w:pPr>
      <w:r/>
      <w:hyperlink r:id="rId14">
        <w:r>
          <w:rPr>
            <w:color w:val="0000EE"/>
            <w:u w:val="single"/>
          </w:rPr>
          <w:t>https://www.columbiasailingschool.org/</w:t>
        </w:r>
      </w:hyperlink>
      <w:r>
        <w:t xml:space="preserve"> - Columbia Sailing School, located in downtown Chicago, offers sailing courses for all ages and skill levels. Their mission is to shape stewards for the waters by providing quality instruction in sailing and boating safety in an equitable and inclusive environment. The school is a 501(c)(3) nonprofit organisation and offers both adult and youth sailing programmes. They are committed to promoting diversity and inclusion within the sailing community and provide a welcoming environment for all participants.</w:t>
      </w:r>
      <w:r/>
    </w:p>
    <w:p>
      <w:pPr>
        <w:pStyle w:val="ListNumber"/>
        <w:spacing w:line="240" w:lineRule="auto"/>
        <w:ind w:left="720"/>
      </w:pPr>
      <w:r/>
      <w:hyperlink r:id="rId15">
        <w:r>
          <w:rPr>
            <w:color w:val="0000EE"/>
            <w:u w:val="single"/>
          </w:rPr>
          <w:t>https://www.frontrunnerschicago.org/</w:t>
        </w:r>
      </w:hyperlink>
      <w:r>
        <w:t xml:space="preserve"> - Frontrunners Chicago is the city's premier LGBTQ+ running and walking club, offering a welcoming environment for individuals of all fitness levels. The club hosts weekly fun runs and walks, annual focus races, training programmes, volunteer efforts, and social events. Their mission is to empower and support everyone interested in staying healthy and fit in a positive and friendly environment. Frontrunners Chicago is a member of International Front Runners and is dedicated to fostering a sense of community among LGBTQ+ athletes.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lockclubchicago.org/2026/07/23/second-city-sisters-to-bless-the-fleet-at-rainbow-races-annual-regatta/" TargetMode="External"/><Relationship Id="rId10" Type="http://schemas.openxmlformats.org/officeDocument/2006/relationships/hyperlink" Target="https://rainbowraces.org/classes" TargetMode="External"/><Relationship Id="rId11" Type="http://schemas.openxmlformats.org/officeDocument/2006/relationships/hyperlink" Target="https://rainbowraces.org/rainbow-regatta-chicago" TargetMode="External"/><Relationship Id="rId12" Type="http://schemas.openxmlformats.org/officeDocument/2006/relationships/hyperlink" Target="https://secondcitysisters.org/about" TargetMode="External"/><Relationship Id="rId13" Type="http://schemas.openxmlformats.org/officeDocument/2006/relationships/hyperlink" Target="https://rainbowraces.org/sailing-school" TargetMode="External"/><Relationship Id="rId14" Type="http://schemas.openxmlformats.org/officeDocument/2006/relationships/hyperlink" Target="https://www.columbiasailingschool.org/" TargetMode="External"/><Relationship Id="rId15" Type="http://schemas.openxmlformats.org/officeDocument/2006/relationships/hyperlink" Target="https://www.frontrunnerschicago.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