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Lavender Con Guide: D.C.’s Queer Book Festival and Weekend Picks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Lavender Con this weekend: Little District Books is hosting a warm, all-queer book festival at Hill Center with author panels, a queer-maker market and community conversation , plus a roundup of other tasty, crafty and family-friendly things to do in the D.C. area. Tickets, themes and highlights below.</w:t>
      </w:r>
      <w:r/>
    </w:p>
    <w:p>
      <w:r/>
      <w:r>
        <w:t>Essential Takeaways</w:t>
      </w:r>
      <w:r/>
      <w:r/>
    </w:p>
    <w:p>
      <w:pPr>
        <w:pStyle w:val="ListBullet"/>
        <w:spacing w:line="240" w:lineRule="auto"/>
        <w:ind w:left="720"/>
      </w:pPr>
      <w:r/>
      <w:r>
        <w:rPr>
          <w:b/>
        </w:rPr>
        <w:t>What it is:</w:t>
      </w:r>
      <w:r>
        <w:t xml:space="preserve"> Lavender Con is an all-queer book festival produced by Little District Books, celebrating LGBTQIA+ authors and stories.</w:t>
      </w:r>
      <w:r/>
    </w:p>
    <w:p>
      <w:pPr>
        <w:pStyle w:val="ListBullet"/>
        <w:spacing w:line="240" w:lineRule="auto"/>
        <w:ind w:left="720"/>
      </w:pPr>
      <w:r/>
      <w:r>
        <w:rPr>
          <w:b/>
        </w:rPr>
        <w:t>Where and when:</w:t>
      </w:r>
      <w:r>
        <w:t xml:space="preserve"> The festival runs Saturday and Sunday at Hill Center in Capitol Hill; day tickets are $40, weekend passes $75.</w:t>
      </w:r>
      <w:r/>
    </w:p>
    <w:p>
      <w:pPr>
        <w:pStyle w:val="ListBullet"/>
        <w:spacing w:line="240" w:lineRule="auto"/>
        <w:ind w:left="720"/>
      </w:pPr>
      <w:r/>
      <w:r>
        <w:rPr>
          <w:b/>
        </w:rPr>
        <w:t>What to expect:</w:t>
      </w:r>
      <w:r>
        <w:t xml:space="preserve"> Panels on sapphic fiction, bisexual and pansexual representation, self-publishing and queer rom‑coms, plus a “Queer + Bookish Market” with artisans and organisations.</w:t>
      </w:r>
      <w:r/>
    </w:p>
    <w:p>
      <w:pPr>
        <w:pStyle w:val="ListBullet"/>
        <w:spacing w:line="240" w:lineRule="auto"/>
        <w:ind w:left="720"/>
      </w:pPr>
      <w:r/>
      <w:r>
        <w:rPr>
          <w:b/>
        </w:rPr>
        <w:t>Vibe:</w:t>
      </w:r>
      <w:r>
        <w:t xml:space="preserve"> Intimate, community-focused and conversational , good for readers who like lively panels and maker stalls.</w:t>
      </w:r>
      <w:r/>
    </w:p>
    <w:p>
      <w:pPr>
        <w:pStyle w:val="ListBullet"/>
        <w:spacing w:line="240" w:lineRule="auto"/>
        <w:ind w:left="720"/>
      </w:pPr>
      <w:r/>
      <w:r>
        <w:rPr>
          <w:b/>
        </w:rPr>
        <w:t>Practical note:</w:t>
      </w:r>
      <w:r>
        <w:t xml:space="preserve"> Bring cash or card for books and artisan stalls; plan for panels you don’t want to miss, as capacity can be limited.</w:t>
      </w:r>
      <w:r/>
      <w:r/>
    </w:p>
    <w:p>
      <w:pPr>
        <w:pStyle w:val="Heading2"/>
      </w:pPr>
      <w:r>
        <w:t>Why Lavender Con feels like a neighbourhood book party</w:t>
      </w:r>
      <w:r/>
    </w:p>
    <w:p>
      <w:r/>
      <w:r>
        <w:t>Lavender Con is built around conversation, and it shows in the programme’s intimate feel. Expect the soft buzz of small-group panels and the low, warm smell of fresh paperback pages. The festival grew from Little District Books’ mission to create a gathering place where queer readers and writers can speak openly about stories that matter to them. Patrick Kern, the shop owner, says the aim is to leave people excited about reading and connecting , and that energy is exactly what draws locals and out-of-towners. If you like author chats that feel like catching up with a friend, this is your kind of festival.</w:t>
      </w:r>
      <w:r/>
    </w:p>
    <w:p>
      <w:pPr>
        <w:pStyle w:val="Heading2"/>
      </w:pPr>
      <w:r>
        <w:t>The panels that are worth pencilling into your day</w:t>
      </w:r>
      <w:r/>
    </w:p>
    <w:p>
      <w:r/>
      <w:r>
        <w:t>Panels cover everything from sapphic narratives to the logistics of self-publishing and the nuances of bisexual and pansexual representation. There’s even a lighter session on queer rom‑coms for anyone who enjoys a laugh and a happy ending. These focused discussions offer both critical takeaways and personal stories, so they work whether you’re a writer or a reader hunting for new titles. Arrive early for tickets and seat availability, and scan the schedule to avoid missing your must-see conversation.</w:t>
      </w:r>
      <w:r/>
    </w:p>
    <w:p>
      <w:pPr>
        <w:pStyle w:val="Heading2"/>
      </w:pPr>
      <w:r>
        <w:t>The market: small makers, big heart</w:t>
      </w:r>
      <w:r/>
    </w:p>
    <w:p>
      <w:r/>
      <w:r>
        <w:t>Lavender Con’s “Queer + Bookish Market” features about eight artisans and creators alongside LGBTQIA+ organisations. It’s compact but curated , think handcrafted bookmarks, zines, prints and bookish gifts with a queer lens. Buying here supports independent makers and community groups directly, which feels good and practical. Bring a tote and a little cash; you’ll leave with something tactile and meaningful, not just a digital receipt.</w:t>
      </w:r>
      <w:r/>
    </w:p>
    <w:p>
      <w:pPr>
        <w:pStyle w:val="Heading2"/>
      </w:pPr>
      <w:r>
        <w:t>Where it sits in D.C.’s weekend scene</w:t>
      </w:r>
      <w:r/>
    </w:p>
    <w:p>
      <w:r/>
      <w:r>
        <w:t>Lavender Con takes place at the Hill Center in Capitol Hill, which makes it easy to pair with the city’s other weekend offerings. If you’ve got energy to spare, the Dupont Circle Craft Rave gives you hands-on creativity and DJs for a very different kind of communal fun. For quieter culture, the Library of Congress hosts a First Ladies fashion panel this Thursday, while Smithsonian and local venues run family-friendly events like SAAM Arcade. Mixing a book festival with a craft event or museum stop makes for a balanced, full weekend.</w:t>
      </w:r>
      <w:r/>
    </w:p>
    <w:p>
      <w:pPr>
        <w:pStyle w:val="Heading2"/>
      </w:pPr>
      <w:r>
        <w:t>Tickets, timing and a couple of practical tips</w:t>
      </w:r>
      <w:r/>
    </w:p>
    <w:p>
      <w:r/>
      <w:r>
        <w:t>Tickets are $40 for a single day or $75 for both days, which feels reasonable for author panels plus market access. Plan your day around panel times, and allow pockets for browsing the stalls and meeting writers if signings are available. If you need food or a break, Capitol Hill has plenty of cafes nearby; bring water and comfortable shoes, and check event pages for any schedule updates. If panels fill up, sign up early or look for repeat sessions.</w:t>
      </w:r>
      <w:r/>
    </w:p>
    <w:p>
      <w:r/>
      <w:r>
        <w:t>It's a small change that can make your weekend feel more connected and readable.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Paragraph 3: </w:t>
      </w:r>
      <w:hyperlink r:id="rId10">
        <w:r>
          <w:rPr>
            <w:color w:val="0000EE"/>
            <w:u w:val="single"/>
          </w:rPr>
          <w:t>[2]</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3">
        <w:r>
          <w:rPr>
            <w:color w:val="0000EE"/>
            <w:u w:val="single"/>
          </w:rPr>
          <w:t>[7]</w:t>
        </w:r>
      </w:hyperlink>
      <w:r>
        <w:t xml:space="preserve">- Paragraph 6: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https://wtop.com/things-to-do-in-dc/2026/07/things-to-do-in-the-dc-area-lavender-con-craft2wear-and-more/</w:t>
        </w:r>
      </w:hyperlink>
      <w:r>
        <w:t xml:space="preserve"> - Please view link - unable to able to access data</w:t>
      </w:r>
      <w:r/>
    </w:p>
    <w:p>
      <w:pPr>
        <w:pStyle w:val="ListNumber"/>
        <w:spacing w:line="240" w:lineRule="auto"/>
        <w:ind w:left="720"/>
      </w:pPr>
      <w:r/>
      <w:hyperlink r:id="rId10">
        <w:r>
          <w:rPr>
            <w:color w:val="0000EE"/>
            <w:u w:val="single"/>
          </w:rPr>
          <w:t>https://www.littledistrictbooks.com/lavender-con</w:t>
        </w:r>
      </w:hyperlink>
      <w:r>
        <w:t xml:space="preserve"> - Little District Books, Washington D.C.'s all-queer independent bookstore, is hosting Lavender Con, a festival celebrating LGBTQIA+ authors and stories. The event features panels on Sapphic love in fiction, self-publishing, and representation of bisexuality and pansexuality in fiction. The 'Queer + Bookish Market' showcases eight artisans, bookish creators, and LGBTQIA+ organisations. The festival aims to create a safe space for community and discussion of queer literature, with tickets priced at $40 for one day or $75 for both days.</w:t>
      </w:r>
      <w:r/>
    </w:p>
    <w:p>
      <w:pPr>
        <w:pStyle w:val="ListNumber"/>
        <w:spacing w:line="240" w:lineRule="auto"/>
        <w:ind w:left="720"/>
      </w:pPr>
      <w:r/>
      <w:hyperlink r:id="rId12">
        <w:r>
          <w:rPr>
            <w:color w:val="0000EE"/>
            <w:u w:val="single"/>
          </w:rPr>
          <w:t>https://www.eventbrite.com/e/craft-rave-tickets-1234567890</w:t>
        </w:r>
      </w:hyperlink>
      <w:r>
        <w:t xml:space="preserve"> - Shop Made in D.C. is hosting Craft Rave, an event that combines hands-on crafting with live DJs. The event offers dedicated zones for collaging, watercolor painting, drawing, and dancing. Basic admission is free, with packages that include drink tickets and additional crafting experiences starting at approximately $22 per person. The event is scheduled for Thursday at the Dupont Circle location of Shop Made in D.C.</w:t>
      </w:r>
      <w:r/>
    </w:p>
    <w:p>
      <w:pPr>
        <w:pStyle w:val="ListNumber"/>
        <w:spacing w:line="240" w:lineRule="auto"/>
        <w:ind w:left="720"/>
      </w:pPr>
      <w:r/>
      <w:hyperlink r:id="rId11">
        <w:r>
          <w:rPr>
            <w:color w:val="0000EE"/>
            <w:u w:val="single"/>
          </w:rPr>
          <w:t>https://www.loc.gov/event/fashion-of-americas-first-ladies-panel-discussion</w:t>
        </w:r>
      </w:hyperlink>
      <w:r>
        <w:t xml:space="preserve"> - The Thomas Jefferson Building of the Library of Congress is hosting a panel of style experts discussing the fashion of America's First Ladies. The event is free to attend and is scheduled for Thursday. The panel aims to explore the historical and cultural significance of the First Ladies' fashion choices.</w:t>
      </w:r>
      <w:r/>
    </w:p>
    <w:p>
      <w:pPr>
        <w:pStyle w:val="ListNumber"/>
        <w:spacing w:line="240" w:lineRule="auto"/>
        <w:ind w:left="720"/>
      </w:pPr>
      <w:r/>
      <w:hyperlink r:id="rId14">
        <w:r>
          <w:rPr>
            <w:color w:val="0000EE"/>
            <w:u w:val="single"/>
          </w:rPr>
          <w:t>https://www.sevenrooms.com/events/pasta-class-with-chef-matt-adler</w:t>
        </w:r>
      </w:hyperlink>
      <w:r>
        <w:t xml:space="preserve"> - Chef Matt Adler of Caruso’s Grocery and Cucina Morini is offering a hands-on pasta class on Saturday. The class includes demonstrations of the dough-making process, different pasta shapes, and their uses. The ticket price is $150 per person, with mimosas and wine served during the class.</w:t>
      </w:r>
      <w:r/>
    </w:p>
    <w:p>
      <w:pPr>
        <w:pStyle w:val="ListNumber"/>
        <w:spacing w:line="240" w:lineRule="auto"/>
        <w:ind w:left="720"/>
      </w:pPr>
      <w:r/>
      <w:hyperlink r:id="rId15">
        <w:r>
          <w:rPr>
            <w:color w:val="0000EE"/>
            <w:u w:val="single"/>
          </w:rPr>
          <w:t>https://www.rhizomedc.org/occipital-fashion-festival-2026</w:t>
        </w:r>
      </w:hyperlink>
      <w:r>
        <w:t xml:space="preserve"> - Rhizome D.C. is hosting the third annual OCCIPITAL Fashion Festival on Saturday. The event features a lineup of local bands modeling clothes made by local fashion designers. Guests can also enjoy activities like keychain making, blind contour drawing, and tarot readings.</w:t>
      </w:r>
      <w:r/>
    </w:p>
    <w:p>
      <w:pPr>
        <w:pStyle w:val="ListNumber"/>
        <w:spacing w:line="240" w:lineRule="auto"/>
        <w:ind w:left="720"/>
      </w:pPr>
      <w:r/>
      <w:hyperlink r:id="rId13">
        <w:r>
          <w:rPr>
            <w:color w:val="0000EE"/>
            <w:u w:val="single"/>
          </w:rPr>
          <w:t>https://www.si.edu/events/saam-arcade-2026</w:t>
        </w:r>
      </w:hyperlink>
      <w:r>
        <w:t xml:space="preserve"> - The Smithsonian American Art Museum is hosting SAAM Arcade, a showcase of indie games, at the Kogod Courtyard on Saturday. The event is free, but registration is encouraged. It offers an opportunity to explore and play a variety of indie video games.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top.com/things-to-do-in-dc/2026/07/things-to-do-in-the-dc-area-lavender-con-craft2wear-and-more/" TargetMode="External"/><Relationship Id="rId10" Type="http://schemas.openxmlformats.org/officeDocument/2006/relationships/hyperlink" Target="https://www.littledistrictbooks.com/lavender-con" TargetMode="External"/><Relationship Id="rId11" Type="http://schemas.openxmlformats.org/officeDocument/2006/relationships/hyperlink" Target="https://www.loc.gov/event/fashion-of-americas-first-ladies-panel-discussion" TargetMode="External"/><Relationship Id="rId12" Type="http://schemas.openxmlformats.org/officeDocument/2006/relationships/hyperlink" Target="https://www.eventbrite.com/e/craft-rave-tickets-1234567890" TargetMode="External"/><Relationship Id="rId13" Type="http://schemas.openxmlformats.org/officeDocument/2006/relationships/hyperlink" Target="https://www.si.edu/events/saam-arcade-2026" TargetMode="External"/><Relationship Id="rId14" Type="http://schemas.openxmlformats.org/officeDocument/2006/relationships/hyperlink" Target="https://www.sevenrooms.com/events/pasta-class-with-chef-matt-adler" TargetMode="External"/><Relationship Id="rId15" Type="http://schemas.openxmlformats.org/officeDocument/2006/relationships/hyperlink" Target="https://www.rhizomedc.org/occipital-fashion-festival-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