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Kyiv Salon Targeted Over LGBTQ Support: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Witnesses are recoiling after a brazen intimidation campaign against a popular Kyiv beauty salon, where severed pig heads, animal remains and blood were dumped at the entrance , a shocking escalation that highlights rising threats to businesses that back LGBTQ+ people.</w:t>
      </w:r>
      <w:r/>
    </w:p>
    <w:p>
      <w:r/>
      <w:r>
        <w:t>Essential Takeaways</w:t>
      </w:r>
      <w:r/>
      <w:r/>
    </w:p>
    <w:p>
      <w:pPr>
        <w:pStyle w:val="ListBullet"/>
        <w:spacing w:line="240" w:lineRule="auto"/>
        <w:ind w:left="720"/>
      </w:pPr>
      <w:r/>
      <w:r>
        <w:rPr>
          <w:b/>
        </w:rPr>
        <w:t>What happened:</w:t>
      </w:r>
      <w:r>
        <w:t xml:space="preserve"> Severed pig heads, entrails and liquid described as blood were left at the entrance of a G.Bar salon in central Kyiv, creating a gruesome scene and sparking a police probe. </w:t>
      </w:r>
      <w:r/>
    </w:p>
    <w:p>
      <w:pPr>
        <w:pStyle w:val="ListBullet"/>
        <w:spacing w:line="240" w:lineRule="auto"/>
        <w:ind w:left="720"/>
      </w:pPr>
      <w:r/>
      <w:r>
        <w:rPr>
          <w:b/>
        </w:rPr>
        <w:t>Sustained pressure:</w:t>
      </w:r>
      <w:r>
        <w:t xml:space="preserve"> G.Bar says this is part of a month-long campaign of threats, doxxing and vandalism tied to the company’s public stance on inclusion. </w:t>
      </w:r>
      <w:r/>
    </w:p>
    <w:p>
      <w:pPr>
        <w:pStyle w:val="ListBullet"/>
        <w:spacing w:line="240" w:lineRule="auto"/>
        <w:ind w:left="720"/>
      </w:pPr>
      <w:r/>
      <w:r>
        <w:rPr>
          <w:b/>
        </w:rPr>
        <w:t>Sparked by a row:</w:t>
      </w:r>
      <w:r>
        <w:t xml:space="preserve"> The backlash followed the firm ending its relationship with an employee filmed stepping on LGBTQ+ flags at KyivPride. </w:t>
      </w:r>
      <w:r/>
    </w:p>
    <w:p>
      <w:pPr>
        <w:pStyle w:val="ListBullet"/>
        <w:spacing w:line="240" w:lineRule="auto"/>
        <w:ind w:left="720"/>
      </w:pPr>
      <w:r/>
      <w:r>
        <w:rPr>
          <w:b/>
        </w:rPr>
        <w:t>Police response:</w:t>
      </w:r>
      <w:r>
        <w:t xml:space="preserve"> Kyiv police opened a criminal investigation into alleged hooliganism; the offence carries serious penalties. </w:t>
      </w:r>
      <w:r/>
    </w:p>
    <w:p>
      <w:pPr>
        <w:pStyle w:val="ListBullet"/>
        <w:spacing w:line="240" w:lineRule="auto"/>
        <w:ind w:left="720"/>
      </w:pPr>
      <w:r/>
      <w:r>
        <w:rPr>
          <w:b/>
        </w:rPr>
        <w:t>Human impact:</w:t>
      </w:r>
      <w:r>
        <w:t xml:space="preserve"> Staff and their families have reportedly received threats; the company has beefed up security and refused to back down from its values.</w:t>
      </w:r>
      <w:r/>
      <w:r/>
    </w:p>
    <w:p>
      <w:pPr>
        <w:pStyle w:val="Heading2"/>
      </w:pPr>
      <w:r>
        <w:t>A grisly message on Lesi Ukrainky Boulevard , the scene and immediate reaction</w:t>
      </w:r>
      <w:r/>
    </w:p>
    <w:p>
      <w:r/>
      <w:r>
        <w:t>The most vivid detail is the one people can’t unsee: pig heads and animal entrails left on the salon steps, with the façade splattered in what witnesses described as blood. Meduza and local outlets reported the discovery early on Tuesday, prompting alarm among neighbours and passers-by. G.Bar staff publicly documented the incident and appealed for police action, saying the attack was the latest in a string of intimidations. For customers it wasn’t just criminality but a deliberate, symbolic act designed to shock and shame.</w:t>
      </w:r>
      <w:r/>
    </w:p>
    <w:p>
      <w:pPr>
        <w:pStyle w:val="Heading2"/>
      </w:pPr>
      <w:r>
        <w:t>This did not come out of nowhere , the backstory and escalation</w:t>
      </w:r>
      <w:r/>
    </w:p>
    <w:p>
      <w:r/>
      <w:r>
        <w:t>Local reporting links the campaign to a KyivPride incident on 21 June, when a woman associated with the company was filmed stepping on LGBTQ+ flags. G.Bar told KyivPride and UkrainePride it did not share her actions and terminated her contract. Since then, the company says it has faced stickers, graffiti, protests and online doxxing. Owners and employees tell a familiar story: a small spark becomes a sustained smear campaign that affects people’s homes and sense of safety. G.Bar said it initially tried legal channels, but the violence pushed it to go public.</w:t>
      </w:r>
      <w:r/>
    </w:p>
    <w:p>
      <w:pPr>
        <w:pStyle w:val="Heading2"/>
      </w:pPr>
      <w:r>
        <w:t>Police, penalties and the legal angle , what authorities are doing</w:t>
      </w:r>
      <w:r/>
    </w:p>
    <w:p>
      <w:r/>
      <w:r>
        <w:t>Kyiv police confirmed animal remains had been left at the salon and said they’d opened a criminal investigation into alleged hooliganism. Ukrainian law treats such acts seriously; the offence carries potential restrictions on liberty. Investigators are working to identify the perpetrators while the company continues to compile documented incidents. The case will test how quickly authorities can move from investigation to accountability in politically charged intimidations.</w:t>
      </w:r>
      <w:r/>
    </w:p>
    <w:p>
      <w:pPr>
        <w:pStyle w:val="Heading2"/>
      </w:pPr>
      <w:r>
        <w:t>Why this matters beyond one salon , trends in harassment and business risk</w:t>
      </w:r>
      <w:r/>
    </w:p>
    <w:p>
      <w:r/>
      <w:r>
        <w:t>The attack taps into wider cultural and political tensions: when a business takes a public stand on social issues, it can attract both praise and targeted hostility. Internationally, brands that support inclusion sometimes become flashpoints for coordinated harassment campaigns. For other Ukrainian businesses, the lesson is stark: public values can bring reputational goodwill but also real, sometimes violent, risk. G.Bar’s insistence that it won’t abandon inclusion sends a signal to rivals and customers alike.</w:t>
      </w:r>
      <w:r/>
    </w:p>
    <w:p>
      <w:pPr>
        <w:pStyle w:val="Heading2"/>
      </w:pPr>
      <w:r>
        <w:t>Practical takeaways for businesses and employees</w:t>
      </w:r>
      <w:r/>
    </w:p>
    <w:p>
      <w:r/>
      <w:r>
        <w:t>If you run a public-facing business and plan to take a stance, document threats immediately, increase security measures and work with police and legal counsel from the start. Preserve evidence, limit staff exposure of private details and consider crisis communications to protect reputations and safety. G.Bar’s experience shows the emotional toll too , staff and families have been targeted , so employers should offer welfare support, safe transport and options for temporary remote work where possible.</w:t>
      </w:r>
      <w:r/>
    </w:p>
    <w:p>
      <w:r/>
      <w:r>
        <w:t>It's a small change that can make every door safer and every public stand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https://gayexpress.co.nz/2026/07/kyiv-salon-targeted-with-severed-pig-heads-over-lgbtq-support/?utm_source=rss&amp;utm_medium=rss&amp;utm_campaign=kyiv-salon-targeted-with-severed-pig-heads-over-lgbtq-support</w:t>
        </w:r>
      </w:hyperlink>
      <w:r>
        <w:t xml:space="preserve"> - Please view link - unable to able to access data</w:t>
      </w:r>
      <w:r/>
    </w:p>
    <w:p>
      <w:pPr>
        <w:pStyle w:val="ListNumber"/>
        <w:spacing w:line="240" w:lineRule="auto"/>
        <w:ind w:left="720"/>
      </w:pPr>
      <w:r/>
      <w:hyperlink r:id="rId10">
        <w:r>
          <w:rPr>
            <w:color w:val="0000EE"/>
            <w:u w:val="single"/>
          </w:rPr>
          <w:t>https://meduza.io/amp/en/news/2026/07/22/severed-pig-heads-dumped-at-kyiv-beauty-salon-g-bar-over-its-public-support-for-lgbtq-people</w:t>
        </w:r>
      </w:hyperlink>
      <w:r>
        <w:t xml:space="preserve"> - On July 21, 2026, severed pig heads and entrails were left at the entrance of G.Bar beauty salon in Kyiv, with the building's steps doused in blood. The salon's management reported the attack on Instagram, stating that it was part of a month-long campaign of threats, property damage, and intimidation due to their public support for LGBTQ+ rights. G.Bar emphasized their commitment to human values and the right to love freely, despite the ongoing pressure. The salon has increased security measures and reported the incidents to law enforcement. Kyiv police have opened a criminal case on hooliganism and are investigating the perpetrators. G.Bar is an international beauty salon franchise based in Ukraine, with over 71 locations in 14 countries. (</w:t>
      </w:r>
      <w:hyperlink r:id="rId16">
        <w:r>
          <w:rPr>
            <w:color w:val="0000EE"/>
            <w:u w:val="single"/>
          </w:rPr>
          <w:t>meduza.io</w:t>
        </w:r>
      </w:hyperlink>
      <w:r>
        <w:t>)</w:t>
      </w:r>
      <w:r/>
    </w:p>
    <w:p>
      <w:pPr>
        <w:pStyle w:val="ListNumber"/>
        <w:spacing w:line="240" w:lineRule="auto"/>
        <w:ind w:left="720"/>
      </w:pPr>
      <w:r/>
      <w:hyperlink r:id="rId12">
        <w:r>
          <w:rPr>
            <w:color w:val="0000EE"/>
            <w:u w:val="single"/>
          </w:rPr>
          <w:t>https://gayexpress.co.nz/2026/07/kyiv-salon-targeted-with-severed-pig-heads-over-lgbtq-support/</w:t>
        </w:r>
      </w:hyperlink>
      <w:r>
        <w:t xml:space="preserve"> - G.Bar, a beauty salon in Kyiv, was attacked on July 21, 2026, with severed pig heads, animal remains, and blood left at its entrance. The salon reported a sustained campaign of threats, property damage, and intimidation over the past month due to their public support for LGBTQ+ rights. Employees and their families have received threats, and personal information has been published online. The company has increased security and reported the incidents to law enforcement. The attack is linked to the salon's response to an incident at the KyivPride march on June 21, where an employee was filmed stepping on LGBTQ+ flags. G.Bar ended its relationship with the employee and has faced subsequent protests and demonstrations. (</w:t>
      </w:r>
      <w:hyperlink r:id="rId17">
        <w:r>
          <w:rPr>
            <w:color w:val="0000EE"/>
            <w:u w:val="single"/>
          </w:rPr>
          <w:t>gayexpress.co.nz</w:t>
        </w:r>
      </w:hyperlink>
      <w:r>
        <w:t>)</w:t>
      </w:r>
      <w:r/>
    </w:p>
    <w:p>
      <w:pPr>
        <w:pStyle w:val="ListNumber"/>
        <w:spacing w:line="240" w:lineRule="auto"/>
        <w:ind w:left="720"/>
      </w:pPr>
      <w:r/>
      <w:hyperlink r:id="rId15">
        <w:r>
          <w:rPr>
            <w:color w:val="0000EE"/>
            <w:u w:val="single"/>
          </w:rPr>
          <w:t>https://urania.institute/en/news/2026/0707-kyiv-pride-protest/</w:t>
        </w:r>
      </w:hyperlink>
      <w:r>
        <w:t xml:space="preserve"> - In Kyiv, the beauty salon G×Kyiv terminated its contract with employee Yuliana Kaznodiy following an incident at the KyivPride march. A video showed Kaznodiy stepping on a rainbow flag during the event. Initially, the salon announced an internal review, but after public appeals from human rights organizations KyivPride and UkrainePride, the decision was made to dismiss her immediately. The salon emphasized its commitment to inclusivity and stated that Kaznodiy's actions were unacceptable as they contradicted the company's principles. Kaznodiy expressed her personal beliefs and apologized to those offended by her actions. (</w:t>
      </w:r>
      <w:hyperlink r:id="rId18">
        <w:r>
          <w:rPr>
            <w:color w:val="0000EE"/>
            <w:u w:val="single"/>
          </w:rPr>
          <w:t>urania.institute</w:t>
        </w:r>
      </w:hyperlink>
      <w:r>
        <w:t>)</w:t>
      </w:r>
      <w:r/>
    </w:p>
    <w:p>
      <w:pPr>
        <w:pStyle w:val="ListNumber"/>
        <w:spacing w:line="240" w:lineRule="auto"/>
        <w:ind w:left="720"/>
      </w:pPr>
      <w:r/>
      <w:hyperlink r:id="rId11">
        <w:r>
          <w:rPr>
            <w:color w:val="0000EE"/>
            <w:u w:val="single"/>
          </w:rPr>
          <w:t>https://lenta.ru/news/2026/07/22/v-tsentre-kieva-svinye-golovy-podbrosili-ko-vhodu-v-populyarnoe-zavedenie/</w:t>
        </w:r>
      </w:hyperlink>
      <w:r>
        <w:t xml:space="preserve"> - In central Kyiv, severed pig heads were left at the entrance of the popular beauty salon G.Bar. The incident occurred on July 21, 2026, with the salon's management reporting the attack. The salon has been under sustained pressure for the past month due to its public support for LGBTQ+ rights. The company has increased security measures and reported the incidents to law enforcement. The attack is linked to the salon's response to an incident at the KyivPride march on June 21, where an employee was filmed stepping on LGBTQ+ flags. (</w:t>
      </w:r>
      <w:hyperlink r:id="rId19">
        <w:r>
          <w:rPr>
            <w:color w:val="0000EE"/>
            <w:u w:val="single"/>
          </w:rPr>
          <w:t>lenta.ru</w:t>
        </w:r>
      </w:hyperlink>
      <w:r>
        <w:t>)</w:t>
      </w:r>
      <w:r/>
    </w:p>
    <w:p>
      <w:pPr>
        <w:pStyle w:val="ListNumber"/>
        <w:spacing w:line="240" w:lineRule="auto"/>
        <w:ind w:left="720"/>
      </w:pPr>
      <w:r/>
      <w:hyperlink r:id="rId13">
        <w:r>
          <w:rPr>
            <w:color w:val="0000EE"/>
            <w:u w:val="single"/>
          </w:rPr>
          <w:t>https://vsirazom.ua/news/salon-krasy-gxbar-yakyj-zvilnyv-spivrobitnyczyu-za-tradyczijni-czinnosti-obklaly-svynyachymy-golovamy</w:t>
        </w:r>
      </w:hyperlink>
      <w:r>
        <w:t xml:space="preserve"> - The beauty salon G×Bar, which dismissed an employee for traditional values, was surrounded by severed pig heads. The incident occurred on July 21, 2026, and is part of a societal confrontation that began after the controversial dismissal of an employee due to her pro-family stance. The company reports systematic pressure due to its public support for LGBTQ+ groups, and the police have opened a criminal case for hooliganism. (</w:t>
      </w:r>
      <w:hyperlink r:id="rId20">
        <w:r>
          <w:rPr>
            <w:color w:val="0000EE"/>
            <w:u w:val="single"/>
          </w:rPr>
          <w:t>vsirazom.ua</w:t>
        </w:r>
      </w:hyperlink>
      <w:r>
        <w:t>)</w:t>
      </w:r>
      <w:r/>
    </w:p>
    <w:p>
      <w:pPr>
        <w:pStyle w:val="ListNumber"/>
        <w:spacing w:line="240" w:lineRule="auto"/>
        <w:ind w:left="720"/>
      </w:pPr>
      <w:r/>
      <w:hyperlink r:id="rId14">
        <w:r>
          <w:rPr>
            <w:color w:val="0000EE"/>
            <w:u w:val="single"/>
          </w:rPr>
          <w:t>https://ukranews.com/news/1164247-vozle-byuti-bara-g-kyiv-uvolivshego-sotrudnitsu-iz-za-skandala-s-flagom-lgbtik-ostavili-svinye</w:t>
        </w:r>
      </w:hyperlink>
      <w:r>
        <w:t xml:space="preserve"> - Near the beauty bar G×KYIV, which dismissed an employee due to a scandal with the LGBTQ+ flag, severed pig heads were left. The incident occurred on July 21, 2026, and is part of a series of pressures, threats, and property damage faced by the establishment following the scandal involving former employee Yuliana Kaznodiy. The police have opened a criminal case under the article on hooliganism. (</w:t>
      </w:r>
      <w:hyperlink r:id="rId21">
        <w:r>
          <w:rPr>
            <w:color w:val="0000EE"/>
            <w:u w:val="single"/>
          </w:rPr>
          <w:t>ukranews.com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kyiv-salon-targeted-with-severed-pig-heads-over-lgbtq-support/?utm_source=rss&amp;utm_medium=rss&amp;utm_campaign=kyiv-salon-targeted-with-severed-pig-heads-over-lgbtq-support" TargetMode="External"/><Relationship Id="rId10" Type="http://schemas.openxmlformats.org/officeDocument/2006/relationships/hyperlink" Target="https://meduza.io/amp/en/news/2026/07/22/severed-pig-heads-dumped-at-kyiv-beauty-salon-g-bar-over-its-public-support-for-lgbtq-people" TargetMode="External"/><Relationship Id="rId11" Type="http://schemas.openxmlformats.org/officeDocument/2006/relationships/hyperlink" Target="https://lenta.ru/news/2026/07/22/v-tsentre-kieva-svinye-golovy-podbrosili-ko-vhodu-v-populyarnoe-zavedenie/" TargetMode="External"/><Relationship Id="rId12" Type="http://schemas.openxmlformats.org/officeDocument/2006/relationships/hyperlink" Target="https://gayexpress.co.nz/2026/07/kyiv-salon-targeted-with-severed-pig-heads-over-lgbtq-support/" TargetMode="External"/><Relationship Id="rId13" Type="http://schemas.openxmlformats.org/officeDocument/2006/relationships/hyperlink" Target="https://vsirazom.ua/news/salon-krasy-gxbar-yakyj-zvilnyv-spivrobitnyczyu-za-tradyczijni-czinnosti-obklaly-svynyachymy-golovamy" TargetMode="External"/><Relationship Id="rId14" Type="http://schemas.openxmlformats.org/officeDocument/2006/relationships/hyperlink" Target="https://ukranews.com/news/1164247-vozle-byuti-bara-g-kyiv-uvolivshego-sotrudnitsu-iz-za-skandala-s-flagom-lgbtik-ostavili-svinye" TargetMode="External"/><Relationship Id="rId15" Type="http://schemas.openxmlformats.org/officeDocument/2006/relationships/hyperlink" Target="https://urania.institute/en/news/2026/0707-kyiv-pride-protest/" TargetMode="External"/><Relationship Id="rId16" Type="http://schemas.openxmlformats.org/officeDocument/2006/relationships/hyperlink" Target="https://meduza.io/amp/en/news/2026/07/22/severed-pig-heads-dumped-at-kyiv-beauty-salon-g-bar-over-its-public-support-for-lgbtq-people?utm_source=openai" TargetMode="External"/><Relationship Id="rId17" Type="http://schemas.openxmlformats.org/officeDocument/2006/relationships/hyperlink" Target="https://gayexpress.co.nz/2026/07/kyiv-salon-targeted-with-severed-pig-heads-over-lgbtq-support/?utm_source=openai" TargetMode="External"/><Relationship Id="rId18" Type="http://schemas.openxmlformats.org/officeDocument/2006/relationships/hyperlink" Target="https://urania.institute/en/news/2026/0707-kyiv-pride-protest/?utm_source=openai" TargetMode="External"/><Relationship Id="rId19" Type="http://schemas.openxmlformats.org/officeDocument/2006/relationships/hyperlink" Target="https://lenta.ru/news/2026/07/22/v-tsentre-kieva-svinye-golovy-podbrosili-ko-vhodu-v-populyarnoe-zavedenie/?utm_source=openai" TargetMode="External"/><Relationship Id="rId20" Type="http://schemas.openxmlformats.org/officeDocument/2006/relationships/hyperlink" Target="https://vsirazom.ua/news/salon-krasy-gxbar-yakyj-zvilnyv-spivrobitnyczyu-za-tradyczijni-czinnosti-obklaly-svynyachymy-golovamy?utm_source=openai" TargetMode="External"/><Relationship Id="rId21" Type="http://schemas.openxmlformats.org/officeDocument/2006/relationships/hyperlink" Target="https://ukranews.com/news/1164247-vozle-byuti-bara-g-kyiv-uvolivshego-sotrudnitsu-iz-za-skandala-s-flagom-lgbtik-ostavili-sviny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