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Freeballing Trend Explained: What “Performative Freeballing” Means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the new phrase? Social feeds are buzzing about “performative freeballing,” a cheeky spin on queer aesthetics that mixes intentional messiness with vintage athleisure , and it says a lot about how gay men signal masculinity, desire, and belonging. Here’s what it is, why people laugh, and how to tell the real from the pose.</w:t>
      </w:r>
      <w:r/>
    </w:p>
    <w:p>
      <w:r/>
      <w:r>
        <w:t>Essential Takeaways</w:t>
      </w:r>
      <w:r/>
      <w:r/>
    </w:p>
    <w:p>
      <w:pPr>
        <w:pStyle w:val="ListBullet"/>
        <w:spacing w:line="240" w:lineRule="auto"/>
        <w:ind w:left="720"/>
      </w:pPr>
      <w:r/>
      <w:r>
        <w:rPr>
          <w:b/>
        </w:rPr>
        <w:t>What it is:</w:t>
      </w:r>
      <w:r>
        <w:t xml:space="preserve"> A tongue-in-cheek term for ditching underwear as an obvious style move rather than pure comfort , think musky grey sweatpants with the intention of attracting attention.</w:t>
      </w:r>
      <w:r/>
    </w:p>
    <w:p>
      <w:pPr>
        <w:pStyle w:val="ListBullet"/>
        <w:spacing w:line="240" w:lineRule="auto"/>
        <w:ind w:left="720"/>
      </w:pPr>
      <w:r/>
      <w:r>
        <w:rPr>
          <w:b/>
        </w:rPr>
        <w:t>Why it landed:</w:t>
      </w:r>
      <w:r>
        <w:t xml:space="preserve"> It riffs on broader gay style tropes like curated body hair, vintage basketball shorts and niche fragrances; it’s part irony, part erotic signalling.</w:t>
      </w:r>
      <w:r/>
    </w:p>
    <w:p>
      <w:pPr>
        <w:pStyle w:val="ListBullet"/>
        <w:spacing w:line="240" w:lineRule="auto"/>
        <w:ind w:left="720"/>
      </w:pPr>
      <w:r/>
      <w:r>
        <w:rPr>
          <w:b/>
        </w:rPr>
        <w:t>How it reads:</w:t>
      </w:r>
      <w:r>
        <w:t xml:space="preserve"> Performative freeballing feels deliberate , a flirtatious, slightly rugged costume that says “I’m casual but also here for trouble.”</w:t>
      </w:r>
      <w:r/>
    </w:p>
    <w:p>
      <w:pPr>
        <w:pStyle w:val="ListBullet"/>
        <w:spacing w:line="240" w:lineRule="auto"/>
        <w:ind w:left="720"/>
      </w:pPr>
      <w:r/>
      <w:r>
        <w:rPr>
          <w:b/>
        </w:rPr>
        <w:t>Practical tip:</w:t>
      </w:r>
      <w:r>
        <w:t xml:space="preserve"> If you want authenticity, keep it low-key; if you’re leaning into the joke, own the wink and the scent.</w:t>
      </w:r>
      <w:r/>
    </w:p>
    <w:p>
      <w:pPr>
        <w:pStyle w:val="ListBullet"/>
        <w:spacing w:line="240" w:lineRule="auto"/>
        <w:ind w:left="720"/>
      </w:pPr>
      <w:r/>
      <w:r>
        <w:rPr>
          <w:b/>
        </w:rPr>
        <w:t>Mood clue:</w:t>
      </w:r>
      <w:r>
        <w:t xml:space="preserve"> The term is playful and mocking in equal measure , people use it to tease, to perform, and to riff on masculinity.</w:t>
      </w:r>
      <w:r/>
      <w:r/>
    </w:p>
    <w:p>
      <w:pPr>
        <w:pStyle w:val="Heading2"/>
      </w:pPr>
      <w:r>
        <w:t>What people actually mean by performative freeballing</w:t>
      </w:r>
      <w:r/>
    </w:p>
    <w:p>
      <w:r/>
      <w:r>
        <w:t>The hook is simple and a little ridiculous: freeballing usually describes going commando for comfort or laziness, but tack “performative” onto it and suddenly it’s an erotic prop. Social posts that popularised the phrase list it alongside curated body hair, vintage shorts and Le Labo scents , all markers of a deliberately cultivated “rugged” look. The result is a messy, musky vibe meant to read as effortless when it’s often the opposite.</w:t>
      </w:r>
      <w:r/>
    </w:p>
    <w:p>
      <w:pPr>
        <w:pStyle w:val="Heading2"/>
      </w:pPr>
      <w:r>
        <w:t>Why queer style loves this kind of deliberate roughness</w:t>
      </w:r>
      <w:r/>
    </w:p>
    <w:p>
      <w:r/>
      <w:r>
        <w:t>There’s history here. Gay menswear has long played with oppositions , hyper-groomed versus visibly scruffy, tailored versus baggy , as a way to stake identity. Recent trends have pushed back toward baggier, lived-in items: loose tanks, jorts and oversized denim. So performative freeballing fits neatly into a larger aesthetic conversation about masculinity and who gets to look “authentic.” People laugh because the whole thing is both sincere and performative at once.</w:t>
      </w:r>
      <w:r/>
    </w:p>
    <w:p>
      <w:pPr>
        <w:pStyle w:val="Heading2"/>
      </w:pPr>
      <w:r>
        <w:t>How to spot “for real” freeballing versus the wink</w:t>
      </w:r>
      <w:r/>
    </w:p>
    <w:p>
      <w:r/>
      <w:r>
        <w:t>Not all freeballing is a statement. There’s a difference between skipping underwear on a lazy night and doing it with the exact right pair of grey sweatpants meant to catch a glance. If it’s got a fragrance, a carefully unkempt chest and a knowing social caption, it’s probably performative. If it’s purely practical , to bed, to the laundrette, or on a grocery run , it’s just comfort.</w:t>
      </w:r>
      <w:r/>
    </w:p>
    <w:p>
      <w:pPr>
        <w:pStyle w:val="Heading2"/>
      </w:pPr>
      <w:r>
        <w:t>Why the internet can’t stop memeing it</w:t>
      </w:r>
      <w:r/>
    </w:p>
    <w:p>
      <w:r/>
      <w:r>
        <w:t>Catchy, slightly absurd phrases stick on social media, and performative freeballing has meme potential written all over it. People love parodying the idea because it exposes how much dressing “masculine” is itself a kind of costume. At the same time, the teasing is affectionate; this is less moralising and more communal ribbing about how we advertise desire.</w:t>
      </w:r>
      <w:r/>
    </w:p>
    <w:p>
      <w:pPr>
        <w:pStyle w:val="Heading2"/>
      </w:pPr>
      <w:r>
        <w:t>If you’re tempted to try it: a few friendly dos and don’ts</w:t>
      </w:r>
      <w:r/>
    </w:p>
    <w:p>
      <w:r/>
      <w:r>
        <w:t>Do treat it like a joke you’re in on , a wink goes a long way. Do mind hygiene and fit: nothing ruins the aesthetic faster than discomfort. Don’t weaponise it as a litmus test for masculinity; trends are for playing with, not policing. And if your goal is authenticity, remember that the most convincing look is the one you don’t have to explain.</w:t>
      </w:r>
      <w:r/>
    </w:p>
    <w:p>
      <w:r/>
      <w:r>
        <w:t>It’s a small cultural tick that says more about fashion signalling than actual intent, but it’s hilarious and relatable , and yes, perfectly allowable to perform at your next party.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1">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[3]</w:t>
        </w:r>
      </w:hyperlink>
      <w:r>
        <w:t xml:space="preserve">- Paragraph 5: </w:t>
      </w:r>
      <w:hyperlink r:id="rId9">
        <w:r>
          <w:rPr>
            <w:color w:val="0000EE"/>
            <w:u w:val="single"/>
          </w:rPr>
          <w:t>[2]</w:t>
        </w:r>
      </w:hyperlink>
      <w:r>
        <w:t xml:space="preserve">, </w:t>
      </w:r>
      <w:hyperlink r:id="rId10">
        <w:r>
          <w:rPr>
            <w:color w:val="0000EE"/>
            <w:u w:val="single"/>
          </w:rPr>
          <w:t>[6]</w:t>
        </w:r>
      </w:hyperlink>
      <w:r>
        <w:t xml:space="preserve">- Paragraph 6: </w:t>
      </w:r>
      <w:hyperlink r:id="rId9">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https://www.queerty.com/what-is-performative-freeballing-why-are-gays-getting-called-out-for-it-20260722/</w:t>
        </w:r>
      </w:hyperlink>
      <w:r>
        <w:t xml:space="preserve"> - Please view link - unable to able to access data</w:t>
      </w:r>
      <w:r/>
    </w:p>
    <w:p>
      <w:pPr>
        <w:pStyle w:val="ListNumber"/>
        <w:spacing w:line="240" w:lineRule="auto"/>
        <w:ind w:left="720"/>
      </w:pPr>
      <w:r/>
      <w:hyperlink r:id="rId9">
        <w:r>
          <w:rPr>
            <w:color w:val="0000EE"/>
            <w:u w:val="single"/>
          </w:rPr>
          <w:t>https://www.queerty.com/what-is-performative-freeballing-why-are-gays-getting-called-out-for-it-20260722/</w:t>
        </w:r>
      </w:hyperlink>
      <w:r>
        <w:t xml:space="preserve"> - An article from Queerty discussing the concept of 'performative freeballing' within the LGBTQ+ community. The term refers to the practice of men not wearing underwear beneath their outer clothing, often associated with a rugged aesthetic. The piece highlights discussions on social media platforms like X, where individuals critique this trend as being inauthentic. The article also touches upon related fashion trends, such as the embrace of baggy clothing and body hair, contrasting them with more polished appearances. The discussion delves into the broader theme of gender performance and authenticity.</w:t>
      </w:r>
      <w:r/>
    </w:p>
    <w:p>
      <w:pPr>
        <w:pStyle w:val="ListNumber"/>
        <w:spacing w:line="240" w:lineRule="auto"/>
        <w:ind w:left="720"/>
      </w:pPr>
      <w:r/>
      <w:hyperlink r:id="rId12">
        <w:r>
          <w:rPr>
            <w:color w:val="0000EE"/>
            <w:u w:val="single"/>
          </w:rPr>
          <w:t>https://usdictionary.com/idioms/freeballing/</w:t>
        </w:r>
      </w:hyperlink>
      <w:r>
        <w:t xml:space="preserve"> - An article from USDictionary.com explaining the term 'freeballing.' It defines freeballing as the practice of a man not wearing underwear beneath his outer clothing, emphasizing personal comfort and freedom. The piece notes that the term is predominantly used in casual, colloquial settings and is associated with personal preference. It also touches upon the origin of the term, suggesting it may have been coined by a Tampa, Florida DJ and radio show host named Todd Clem in the late 1980s.</w:t>
      </w:r>
      <w:r/>
    </w:p>
    <w:p>
      <w:pPr>
        <w:pStyle w:val="ListNumber"/>
        <w:spacing w:line="240" w:lineRule="auto"/>
        <w:ind w:left="720"/>
      </w:pPr>
      <w:r/>
      <w:hyperlink r:id="rId11">
        <w:r>
          <w:rPr>
            <w:color w:val="0000EE"/>
            <w:u w:val="single"/>
          </w:rPr>
          <w:t>https://digitalcultures.net/slang/freeballing/</w:t>
        </w:r>
      </w:hyperlink>
      <w:r>
        <w:t xml:space="preserve"> - An article from DigitalCultures.net providing an overview of the slang term 'freeballing.' It explains that freeballing refers to the practice of men not wearing underwear beneath their outer garments, often for comfort or health reasons. The piece discusses the origin of the term, attributing it to a Tampa, Florida DJ and radio host named Todd Clem, who popularized the practice in the late 1980s. The article also mentions the spread of the term across radio stations in Florida and eventually the United States.</w:t>
      </w:r>
      <w:r/>
    </w:p>
    <w:p>
      <w:pPr>
        <w:pStyle w:val="ListNumber"/>
        <w:spacing w:line="240" w:lineRule="auto"/>
        <w:ind w:left="720"/>
      </w:pPr>
      <w:r/>
      <w:hyperlink r:id="rId13">
        <w:r>
          <w:rPr>
            <w:color w:val="0000EE"/>
            <w:u w:val="single"/>
          </w:rPr>
          <w:t>https://blog.kinkly.com/definition/free-balling/</w:t>
        </w:r>
      </w:hyperlink>
      <w:r>
        <w:t xml:space="preserve"> - An article from Kinkly defining 'free balling.' It describes free balling as the male practice of wearing clothes without underpants, allowing the testicles to hang freely. The piece notes that the term is often used interchangeably with 'going commando,' though free balling is male-specific. It highlights reasons why men might choose to free ball, such as increased comfort and airflow, and mentions potential health benefits like better sperm quality and a lower risk of testicular cancer due to lower temperatures.</w:t>
      </w:r>
      <w:r/>
    </w:p>
    <w:p>
      <w:pPr>
        <w:pStyle w:val="ListNumber"/>
        <w:spacing w:line="240" w:lineRule="auto"/>
        <w:ind w:left="720"/>
      </w:pPr>
      <w:r/>
      <w:hyperlink r:id="rId10">
        <w:r>
          <w:rPr>
            <w:color w:val="0000EE"/>
            <w:u w:val="single"/>
          </w:rPr>
          <w:t>https://knowyourmeme.com/memes/performative-male</w:t>
        </w:r>
      </w:hyperlink>
      <w:r>
        <w:t xml:space="preserve"> - An article from Know Your Meme discussing the internet slang term 'Performative Male.' It describes a 'Performative Male' as a man whose actions, hobbies, and personality traits appear inauthentic and seem to revolve around 'performing' for other people's worldviews, specifically catering to the female gaze. The piece notes that memes about Performative Males peaked in 2025, with stereotypical interests like Labubu Toys, matcha lattes, and enjoying music from the pop singer Clairo. The trend led to a viral Performative Male Contest in Washington Square Park, New York City.</w:t>
      </w:r>
      <w:r/>
    </w:p>
    <w:p>
      <w:pPr>
        <w:pStyle w:val="ListNumber"/>
        <w:spacing w:line="240" w:lineRule="auto"/>
        <w:ind w:left="720"/>
      </w:pPr>
      <w:r/>
      <w:hyperlink r:id="rId14">
        <w:r>
          <w:rPr>
            <w:color w:val="0000EE"/>
            <w:u w:val="single"/>
          </w:rPr>
          <w:t>https://rapdictionary.com/meaning/freeballin/</w:t>
        </w:r>
      </w:hyperlink>
      <w:r>
        <w:t xml:space="preserve"> - An entry from Rap Dictionary defining 'Freeballin'. It explains that freeballin' is a slang term meaning to not have underwear on. The piece provides example sentences and mentions that the term is used in songs by artists like Slim Thug, SahBabii, and JID. The entry also notes alternative spellings and related terms, such as freeballing and free ballin'.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what-is-performative-freeballing-why-are-gays-getting-called-out-for-it-20260722/" TargetMode="External"/><Relationship Id="rId10" Type="http://schemas.openxmlformats.org/officeDocument/2006/relationships/hyperlink" Target="https://knowyourmeme.com/memes/performative-male" TargetMode="External"/><Relationship Id="rId11" Type="http://schemas.openxmlformats.org/officeDocument/2006/relationships/hyperlink" Target="https://digitalcultures.net/slang/freeballing/" TargetMode="External"/><Relationship Id="rId12" Type="http://schemas.openxmlformats.org/officeDocument/2006/relationships/hyperlink" Target="https://usdictionary.com/idioms/freeballing/" TargetMode="External"/><Relationship Id="rId13" Type="http://schemas.openxmlformats.org/officeDocument/2006/relationships/hyperlink" Target="https://blog.kinkly.com/definition/free-balling/" TargetMode="External"/><Relationship Id="rId14" Type="http://schemas.openxmlformats.org/officeDocument/2006/relationships/hyperlink" Target="https://rapdictionary.com/meaning/freeball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