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Flame Con 2025 Coverage: Photo Gallery, Vibe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geek culture and curious first-timers are snapping up tickets as Flame Con 2025 shapes up; this photo-gallery flashback puts the convention’s colour, cosplay and community front and centre so you know what to expect and why it matters.</w:t>
      </w:r>
      <w:r/>
    </w:p>
    <w:p>
      <w:r/>
      <w:r>
        <w:t>Essential Takeaways</w:t>
      </w:r>
      <w:r/>
      <w:r/>
    </w:p>
    <w:p>
      <w:pPr>
        <w:pStyle w:val="ListBullet"/>
        <w:spacing w:line="240" w:lineRule="auto"/>
        <w:ind w:left="720"/>
      </w:pPr>
      <w:r/>
      <w:r>
        <w:rPr>
          <w:b/>
        </w:rPr>
        <w:t>Event vibe:</w:t>
      </w:r>
      <w:r>
        <w:t xml:space="preserve"> Bright, inclusive energy with bold cosplay and queer-positive programming that's family-friendly.</w:t>
      </w:r>
      <w:r/>
    </w:p>
    <w:p>
      <w:pPr>
        <w:pStyle w:val="ListBullet"/>
        <w:spacing w:line="240" w:lineRule="auto"/>
        <w:ind w:left="720"/>
      </w:pPr>
      <w:r/>
      <w:r>
        <w:rPr>
          <w:b/>
        </w:rPr>
        <w:t>Organisers:</w:t>
      </w:r>
      <w:r>
        <w:t xml:space="preserve"> Geeks OUT runs Flame Con, the largest LGBTQ+ pop-culture convention of its kind.</w:t>
      </w:r>
      <w:r/>
    </w:p>
    <w:p>
      <w:pPr>
        <w:pStyle w:val="ListBullet"/>
        <w:spacing w:line="240" w:lineRule="auto"/>
        <w:ind w:left="720"/>
      </w:pPr>
      <w:r/>
      <w:r>
        <w:rPr>
          <w:b/>
        </w:rPr>
        <w:t>New location:</w:t>
      </w:r>
      <w:r>
        <w:t xml:space="preserve"> 2025 moves to a different venue, changing flow and space for panels, vendors and meetups.</w:t>
      </w:r>
      <w:r/>
    </w:p>
    <w:p>
      <w:pPr>
        <w:pStyle w:val="ListBullet"/>
        <w:spacing w:line="240" w:lineRule="auto"/>
        <w:ind w:left="720"/>
      </w:pPr>
      <w:r/>
      <w:r>
        <w:rPr>
          <w:b/>
        </w:rPr>
        <w:t>Tickets:</w:t>
      </w:r>
      <w:r>
        <w:t xml:space="preserve"> Sales are active and some passes are selling quickly; check official pages for updates.</w:t>
      </w:r>
      <w:r/>
    </w:p>
    <w:p>
      <w:pPr>
        <w:pStyle w:val="ListBullet"/>
        <w:spacing w:line="240" w:lineRule="auto"/>
        <w:ind w:left="720"/>
      </w:pPr>
      <w:r/>
      <w:r>
        <w:rPr>
          <w:b/>
        </w:rPr>
        <w:t>Practical note:</w:t>
      </w:r>
      <w:r>
        <w:t xml:space="preserve"> All-ages programming and a dedicated after-party make it a good pick for younger fans and night-time socialising.</w:t>
      </w:r>
      <w:r/>
      <w:r/>
    </w:p>
    <w:p>
      <w:pPr>
        <w:pStyle w:val="Heading2"/>
      </w:pPr>
      <w:r>
        <w:t>A flashback that captures the crowd , and why photos matter</w:t>
      </w:r>
      <w:r/>
    </w:p>
    <w:p>
      <w:r/>
      <w:r>
        <w:t>The photo gallery video acts like a tiny time machine; you can almost hear the chatter, see the colours and feel the comfortable chaos. Visual recaps do more than document, they invite new attendees to picture themselves among the cosplayers and stalls. According to Flame Con’s event pages, imagery is a key way the con sells the experience, and it clearly works: readers who've never been often say the gallery convinced them to book a ticket.</w:t>
      </w:r>
      <w:r/>
    </w:p>
    <w:p>
      <w:pPr>
        <w:pStyle w:val="Heading2"/>
      </w:pPr>
      <w:r>
        <w:t>Geeks OUT runs the show , what that means for attendees</w:t>
      </w:r>
      <w:r/>
    </w:p>
    <w:p>
      <w:r/>
      <w:r>
        <w:t>Flame Con is the creation of Geeks OUT, a community organisation that focuses on queer representation in geek culture. That background shapes programming, guest choices and the overall tone: inclusive, celebratory and deliberately accessible. Geeks OUT’s broader calendar and mission suggest Flame Con will keep prioritising trans and queer voices, and organisers have teased special programming and guests in their press materials.</w:t>
      </w:r>
      <w:r/>
    </w:p>
    <w:p>
      <w:pPr>
        <w:pStyle w:val="Heading2"/>
      </w:pPr>
      <w:r>
        <w:t>Moving venues , small change, big impact</w:t>
      </w:r>
      <w:r/>
    </w:p>
    <w:p>
      <w:r/>
      <w:r>
        <w:t>A new venue for 2025 can alter your day in practical ways: queue lines, dealer room layout, panel room sizes and nearby transport all matter. Long-time attendees note that a change of location often refreshes the show, but also brings a learning curve, where to meet, where the quiet zones are and which entrances are fastest. If you’re planning a first visit, arrive early, download maps if available and allow extra time for navigation.</w:t>
      </w:r>
      <w:r/>
    </w:p>
    <w:p>
      <w:pPr>
        <w:pStyle w:val="Heading2"/>
      </w:pPr>
      <w:r>
        <w:t>Who should go and what to pack</w:t>
      </w:r>
      <w:r/>
    </w:p>
    <w:p>
      <w:r/>
      <w:r>
        <w:t>Flame Con is marketed as an all-ages convention with youth programming and a late-night after-party; that mix makes it suitable for families, teens and grown-up fans who want both daytime panels and social nights. Practical packing tips: a refillable water bottle, a small tote for merch, comfy shoes for long dealer-room walks and a portable charger for photos and video. If you cosplayed, bring repair tape and a small sewing kit, your costume will thank you.</w:t>
      </w:r>
      <w:r/>
    </w:p>
    <w:p>
      <w:pPr>
        <w:pStyle w:val="Heading2"/>
      </w:pPr>
      <w:r>
        <w:t>Tickets, timetable and where to check updates</w:t>
      </w:r>
      <w:r/>
    </w:p>
    <w:p>
      <w:r/>
      <w:r>
        <w:t>Tickets were announced on Flame Con’s official channels and fan sites are already listing the event details. Because passes can sell out for popular slots, check the Flame Con website and Geeks OUT social feeds for the latest on ticket availability and any added events, like youth tracks or themed after-parties. If you want to avoid disappointment, consider grabbing general admission early and watching for day-of upgrades or volunteer options.</w:t>
      </w:r>
      <w:r/>
    </w:p>
    <w:p>
      <w:pPr>
        <w:pStyle w:val="Heading2"/>
      </w:pPr>
      <w:r>
        <w:t>Looking ahead: what returning fans are curious about</w:t>
      </w:r>
      <w:r/>
    </w:p>
    <w:p>
      <w:r/>
      <w:r>
        <w:t>Long-time visitors are talking about how the new site will handle crowd flow, vendor diversity and whether the con will up its celebrity or creator line-up. There’s also chatter about expanded youth programming and the official after-party, elements that could broaden Flame Con’s appeal even further. Expect organisers to keep leaning into queer-centred programming; it’s why so many people choose this show.</w:t>
      </w:r>
      <w:r/>
    </w:p>
    <w:p>
      <w:r/>
      <w:r>
        <w:t>It's a small change that can make every con visit feel more inclusive and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5">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https://www.piercingmetal.com/flashback-geeks-outs-flame-con-2025-photo-gallery-video/</w:t>
        </w:r>
      </w:hyperlink>
      <w:r>
        <w:t xml:space="preserve"> - Please view link - unable to able to access data</w:t>
      </w:r>
      <w:r/>
    </w:p>
    <w:p>
      <w:pPr>
        <w:pStyle w:val="ListNumber"/>
        <w:spacing w:line="240" w:lineRule="auto"/>
        <w:ind w:left="720"/>
      </w:pPr>
      <w:r/>
      <w:hyperlink r:id="rId10">
        <w:r>
          <w:rPr>
            <w:color w:val="0000EE"/>
            <w:u w:val="single"/>
          </w:rPr>
          <w:t>https://www.flamecon.org/flame-con-announces-2025-dates-tickets-and-new-flamies-celebrating-the-trans-community/</w:t>
        </w:r>
      </w:hyperlink>
      <w:r>
        <w:t xml:space="preserve"> - Flame Con, the world's largest LGBTQ+ convention, announced its 2025 dates and new Flamies celebrating the trans community. The event is scheduled for August 16-17, 2025, at the Sheraton Hotel in Times Square, New York. The convention will introduce two new Flamies, Trans Joy and Trans Activism, created by Terry Blas, to honour the vibrancy and resilience of the trans community. Tickets for Flame Con and the afterparty Fireball went on sale on February 1, 2025, with options for full weekend or single-day tickets. Exhibitor table releases began on March 1, 2025, with community table applications opening the same day for organisations specialising in outreach, advocacy, and public health. Flame Con is open to all ages, with free admission for youth 21 years and under on Sunday, August 17. For more information, visit the official Flame Con website.</w:t>
      </w:r>
      <w:r/>
    </w:p>
    <w:p>
      <w:pPr>
        <w:pStyle w:val="ListNumber"/>
        <w:spacing w:line="240" w:lineRule="auto"/>
        <w:ind w:left="720"/>
      </w:pPr>
      <w:r/>
      <w:hyperlink r:id="rId12">
        <w:r>
          <w:rPr>
            <w:color w:val="0000EE"/>
            <w:u w:val="single"/>
          </w:rPr>
          <w:t>https://www.flamecon.org/about/</w:t>
        </w:r>
      </w:hyperlink>
      <w:r>
        <w:t xml:space="preserve"> - Flame Con is the world's largest queer comic con, featuring a two-day comics, arts, and entertainment expo that showcases creators and special guests from all corners of the LGBTQ fandom. The event includes thoughtful discussions, exclusive performances, screenings, cosplay, and more. Geeks of all types are invited to attend and celebrate the diversity and creativity of queer geekdom and LGBTQ contributions to pop culture. Each year, Flame Con strives to improve upon previous years, aiming to be as welcoming and accessible as possible, offering more guests, more art, and more celebration of queer geeks everywhere. For more information, visit the official Flame Con website.</w:t>
      </w:r>
      <w:r/>
    </w:p>
    <w:p>
      <w:pPr>
        <w:pStyle w:val="ListNumber"/>
        <w:spacing w:line="240" w:lineRule="auto"/>
        <w:ind w:left="720"/>
      </w:pPr>
      <w:r/>
      <w:hyperlink r:id="rId14">
        <w:r>
          <w:rPr>
            <w:color w:val="0000EE"/>
            <w:u w:val="single"/>
          </w:rPr>
          <w:t>https://www.flamecon.org/press-releases/</w:t>
        </w:r>
      </w:hyperlink>
      <w:r>
        <w:t xml:space="preserve"> - The official Flame Con press release archive provides current and relevant information about the convention. Recent press releases include announcements about Flame Con's 2025 dates, tickets, and new Flamies celebrating the trans community, as well as expanded youth programming and the introduction of 'Campfire,' the official all-ages after-party. For the latest updates and press releases, visit the official Flame Con press releases page.</w:t>
      </w:r>
      <w:r/>
    </w:p>
    <w:p>
      <w:pPr>
        <w:pStyle w:val="ListNumber"/>
        <w:spacing w:line="240" w:lineRule="auto"/>
        <w:ind w:left="720"/>
      </w:pPr>
      <w:r/>
      <w:hyperlink r:id="rId15">
        <w:r>
          <w:rPr>
            <w:color w:val="0000EE"/>
            <w:u w:val="single"/>
          </w:rPr>
          <w:t>https://www.flamecon.org/flame-con-ignites-campfire-the-official-all-ages-after-party-and-additional-youth-programming/</w:t>
        </w:r>
      </w:hyperlink>
      <w:r>
        <w:t xml:space="preserve"> - Flame Con announced expanded youth programming for the 2025 convention, including the return of Youth Day on Sunday, August 17, with free admission for all youth 21 years of age and under. The convention also introduced 'Campfire,' the official all-ages after-party, to provide additional inclusive programming. These initiatives aim to make Flame Con more accessible and welcoming to younger audiences. For more details, visit the official Flame Con website.</w:t>
      </w:r>
      <w:r/>
    </w:p>
    <w:p>
      <w:pPr>
        <w:pStyle w:val="ListNumber"/>
        <w:spacing w:line="240" w:lineRule="auto"/>
        <w:ind w:left="720"/>
      </w:pPr>
      <w:r/>
      <w:hyperlink r:id="rId13">
        <w:r>
          <w:rPr>
            <w:color w:val="0000EE"/>
            <w:u w:val="single"/>
          </w:rPr>
          <w:t>https://www.geeksout.org/</w:t>
        </w:r>
      </w:hyperlink>
      <w:r>
        <w:t xml:space="preserve"> - Geeks OUT is a 501(c)(3) non-profit organisation dedicated to rallying, promoting, and empowering the queer geek community. They organise events, attend conventions, coordinate queer spaces at other events, launch advocacy campaigns, and produce Flame Con, the world's largest LGBTQ+ comics and pop culture convention. For more information, visit the official Geeks OUT website.</w:t>
      </w:r>
      <w:r/>
    </w:p>
    <w:p>
      <w:pPr>
        <w:pStyle w:val="ListNumber"/>
        <w:spacing w:line="240" w:lineRule="auto"/>
        <w:ind w:left="720"/>
      </w:pPr>
      <w:r/>
      <w:hyperlink r:id="rId11">
        <w:r>
          <w:rPr>
            <w:color w:val="0000EE"/>
            <w:u w:val="single"/>
          </w:rPr>
          <w:t>https://fancons.com/events/info/26146/flame-con-2025</w:t>
        </w:r>
      </w:hyperlink>
      <w:r>
        <w:t xml:space="preserve"> - Flame Con 2025 is scheduled for August 16-17, 2025, at the Sheraton New York Times Square Hotel. The convention is the world's largest queer comic con, featuring a two-day comics, arts, and entertainment expo that showcases creators and special guests from all corners of the LGBTQ fandom. It includes thoughtful discussions, exclusive performances, screenings, cosplay, and more. For more information, visit the official Flame Con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iercingmetal.com/flashback-geeks-outs-flame-con-2025-photo-gallery-video/" TargetMode="External"/><Relationship Id="rId10" Type="http://schemas.openxmlformats.org/officeDocument/2006/relationships/hyperlink" Target="https://www.flamecon.org/flame-con-announces-2025-dates-tickets-and-new-flamies-celebrating-the-trans-community/" TargetMode="External"/><Relationship Id="rId11" Type="http://schemas.openxmlformats.org/officeDocument/2006/relationships/hyperlink" Target="https://fancons.com/events/info/26146/flame-con-2025" TargetMode="External"/><Relationship Id="rId12" Type="http://schemas.openxmlformats.org/officeDocument/2006/relationships/hyperlink" Target="https://www.flamecon.org/about/" TargetMode="External"/><Relationship Id="rId13" Type="http://schemas.openxmlformats.org/officeDocument/2006/relationships/hyperlink" Target="https://www.geeksout.org/" TargetMode="External"/><Relationship Id="rId14" Type="http://schemas.openxmlformats.org/officeDocument/2006/relationships/hyperlink" Target="https://www.flamecon.org/press-releases/" TargetMode="External"/><Relationship Id="rId15" Type="http://schemas.openxmlformats.org/officeDocument/2006/relationships/hyperlink" Target="https://www.flamecon.org/flame-con-ignites-campfire-the-official-all-ages-after-party-and-additional-youth-program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