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USAID Cuts: How Aid Workers Were Forced into Sex 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reporting reveals how USAID’s dissolution pushed former HIV outreach workers in Nepal into sex work, exposing violence, health risks and a system that leaves helpers with nowhere to turn; the story matters because it shows who pays when aid disappears.</w:t>
      </w:r>
      <w:r/>
    </w:p>
    <w:p>
      <w:r/>
      <w:r>
        <w:t>Essential Takeaways</w:t>
      </w:r>
      <w:r/>
      <w:r/>
    </w:p>
    <w:p>
      <w:pPr>
        <w:pStyle w:val="ListBullet"/>
        <w:spacing w:line="240" w:lineRule="auto"/>
        <w:ind w:left="720"/>
      </w:pPr>
      <w:r/>
      <w:r>
        <w:rPr>
          <w:b/>
        </w:rPr>
        <w:t>Widespread job loss:</w:t>
      </w:r>
      <w:r>
        <w:t xml:space="preserve"> Around 280,000 people lost work after USAID was dissolved, many living overseas with few job options.</w:t>
      </w:r>
      <w:r/>
    </w:p>
    <w:p>
      <w:pPr>
        <w:pStyle w:val="ListBullet"/>
        <w:spacing w:line="240" w:lineRule="auto"/>
        <w:ind w:left="720"/>
      </w:pPr>
      <w:r/>
      <w:r>
        <w:rPr>
          <w:b/>
        </w:rPr>
        <w:t>High risk, low pay:</w:t>
      </w:r>
      <w:r>
        <w:t xml:space="preserve"> Former aid workers report working in dangerous locations for about $2–$3 per client, with frequent assault and coerced unprotected sex.</w:t>
      </w:r>
      <w:r/>
    </w:p>
    <w:p>
      <w:pPr>
        <w:pStyle w:val="ListBullet"/>
        <w:spacing w:line="240" w:lineRule="auto"/>
        <w:ind w:left="720"/>
      </w:pPr>
      <w:r/>
      <w:r>
        <w:rPr>
          <w:b/>
        </w:rPr>
        <w:t>Health consequences:</w:t>
      </w:r>
      <w:r>
        <w:t xml:space="preserve"> Public-health officials fear rising HIV risk as trained outreach staff enter sex work and lose prevention services.</w:t>
      </w:r>
      <w:r/>
    </w:p>
    <w:p>
      <w:pPr>
        <w:pStyle w:val="ListBullet"/>
        <w:spacing w:line="240" w:lineRule="auto"/>
        <w:ind w:left="720"/>
      </w:pPr>
      <w:r/>
      <w:r>
        <w:rPr>
          <w:b/>
        </w:rPr>
        <w:t>Reporting method:</w:t>
      </w:r>
      <w:r>
        <w:t xml:space="preserve"> Journalists spent months building trust, used local translators and visual reporting, and secured informed consent for traumatised interviewees.</w:t>
      </w:r>
      <w:r/>
    </w:p>
    <w:p>
      <w:pPr>
        <w:pStyle w:val="ListBullet"/>
        <w:spacing w:line="240" w:lineRule="auto"/>
        <w:ind w:left="720"/>
      </w:pPr>
      <w:r/>
      <w:r>
        <w:rPr>
          <w:b/>
        </w:rPr>
        <w:t>Systemic gap:</w:t>
      </w:r>
      <w:r>
        <w:t xml:space="preserve"> Legal jobs for transgender and LGBTQ+ people in Nepal are scarce, leaving sex work as one of few survival options.</w:t>
      </w:r>
      <w:r/>
      <w:r/>
    </w:p>
    <w:p>
      <w:pPr>
        <w:pStyle w:val="Heading2"/>
      </w:pPr>
      <w:r>
        <w:t>Why this reporting matters , it’s the human cost of policy</w:t>
      </w:r>
      <w:r/>
    </w:p>
    <w:p>
      <w:r/>
      <w:r>
        <w:t>The strongest fact here is simple and unsettling: tens of thousands of frontline aid workers were left jobless when USAID was dissolved. Reporters found former HIV outreach staff now working the highway at night, a scene that’s stark, quiet and hazardous. According to AP reporting, those affected aren’t just American employees but local staff in impoverished regions who had few alternatives. This shift reframes austerity as a public‑health and human‑rights crisis, not just a budget story.</w:t>
      </w:r>
      <w:r/>
    </w:p>
    <w:p>
      <w:r/>
      <w:r>
        <w:t>Context matters: the U.S. State Department told the AP the administration aimed to focus aid on “efficiency, effectiveness and partnership,” while critics point to real-world fallout for workers and communities. For readers, the takeaway is practical , policy choices ripple down to people who were once the helpers, and those consequences can be immediate and brutal.</w:t>
      </w:r>
      <w:r/>
    </w:p>
    <w:p>
      <w:pPr>
        <w:pStyle w:val="Heading2"/>
      </w:pPr>
      <w:r>
        <w:t>How journalists found sources , trust, time and local networks</w:t>
      </w:r>
      <w:r/>
    </w:p>
    <w:p>
      <w:r/>
      <w:r>
        <w:t>Finding these stories took patience and care. The AP team worked through Nepal’s LGBTQ+ community, used local translators and spent nights shadowing workers to understand their routines and risks. That approach, as described in interviews, highlights good reporting practice: show your work history, let people set boundaries, and get informed consent. It’s also a reminder that compassionate reporting can surface issues official figures miss.</w:t>
      </w:r>
      <w:r/>
    </w:p>
    <w:p>
      <w:r/>
      <w:r>
        <w:t>For anyone trying to understand the issue, note this: local NGOs and health officials were often the first to notice the trend, and reaching them can provide leads that don’t show up in policy briefings.</w:t>
      </w:r>
      <w:r/>
    </w:p>
    <w:p>
      <w:pPr>
        <w:pStyle w:val="Heading2"/>
      </w:pPr>
      <w:r>
        <w:t>The work itself , danger, coercion and tiny pay packets</w:t>
      </w:r>
      <w:r/>
    </w:p>
    <w:p>
      <w:r/>
      <w:r>
        <w:t>The reporting paints a vivid picture of where and how these women and transgender workers operate: dark highways, isolated buildings, sometimes jungle clearings , places that offer zero protection. Clients often bargain aggressively, and many workers report sexual violence and sometimes police abuse. For about $2–$3 a client, there’s an overwhelming mismatch between risk and reward.</w:t>
      </w:r>
      <w:r/>
    </w:p>
    <w:p>
      <w:r/>
      <w:r>
        <w:t>Comparatively, the loss of outreach roles also means a loss of prevention outreach , those same workers used to help marginalised communities get condoms and testing. Losing them creates a double-hit: workers enter risky work and community services shrink.</w:t>
      </w:r>
      <w:r/>
    </w:p>
    <w:p>
      <w:pPr>
        <w:pStyle w:val="Heading2"/>
      </w:pPr>
      <w:r>
        <w:t>Public health angle , why officials are worried about HIV spikes</w:t>
      </w:r>
      <w:r/>
    </w:p>
    <w:p>
      <w:r/>
      <w:r>
        <w:t>Health experts interviewed for the pieces warned that the shift could increase HIV prevalence because trained outreach workers are leaving prevention roles and because many sex workers are being coerced into unprotected sex. The AP’s inquiries connected local observations with broader epidemiological concerns, and public-health sources flagged the gap left by funding cuts.</w:t>
      </w:r>
      <w:r/>
    </w:p>
    <w:p>
      <w:r/>
      <w:r>
        <w:t>If you’re tracking this from afar, the practical implication is clear: cutting preventative programmes can have delayed but measurable effects on disease control, and the people who kept those programmes running may be the ones most immediately harmed.</w:t>
      </w:r>
      <w:r/>
    </w:p>
    <w:p>
      <w:pPr>
        <w:pStyle w:val="Heading2"/>
      </w:pPr>
      <w:r>
        <w:t>What this reveals about legal and social protections</w:t>
      </w:r>
      <w:r/>
    </w:p>
    <w:p>
      <w:r/>
      <w:r>
        <w:t>One striking social detail is how few legal employment options exist for openly transgender people in Nepal, pushing many towards sex work simply to survive. That structural exclusion , combined with sudden job loss due to foreign policy , shows how layered vulnerabilities are. Advocacy groups and local leaders told reporters they’d seen this coming, yet policy decisions happened without safety nets for workers.</w:t>
      </w:r>
      <w:r/>
    </w:p>
    <w:p>
      <w:r/>
      <w:r>
        <w:t>Looking forward, advocates say change will need both policy reversals on funding and stronger legal protections at home to offer real alternatives.</w:t>
      </w:r>
      <w:r/>
    </w:p>
    <w:p>
      <w:r/>
      <w:r>
        <w:t>It's a small change in policy that produced large, painful consequences for people on the ground.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2">
        <w:r>
          <w:rPr>
            <w:color w:val="0000EE"/>
            <w:u w:val="single"/>
          </w:rPr>
          <w:t>[3]</w:t>
        </w:r>
      </w:hyperlink>
      <w:r>
        <w:t xml:space="preserve">, </w:t>
      </w:r>
      <w:hyperlink r:id="rId14">
        <w:r>
          <w:rPr>
            <w:color w:val="0000EE"/>
            <w:u w:val="single"/>
          </w:rPr>
          <w:t>[6]</w:t>
        </w:r>
      </w:hyperlink>
      <w:r>
        <w:t xml:space="preserve">- Paragraph 6: </w:t>
      </w:r>
      <w:hyperlink r:id="rId11">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https://www.winnipegfreepress.com/arts-and-life/life/health/2026/07/22/what-a-reporter-learned-covering-the-impact-of-usaid-cuts-on-aid-workers-turned-sex-workers-in-nepal</w:t>
        </w:r>
      </w:hyperlink>
      <w:r>
        <w:t xml:space="preserve"> - Please view link - unable to able to access data</w:t>
      </w:r>
      <w:r/>
    </w:p>
    <w:p>
      <w:pPr>
        <w:pStyle w:val="ListNumber"/>
        <w:spacing w:line="240" w:lineRule="auto"/>
        <w:ind w:left="720"/>
      </w:pPr>
      <w:r/>
      <w:hyperlink r:id="rId10">
        <w:r>
          <w:rPr>
            <w:color w:val="0000EE"/>
            <w:u w:val="single"/>
          </w:rPr>
          <w:t>https://apnews.com/article/1db4069a06807bf539149561fd4b829a</w:t>
        </w:r>
      </w:hyperlink>
      <w:r>
        <w:t xml:space="preserve"> - An Associated Press article by Kristen Gelineau highlights the severe consequences of the U.S. government's decision to dissolve the U.S. Agency for International Development (USAID) in 2025, eliminating 280,000 jobs globally. Gelineau focuses on aid workers in Nepal, many of whom have turned to sex work to survive after losing their jobs. These workers—largely LGBTQ+ individuals—were previously involved in health and outreach efforts, including HIV prevention. The transition to sex work has exposed them to heightened risks of violence, sexual assault, and health dangers, with some earning as little as $2–$3 per client. The story underscores the unintended harm caused not just to aid recipients but to the aid workers themselves. Gelineau invested months building trust within Nepal’s LGBTQ+ community, navigating difficult interviews and witnessing firsthand the threats these former aid professionals now face. The report reveals the extreme vulnerability of marginalized populations left behind by sweeping international policy changes.</w:t>
      </w:r>
      <w:r/>
    </w:p>
    <w:p>
      <w:pPr>
        <w:pStyle w:val="ListNumber"/>
        <w:spacing w:line="240" w:lineRule="auto"/>
        <w:ind w:left="720"/>
      </w:pPr>
      <w:r/>
      <w:hyperlink r:id="rId12">
        <w:r>
          <w:rPr>
            <w:color w:val="0000EE"/>
            <w:u w:val="single"/>
          </w:rPr>
          <w:t>https://apnews.com/article/97743dd52d8f1bdaf0c133cdc638a211</w:t>
        </w:r>
      </w:hyperlink>
      <w:r>
        <w:t xml:space="preserve"> - This photo essay by the Associated Press, funded by a Pulitzer Center grant, documents the harrowing impact of U.S. foreign aid cuts on LGBTQ+ aid workers in Nepal. Once employed in HIV prevention efforts, many of these workers—particularly transgender individuals—have been forced into sex work after losing their jobs following the United States' decision to slash global aid funding, which impacted around 280,000 aid workers worldwide. The consequences in Nepal, a conservative society with limited job prospects for openly transgender individuals, have been severe. Around 100 LGBTQ+ former aid workers in Nepal have turned to sex work, many along a dangerous highway in Hetauda where they previously provided outreach services. These individuals now face increased risk of violence, including rape and police abuse, and are often coerced into unsafe sex amid a growing scarcity of HIV prevention medications. Interviews with 15 affected individuals reveal a pervasive sense of fear, vulnerability, and despair. Many, like Princy Tamang and Rubi Lama, long to return to their previous work, which provided dignity and purpose, and express deep concern over their personal safety, health, and future.</w:t>
      </w:r>
      <w:r/>
    </w:p>
    <w:p>
      <w:pPr>
        <w:pStyle w:val="ListNumber"/>
        <w:spacing w:line="240" w:lineRule="auto"/>
        <w:ind w:left="720"/>
      </w:pPr>
      <w:r/>
      <w:hyperlink r:id="rId15">
        <w:r>
          <w:rPr>
            <w:color w:val="0000EE"/>
            <w:u w:val="single"/>
          </w:rPr>
          <w:t>https://apnews.com/article/d8ea21ca4d43f1598ea54499123d46e0</w:t>
        </w:r>
      </w:hyperlink>
      <w:r>
        <w:t xml:space="preserve"> - This in-depth Associated Press report highlights the devastating consequences of U.S. foreign aid cuts, particularly following the dismantling of the U.S. Agency for International Development (USAID) by President Trump in 2025. In Nepal, these cuts resulted in the loss of around 35,000 aid worker jobs, with disproportionately tragic effects on marginalized communities—especially transgender individuals who had been employed in HIV prevention and health outreach roles. The story focuses on Rubi Lama, a transgender former HIV counselor, who, along with over 100 LGBTQ+ former aid workers, has turned to sex work to survive amid rampant discrimination and a lack of employment opportunities. The defunding forced the closure of vital HIV clinics, halting the distribution of HIV prevention medications like PrEP and leaving more than 1,200 clients without protection. Many former health workers, once dedicated to saving lives, now face grave risks including violence, disease, hunger, and mental trauma. Public health experts warn of a rise in HIV infections with global repercussions, given Nepal’s open borders and migrant population. Former aid workers, now forced into sex work, struggle daily with danger, stigma, and a sense of lost purpose, illuminating the severe human cost of a single foreign policy decision.</w:t>
      </w:r>
      <w:r/>
    </w:p>
    <w:p>
      <w:pPr>
        <w:pStyle w:val="ListNumber"/>
        <w:spacing w:line="240" w:lineRule="auto"/>
        <w:ind w:left="720"/>
      </w:pPr>
      <w:r/>
      <w:hyperlink r:id="rId11">
        <w:r>
          <w:rPr>
            <w:color w:val="0000EE"/>
            <w:u w:val="single"/>
          </w:rPr>
          <w:t>https://www.winnipegfreepress.com/arts-and-life/life/health/2026/07/22/what-to-know-from-the-aps-report-on-the-impact-of-usaid-cuts-on-impoverished-aid-workers-in-nepal</w:t>
        </w:r>
      </w:hyperlink>
      <w:r>
        <w:t xml:space="preserve"> - An article from the Winnipeg Free Press summarises the Associated Press's report on the impact of USAID cuts on aid workers in Nepal. The piece highlights how the U.S. decision to slash its foreign aid program has been devastating for scores of aid workers left jobless by the funding cuts, contributing to poverty, violence, and an increased risk of HIV transmission. The article provides insights into the challenges faced by former aid workers who have turned to sex work to survive, underscoring the broader implications of the USAID dissolution on vulnerable communities in Nepal.</w:t>
      </w:r>
      <w:r/>
    </w:p>
    <w:p>
      <w:pPr>
        <w:pStyle w:val="ListNumber"/>
        <w:spacing w:line="240" w:lineRule="auto"/>
        <w:ind w:left="720"/>
      </w:pPr>
      <w:r/>
      <w:hyperlink r:id="rId14">
        <w:r>
          <w:rPr>
            <w:color w:val="0000EE"/>
            <w:u w:val="single"/>
          </w:rPr>
          <w:t>https://www.thevibes.com/articles/world/125349/usaid-funding-cuts-force-nepals-lgbtq-hiv-outreach-workers-into-sex-work</w:t>
        </w:r>
      </w:hyperlink>
      <w:r>
        <w:t xml:space="preserve"> - An article from The Vibes discusses how deep cuts to United States foreign aid have left hundreds of thousands of humanitarian workers worldwide unemployed, with the consequences proving particularly severe in Nepal. Many transgender and LGBTQ+ HIV outreach workers have been forced into sex work to survive after losing their livelihoods. The piece highlights the experiences of individuals like Rubi Lama, a transgender woman who spent nine years working as an HIV outreach worker supporting sex workers and other vulnerable communities in central Nepal before the closure of USAID-funded programmes. The article sheds light on the broader public health risks and challenges faced by these workers in the aftermath of the funding cuts.</w:t>
      </w:r>
      <w:r/>
    </w:p>
    <w:p>
      <w:pPr>
        <w:pStyle w:val="ListNumber"/>
        <w:spacing w:line="240" w:lineRule="auto"/>
        <w:ind w:left="720"/>
      </w:pPr>
      <w:r/>
      <w:hyperlink r:id="rId13">
        <w:r>
          <w:rPr>
            <w:color w:val="0000EE"/>
            <w:u w:val="single"/>
          </w:rPr>
          <w:t>https://wtop.com/world/2026/07/what-a-reporter-learned-covering-the-impact-of-usaid-cuts-on-aid-workers-turned-sex-workers-in-nepal/</w:t>
        </w:r>
      </w:hyperlink>
      <w:r>
        <w:t xml:space="preserve"> - An article from WTOP News reports on the impact of U.S. foreign aid cuts on aid workers in Nepal. The piece highlights how the cuts have prompted scores of unemployed aid workers in Nepal to turn to sex work to survive. These workers are among 280,000 worldwide whose jobs were eliminated along with the U.S. ... . The article provides insights into the challenges faced by these workers, including the dangers they endure and the ethical considerations involved in reporting on such sensitive topics. It underscores the broader implications of the USAID dissolution on vulnerable communities in Nepal.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nnipegfreepress.com/arts-and-life/life/health/2026/07/22/what-a-reporter-learned-covering-the-impact-of-usaid-cuts-on-aid-workers-turned-sex-workers-in-nepal" TargetMode="External"/><Relationship Id="rId10" Type="http://schemas.openxmlformats.org/officeDocument/2006/relationships/hyperlink" Target="https://apnews.com/article/1db4069a06807bf539149561fd4b829a" TargetMode="External"/><Relationship Id="rId11" Type="http://schemas.openxmlformats.org/officeDocument/2006/relationships/hyperlink" Target="https://www.winnipegfreepress.com/arts-and-life/life/health/2026/07/22/what-to-know-from-the-aps-report-on-the-impact-of-usaid-cuts-on-impoverished-aid-workers-in-nepal" TargetMode="External"/><Relationship Id="rId12" Type="http://schemas.openxmlformats.org/officeDocument/2006/relationships/hyperlink" Target="https://apnews.com/article/97743dd52d8f1bdaf0c133cdc638a211" TargetMode="External"/><Relationship Id="rId13" Type="http://schemas.openxmlformats.org/officeDocument/2006/relationships/hyperlink" Target="https://wtop.com/world/2026/07/what-a-reporter-learned-covering-the-impact-of-usaid-cuts-on-aid-workers-turned-sex-workers-in-nepal/" TargetMode="External"/><Relationship Id="rId14" Type="http://schemas.openxmlformats.org/officeDocument/2006/relationships/hyperlink" Target="https://www.thevibes.com/articles/world/125349/usaid-funding-cuts-force-nepals-lgbtq-hiv-outreach-workers-into-sex-work" TargetMode="External"/><Relationship Id="rId15" Type="http://schemas.openxmlformats.org/officeDocument/2006/relationships/hyperlink" Target="https://apnews.com/article/d8ea21ca4d43f1598ea54499123d46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