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Business Practices for Supporting Pride: How Action Beats Logos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staff alike are watching companies more closely than ever; after Leeds Pride 2026 local recruiter PJ Staffing urged businesses to back LGBTQIA+ communities with year‑round, practical support rather than one‑off posts or logos. Here’s what real commitment looks like, why it matters, and how firms can step up.</w:t>
      </w:r>
      <w:r/>
    </w:p>
    <w:p>
      <w:r/>
      <w:r>
        <w:t>Essential Takeaways</w:t>
      </w:r>
      <w:r/>
      <w:r/>
    </w:p>
    <w:p>
      <w:pPr>
        <w:pStyle w:val="ListBullet"/>
        <w:spacing w:line="240" w:lineRule="auto"/>
        <w:ind w:left="720"/>
      </w:pPr>
      <w:r/>
      <w:r>
        <w:rPr>
          <w:b/>
        </w:rPr>
        <w:t>Visible action matters:</w:t>
      </w:r>
      <w:r>
        <w:t xml:space="preserve"> PJ Staffing provided bar staff, cleaners and uniforms for Blayds Bar during Leeds Pride, showing hands‑on support rather than just branding.</w:t>
      </w:r>
      <w:r/>
    </w:p>
    <w:p>
      <w:pPr>
        <w:pStyle w:val="ListBullet"/>
        <w:spacing w:line="240" w:lineRule="auto"/>
        <w:ind w:left="720"/>
      </w:pPr>
      <w:r/>
      <w:r>
        <w:rPr>
          <w:b/>
        </w:rPr>
        <w:t>Roots in community:</w:t>
      </w:r>
      <w:r>
        <w:t xml:space="preserve"> The partnership is personal , Blayds Bar is owned by PJ Staffing founder Paul McCallum’s husband , and highlights longstanding local ties.</w:t>
      </w:r>
      <w:r/>
    </w:p>
    <w:p>
      <w:pPr>
        <w:pStyle w:val="ListBullet"/>
        <w:spacing w:line="240" w:lineRule="auto"/>
        <w:ind w:left="720"/>
      </w:pPr>
      <w:r/>
      <w:r>
        <w:rPr>
          <w:b/>
        </w:rPr>
        <w:t>Practical over performative:</w:t>
      </w:r>
      <w:r>
        <w:t xml:space="preserve"> Paid staff, safe venues and donated time are more meaningful than a temporary rainbow on a logo.</w:t>
      </w:r>
      <w:r/>
    </w:p>
    <w:p>
      <w:pPr>
        <w:pStyle w:val="ListBullet"/>
        <w:spacing w:line="240" w:lineRule="auto"/>
        <w:ind w:left="720"/>
      </w:pPr>
      <w:r/>
      <w:r>
        <w:rPr>
          <w:b/>
        </w:rPr>
        <w:t>Local impact:</w:t>
      </w:r>
      <w:r>
        <w:t xml:space="preserve"> Free events, live music and safe spaces make Pride accessible; practical help keeps them running smoothly and safely.</w:t>
      </w:r>
      <w:r/>
      <w:r/>
    </w:p>
    <w:p>
      <w:pPr>
        <w:pStyle w:val="Heading2"/>
      </w:pPr>
      <w:r>
        <w:t>Why Leeds Pride 2026 felt different , and what businesses noticed</w:t>
      </w:r>
      <w:r/>
    </w:p>
    <w:p>
      <w:r/>
      <w:r>
        <w:t>Leeds Pride’s 20th anniversary this year landed alongside one of Blayds Bar’s biggest free celebrations, and the atmosphere was warm, loud and inclusive. According to organisers, community turnout and live performances made it one of the best weekends yet, and that buzz didn’t appear out of nowhere. Local businesses and volunteers turned up, physically and financially, which is the sort of support that shows up in the small, practical details , trained bar staff, tidy facilities and clear stewarding.</w:t>
      </w:r>
      <w:r/>
    </w:p>
    <w:p>
      <w:r/>
      <w:r>
        <w:t>Paul McCallum of PJ Staffing made that point bluntly: logos are easy, action is not. His team supplied uniforms, cleaners and bar staff across the weekend, a reminder that staffing and logistics often determine whether an event feels safe and welcoming. For firms wondering how to help, start by asking local venues what they actually need, rather than guessing.</w:t>
      </w:r>
      <w:r/>
    </w:p>
    <w:p>
      <w:pPr>
        <w:pStyle w:val="Heading2"/>
      </w:pPr>
      <w:r>
        <w:t>From ribbons to resources: why practical support matters more</w:t>
      </w:r>
      <w:r/>
    </w:p>
    <w:p>
      <w:r/>
      <w:r>
        <w:t>It’s one thing to plaster a rainbow on your website; it’s another to fund a stage engineer or pay extra hours to staff an event. PJ Staffing’s contribution to Blayds shows how operational support underpins visibility. When a venue runs a free event with live DJs and artists, the unseen costs mount: sound techs, security, litter clearance and paid shifts.</w:t>
      </w:r>
      <w:r/>
    </w:p>
    <w:p>
      <w:r/>
      <w:r>
        <w:t>Industry observers suggest that sustainable support tends to come from ongoing relationships rather than seasonal campaigns. If your business wants to help, consider offering time, paid staffing or financial sponsorship that covers real costs, not just marketing lines. That way your support remains useful long after Pride parade flags come down.</w:t>
      </w:r>
      <w:r/>
    </w:p>
    <w:p>
      <w:pPr>
        <w:pStyle w:val="Heading2"/>
      </w:pPr>
      <w:r>
        <w:t>How small businesses can give practical help without breaking the bank</w:t>
      </w:r>
      <w:r/>
    </w:p>
    <w:p>
      <w:r/>
      <w:r>
        <w:t>Not every company has the budget to sponsor a stage, but almost every firm can offer something useful. Think about donated staff hours, covering the cost of a safety or accessibility measure, or providing services in kind , cleaners, first‑aid training or even simple administrative help. PJ Staffing’s example highlights that skill and labour are valuable currency.</w:t>
      </w:r>
      <w:r/>
    </w:p>
    <w:p>
      <w:r/>
      <w:r>
        <w:t>If you’re unsure where to start, ask venues and community groups directly what would make their events safer or more accessible. Small gestures add up: paying artists fairly, offering rehearsal space, or helping with promotion can make a real difference without huge expense.</w:t>
      </w:r>
      <w:r/>
    </w:p>
    <w:p>
      <w:pPr>
        <w:pStyle w:val="Heading2"/>
      </w:pPr>
      <w:r>
        <w:t>Why personal commitment changes how support is perceived</w:t>
      </w:r>
      <w:r/>
    </w:p>
    <w:p>
      <w:r/>
      <w:r>
        <w:t>There’s an emotional honesty when business owners speak from personal experience, and that’s exactly what Paul McCallum did. He frames PJ Staffing’s sponsorship as personal, tied to family and community, not just corporate visibility. That honesty resonates , people can tell when support is transactional versus heartfelt.</w:t>
      </w:r>
      <w:r/>
    </w:p>
    <w:p>
      <w:r/>
      <w:r>
        <w:t>When leaders integrate personal values with business practice, it creates a culture that’s more likely to follow through. That matters to employees too: staff want to work for organisations that don’t switch values on and off with the seasons. Visible, year‑round backing boosts morale and trust.</w:t>
      </w:r>
      <w:r/>
    </w:p>
    <w:p>
      <w:pPr>
        <w:pStyle w:val="Heading2"/>
      </w:pPr>
      <w:r>
        <w:t>The bigger picture: protecting inclusive spaces in a shifting landscape</w:t>
      </w:r>
      <w:r/>
    </w:p>
    <w:p>
      <w:r/>
      <w:r>
        <w:t>Leeds Pride 2026 came at a time when displays of LGBTQIA+ support have faced challenges in parts of the country. Events like Blayds’ free celebration are reminders of why inclusive spaces must be defended and sustained. Community organisers say resilient, well‑resourced spaces help people feel seen, safe and connected , and businesses have a part to play.</w:t>
      </w:r>
      <w:r/>
    </w:p>
    <w:p>
      <w:r/>
      <w:r>
        <w:t>Looking ahead, practical, ongoing partnerships between local firms and venues will keep community events alive. Whether you’re a multinational or a microbusiness, clear, consistent action , not just optics , will determine whether those spaces thrive.</w:t>
      </w:r>
      <w:r/>
    </w:p>
    <w:p>
      <w:r/>
      <w:r>
        <w:t>It's a small change that can make every celebration safer and more genuine.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3">
        <w:r>
          <w:rPr>
            <w:color w:val="0000EE"/>
            <w:u w:val="single"/>
          </w:rPr>
          <w:t>[6]</w:t>
        </w:r>
      </w:hyperlink>
      <w:r>
        <w:t xml:space="preserve">, </w:t>
      </w:r>
      <w:hyperlink r:id="rId10">
        <w:r>
          <w:rPr>
            <w:color w:val="0000EE"/>
            <w:u w:val="single"/>
          </w:rPr>
          <w:t>[2]</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9">
        <w:r>
          <w:rPr>
            <w:color w:val="0000EE"/>
            <w:u w:val="single"/>
          </w:rPr>
          <w:t>[1]</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https://smebusinessnews.co.uk/2026/07/23/pj-staffing-founder-calls-for-businesses-to-prove-their-pride-support-through-action-after-landmark-leeds-celebrations/</w:t>
        </w:r>
      </w:hyperlink>
      <w:r>
        <w:t xml:space="preserve"> - Please view link - unable to able to access data</w:t>
      </w:r>
      <w:r/>
    </w:p>
    <w:p>
      <w:pPr>
        <w:pStyle w:val="ListNumber"/>
        <w:spacing w:line="240" w:lineRule="auto"/>
        <w:ind w:left="720"/>
      </w:pPr>
      <w:r/>
      <w:hyperlink r:id="rId10">
        <w:r>
          <w:rPr>
            <w:color w:val="0000EE"/>
            <w:u w:val="single"/>
          </w:rPr>
          <w:t>https://www.pjstaffing.co.uk/</w:t>
        </w:r>
      </w:hyperlink>
      <w:r>
        <w:t xml:space="preserve"> - PJ Staffing is an award-winning staffing agency based in Leeds, providing pre-vetted, industry-experienced, skilled, and reliable catering, hospitality, and event staff across Yorkshire and the UK. Established in 2023, the agency offers temporary staffing solutions tailored to clients' needs, ensuring quality and speed without compromising on service. They focus on building long-term relationships with clients by delivering consistent, dependable staffing support when it matters most. The team at PJ Staffing has hands-on experience in hospitality operations, event delivery, and workforce coordination, understanding exactly what clients need when pressure is high and timing matters.</w:t>
      </w:r>
      <w:r/>
    </w:p>
    <w:p>
      <w:pPr>
        <w:pStyle w:val="ListNumber"/>
        <w:spacing w:line="240" w:lineRule="auto"/>
        <w:ind w:left="720"/>
      </w:pPr>
      <w:r/>
      <w:hyperlink r:id="rId12">
        <w:r>
          <w:rPr>
            <w:color w:val="0000EE"/>
            <w:u w:val="single"/>
          </w:rPr>
          <w:t>https://www.visitleeds.co.uk/things-to-do/view-all/blayds-bar/</w:t>
        </w:r>
      </w:hyperlink>
      <w:r>
        <w:t xml:space="preserve"> - Blayds Bar is a recognised safe LGBTQ+ venue in Leeds, offering a variety of events and entertainment every night of the week. Located at 3-7 Blayds Yard, LS1 4AE, the bar features weekly entertainment from hosts and DJs, daily happy hours from 5 pm to 9 pm, a weekly quiz, monthly cabaret, and yard parties where everyone is welcome. The venue is known for its friendly atmosphere and diverse events, making it a popular spot in Leeds' LGBTQ+ community.</w:t>
      </w:r>
      <w:r/>
    </w:p>
    <w:p>
      <w:pPr>
        <w:pStyle w:val="ListNumber"/>
        <w:spacing w:line="240" w:lineRule="auto"/>
        <w:ind w:left="720"/>
      </w:pPr>
      <w:r/>
      <w:hyperlink r:id="rId11">
        <w:r>
          <w:rPr>
            <w:color w:val="0000EE"/>
            <w:u w:val="single"/>
          </w:rPr>
          <w:t>https://leedspride.com/</w:t>
        </w:r>
      </w:hyperlink>
      <w:r>
        <w:t xml:space="preserve"> - Leeds Pride is one of the UK's largest free one-day Pride festivals, transforming the heart of Leeds into a city-wide celebration of LGBTQ+ life, identity, and culture. The event brings together local communities, national organisations, performers, charities, venues, and allies for a full weekend of celebration and visibility. Visitors can expect multiple entertainment areas across the city, live music stages, drag performances, DJs, cabaret, community stalls, food vendors, and official afterparties running late into the night. The Leeds Pride Parade remains one of the highlights of the weekend, with thousands of participants marching through Leeds city centre in a colourful show of support, inclusion, and equality.</w:t>
      </w:r>
      <w:r/>
    </w:p>
    <w:p>
      <w:pPr>
        <w:pStyle w:val="ListNumber"/>
        <w:spacing w:line="240" w:lineRule="auto"/>
        <w:ind w:left="720"/>
      </w:pPr>
      <w:r/>
      <w:hyperlink r:id="rId15">
        <w:r>
          <w:rPr>
            <w:color w:val="0000EE"/>
            <w:u w:val="single"/>
          </w:rPr>
          <w:t>https://www.outdoorlads.com/events/leeds-pride-2026-social-260719</w:t>
        </w:r>
      </w:hyperlink>
      <w:r>
        <w:t xml:space="preserve"> - OutdoorLads is hosting a social event during Leeds Pride 2026 on Sunday, 19 July 2026. The event includes market stalls, live entertainment, music, performers, and dancing throughout the day and into the evening. Participants will meet in the heart of the gay area just outside the Bridge Bar to enjoy the celebration, head to Lower Briggate for various activities, including entertainment on the main stage, and visit popular bars such as Blayds Bar, Viaduct, and Queens Court. The event aims to provide a fun and inclusive experience for all attendees.</w:t>
      </w:r>
      <w:r/>
    </w:p>
    <w:p>
      <w:pPr>
        <w:pStyle w:val="ListNumber"/>
        <w:spacing w:line="240" w:lineRule="auto"/>
        <w:ind w:left="720"/>
      </w:pPr>
      <w:r/>
      <w:hyperlink r:id="rId13">
        <w:r>
          <w:rPr>
            <w:color w:val="0000EE"/>
            <w:u w:val="single"/>
          </w:rPr>
          <w:t>https://www.pjstaffing.co.uk/blog/</w:t>
        </w:r>
      </w:hyperlink>
      <w:r>
        <w:t xml:space="preserve"> - The PJ Staffing Blog offers insights into hospitality recruitment in Leeds, sharing updates on company events, industry news, and recruitment tips. Recent posts include details about the 'Pink It Up Weekender' event in aid of Candlelighters Trust Charity, which raised over £11,500, and the announcement of the Diamond Distinction Award 2026. The blog also provides information on seasonal recruitment, supervisor team introductions, and employee appreciation events, reflecting the company's commitment to community engagement and staff development.</w:t>
      </w:r>
      <w:r/>
    </w:p>
    <w:p>
      <w:pPr>
        <w:pStyle w:val="ListNumber"/>
        <w:spacing w:line="240" w:lineRule="auto"/>
        <w:ind w:left="720"/>
      </w:pPr>
      <w:r/>
      <w:hyperlink r:id="rId14">
        <w:r>
          <w:rPr>
            <w:color w:val="0000EE"/>
            <w:u w:val="single"/>
          </w:rPr>
          <w:t>https://welcometoleeds.co.uk/article/leeds-pride-announces-2026-dates-and-huge-20th-anniversary/</w:t>
        </w:r>
      </w:hyperlink>
      <w:r>
        <w:t xml:space="preserve"> - Leeds Pride has confirmed the dates for its 2026 festival, marking the event's 20th anniversary. Scheduled for Saturday 18 and Sunday 19 July 2026, this year's celebration will be the first time in Leeds Pride history that the festival has expanded into a full two-day event. Organisers plan a city-wide celebration championing local LGBTQ+ talent alongside world-class entertainment, with the iconic Pride parade, street parties, and a packed programme of events planned across the weekend. The first performer confirmed for 2026 is Strictly Come Dancing icon and RuPaul’s Drag Race star La Voix, who will take to the Main Stage as part of what promises to be the biggest Leeds Pride line-up to date.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mebusinessnews.co.uk/2026/07/23/pj-staffing-founder-calls-for-businesses-to-prove-their-pride-support-through-action-after-landmark-leeds-celebrations/" TargetMode="External"/><Relationship Id="rId10" Type="http://schemas.openxmlformats.org/officeDocument/2006/relationships/hyperlink" Target="https://www.pjstaffing.co.uk/" TargetMode="External"/><Relationship Id="rId11" Type="http://schemas.openxmlformats.org/officeDocument/2006/relationships/hyperlink" Target="https://leedspride.com/" TargetMode="External"/><Relationship Id="rId12" Type="http://schemas.openxmlformats.org/officeDocument/2006/relationships/hyperlink" Target="https://www.visitleeds.co.uk/things-to-do/view-all/blayds-bar/" TargetMode="External"/><Relationship Id="rId13" Type="http://schemas.openxmlformats.org/officeDocument/2006/relationships/hyperlink" Target="https://www.pjstaffing.co.uk/blog/" TargetMode="External"/><Relationship Id="rId14" Type="http://schemas.openxmlformats.org/officeDocument/2006/relationships/hyperlink" Target="https://welcometoleeds.co.uk/article/leeds-pride-announces-2026-dates-and-huge-20th-anniversary/" TargetMode="External"/><Relationship Id="rId15" Type="http://schemas.openxmlformats.org/officeDocument/2006/relationships/hyperlink" Target="https://www.outdoorlads.com/events/leeds-pride-2026-social-26071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