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Brisbane Pride Memorial Garden: How Community Plants a Rainbow at New Farm Park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walkers and community members are gathering this weekend as Brisbane Pride hosts its annual Memorial Garden at New Farm Park , a quiet, colourful ritual to remember loved ones and launch Pride Month preparations, with flowers and fellowship marking the path to September’s celebrations.</w:t>
      </w:r>
      <w:r/>
    </w:p>
    <w:p>
      <w:r/>
      <w:r>
        <w:t>Essential Takeaways</w:t>
      </w:r>
      <w:r/>
      <w:r/>
    </w:p>
    <w:p>
      <w:pPr>
        <w:pStyle w:val="ListBullet"/>
        <w:spacing w:line="240" w:lineRule="auto"/>
        <w:ind w:left="720"/>
      </w:pPr>
      <w:r/>
      <w:r>
        <w:rPr>
          <w:b/>
        </w:rPr>
        <w:t>When and where:</w:t>
      </w:r>
      <w:r>
        <w:t xml:space="preserve"> The planting is at the New Farm Park entrance from 9am on Saturday, 25 July; catering will be provided.</w:t>
      </w:r>
      <w:r/>
    </w:p>
    <w:p>
      <w:pPr>
        <w:pStyle w:val="ListBullet"/>
        <w:spacing w:line="240" w:lineRule="auto"/>
        <w:ind w:left="720"/>
      </w:pPr>
      <w:r/>
      <w:r>
        <w:rPr>
          <w:b/>
        </w:rPr>
        <w:t>What to expect:</w:t>
      </w:r>
      <w:r>
        <w:t xml:space="preserve"> Volunteers plant a palette of flowers so they bloom into a rainbow by Pride Month in September, creating a visual tribute.</w:t>
      </w:r>
      <w:r/>
    </w:p>
    <w:p>
      <w:pPr>
        <w:pStyle w:val="ListBullet"/>
        <w:spacing w:line="240" w:lineRule="auto"/>
        <w:ind w:left="720"/>
      </w:pPr>
      <w:r/>
      <w:r>
        <w:rPr>
          <w:b/>
        </w:rPr>
        <w:t>Purpose:</w:t>
      </w:r>
      <w:r>
        <w:t xml:space="preserve"> It’s a communal act of remembrance for people in the LGBTQ+ community who’ve passed, described as a chance to “remember precious jewels.”</w:t>
      </w:r>
      <w:r/>
    </w:p>
    <w:p>
      <w:pPr>
        <w:pStyle w:val="ListBullet"/>
        <w:spacing w:line="240" w:lineRule="auto"/>
        <w:ind w:left="720"/>
      </w:pPr>
      <w:r/>
      <w:r>
        <w:rPr>
          <w:b/>
        </w:rPr>
        <w:t>Community safety note:</w:t>
      </w:r>
      <w:r>
        <w:t xml:space="preserve"> Last year’s 2025 gathering faced disruption from protestors, so organisers and attendees remain mindful while keeping the event peaceful.</w:t>
      </w:r>
      <w:r/>
    </w:p>
    <w:p>
      <w:pPr>
        <w:pStyle w:val="ListBullet"/>
        <w:spacing w:line="240" w:lineRule="auto"/>
        <w:ind w:left="720"/>
      </w:pPr>
      <w:r/>
      <w:r>
        <w:rPr>
          <w:b/>
        </w:rPr>
        <w:t>Get involved:</w:t>
      </w:r>
      <w:r>
        <w:t xml:space="preserve"> Brisbane Pride is also calling for event submissions for the official Pride Month calendar running in September and October.</w:t>
      </w:r>
      <w:r/>
      <w:r/>
    </w:p>
    <w:p>
      <w:pPr>
        <w:pStyle w:val="Heading2"/>
      </w:pPr>
      <w:r>
        <w:t>A gentle tradition with a vivid payoff</w:t>
      </w:r>
      <w:r/>
    </w:p>
    <w:p>
      <w:r/>
      <w:r>
        <w:t>Each July the city’s LGBTQ+ community and allies meet at the entrance to New Farm Park with trowels, seedlings and a hopeful, slightly damp scent of earth. The planting is deliberately colourful: blooms are arranged so that when spring arrives in September the bed reads as a living rainbow. It’s a simple, tactile way to remember people who mattered, and seeing petals unfurl months later is quietly moving.</w:t>
      </w:r>
      <w:r/>
    </w:p>
    <w:p>
      <w:r/>
      <w:r>
        <w:t>Organisers say the memorial is both a vigil and a horticultural project. According to Brisbane Pride, the planting gives people a moment to “collectively remember precious jewels” , a phrase that captures the event’s intimate tone. For many attendees it’s as much about touching soil and sharing stories as it is about spectacle.</w:t>
      </w:r>
      <w:r/>
    </w:p>
    <w:p>
      <w:pPr>
        <w:pStyle w:val="Heading2"/>
      </w:pPr>
      <w:r>
        <w:t>Why New Farm Park feels right for this ritual</w:t>
      </w:r>
      <w:r/>
    </w:p>
    <w:p>
      <w:r/>
      <w:r>
        <w:t>New Farm Park is one of Brisbane’s most frequented green spaces, known for its lawns, mature figs and river views. The park’s entrance offers high visibility and a steady flow of passersby, so the memorial garden becomes both a private tribute and a public statement. City park information lists New Farm Park as a versatile event space, which helps explain why the planting has settled here year after year.</w:t>
      </w:r>
      <w:r/>
    </w:p>
    <w:p>
      <w:r/>
      <w:r>
        <w:t>Placing the garden at the park’s threshold means visitors encounter the tribute on their way in , an intentional nudge that the Pride community is part of the city’s everyday fabric. If you’ve walked past and thought “what a lovely bed,” there’s likely a story behind each stem.</w:t>
      </w:r>
      <w:r/>
    </w:p>
    <w:p>
      <w:pPr>
        <w:pStyle w:val="Heading2"/>
      </w:pPr>
      <w:r>
        <w:t>Last year’s disruption and the focus on calm, safe remembrance</w:t>
      </w:r>
      <w:r/>
    </w:p>
    <w:p>
      <w:r/>
      <w:r>
        <w:t>The 2025 memorial was briefly interrupted when protestors targeted the event while roughly 30 people were gathered to hear guest speakers. Brisbane Pride and participants handled the disruption and the group has reinforced a commitment to peaceful remembrance. Events like this walk a fine line between being visible and being vulnerable, and organisers continue to plan with calm and safety in mind.</w:t>
      </w:r>
      <w:r/>
    </w:p>
    <w:p>
      <w:r/>
      <w:r>
        <w:t>For anyone attending, simple practicalities help: arrive early, stick to the organised planting area, and be prepared to follow stewarding directions. These small steps keep the mood inclusive and minimise the chance of escalation.</w:t>
      </w:r>
      <w:r/>
    </w:p>
    <w:p>
      <w:pPr>
        <w:pStyle w:val="Heading2"/>
      </w:pPr>
      <w:r>
        <w:t>How the garden ties into Pride Month programming</w:t>
      </w:r>
      <w:r/>
    </w:p>
    <w:p>
      <w:r/>
      <w:r>
        <w:t>Brisbane Pride times the planting to coincide with the lead-up to Pride Month in September. The planted bed is a living kickoff: by the time the city celebrates with marches, fairs and parties, the flowers are intended to be in full colour. Brisbane Pride is also inviting groups, venues and individuals to submit events for the official Pride Month calendar covering September and October.</w:t>
      </w:r>
      <w:r/>
    </w:p>
    <w:p>
      <w:r/>
      <w:r>
        <w:t>Follow the group’s social channels or the official submission link if you’re planning an event , organisers say they’ll announce March and Fair Day dates soon. For community groups, getting listed in the official calendar is a good way to reach a wider audience and avoid clashes with major events.</w:t>
      </w:r>
      <w:r/>
    </w:p>
    <w:p>
      <w:pPr>
        <w:pStyle w:val="Heading2"/>
      </w:pPr>
      <w:r>
        <w:t>Practical tips if you’re going to the planting</w:t>
      </w:r>
      <w:r/>
    </w:p>
    <w:p>
      <w:r/>
      <w:r>
        <w:t>If you plan to join, wear sturdy shoes and a jacket in case the morning is dewy. Bring gloves if you prefer, although organisers supply some tools. Expect a short gathering with speakers, then a communal planting , it’s low‑key but meaningful. If you want to submit a Pride event, have basic details ready: dates, venue, accessibility info and a contact.</w:t>
      </w:r>
      <w:r/>
    </w:p>
    <w:p>
      <w:r/>
      <w:r>
        <w:t>And if you can’t make it, you can still support the idea by visiting the garden later in September when the colours come alive , it’s one of those small city rituals that feels richer when you know the story behind it.</w:t>
      </w:r>
      <w:r/>
    </w:p>
    <w:p>
      <w:r/>
      <w:r>
        <w:t>It’s a small change that can make every bloom mean something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[6]</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https://www.starobserver.com.au/news/the-brisbane-pride-memorial-garden-is-this-weekend/242845</w:t>
        </w:r>
      </w:hyperlink>
      <w:r>
        <w:t xml:space="preserve"> - Please view link - unable to able to access data</w:t>
      </w:r>
      <w:r/>
    </w:p>
    <w:p>
      <w:pPr>
        <w:pStyle w:val="ListNumber"/>
        <w:spacing w:line="240" w:lineRule="auto"/>
        <w:ind w:left="720"/>
      </w:pPr>
      <w:r/>
      <w:hyperlink r:id="rId10">
        <w:r>
          <w:rPr>
            <w:color w:val="0000EE"/>
            <w:u w:val="single"/>
          </w:rPr>
          <w:t>https://www.brisbane.qld.gov.au/parks-and-recreation/parks-and-greenspaces/find-park-facilities-and-locations/new-farm-park</w:t>
        </w:r>
      </w:hyperlink>
      <w:r>
        <w:t xml:space="preserve"> - New Farm Park, established in 1914, is one of Brisbane's oldest and most well-known parks, covering 15 hectares of land and listed in the Queensland Heritage Register. Located just a 5-minute drive from the CBD, it offers picturesque rose gardens, a rotunda, playgrounds, and open spaces, making it a popular spot for events and relaxation. The park is accessible via car, foot, public transport, and bike, with facilities including picnic shelters, electric barbecues, and a river hub for various water activities.</w:t>
      </w:r>
      <w:r/>
    </w:p>
    <w:p>
      <w:pPr>
        <w:pStyle w:val="ListNumber"/>
        <w:spacing w:line="240" w:lineRule="auto"/>
        <w:ind w:left="720"/>
      </w:pPr>
      <w:r/>
      <w:hyperlink r:id="rId12">
        <w:r>
          <w:rPr>
            <w:color w:val="0000EE"/>
            <w:u w:val="single"/>
          </w:rPr>
          <w:t>https://www.viabrisbane.com/events/venue/new-farm-park</w:t>
        </w:r>
      </w:hyperlink>
      <w:r>
        <w:t xml:space="preserve"> - New Farm Park hosts a variety of events throughout the year, including fitness and well-being activities like Tai Chi Qigong and yoga, as well as music performances such as 'Bands in Parks: Scarf Up and Swing'. These events cater to diverse interests, offering opportunities for relaxation, exercise, and entertainment in the park's scenic surroundings.</w:t>
      </w:r>
      <w:r/>
    </w:p>
    <w:p>
      <w:pPr>
        <w:pStyle w:val="ListNumber"/>
        <w:spacing w:line="240" w:lineRule="auto"/>
        <w:ind w:left="720"/>
      </w:pPr>
      <w:r/>
      <w:hyperlink r:id="rId15">
        <w:r>
          <w:rPr>
            <w:color w:val="0000EE"/>
            <w:u w:val="single"/>
          </w:rPr>
          <w:t>https://newfarmpark.com.au/</w:t>
        </w:r>
      </w:hyperlink>
      <w:r>
        <w:t xml:space="preserve"> - New Farm Park is a heritage-listed riverfront park in Brisbane, known for its stunning rose garden, sprawling lawns, riverside views, and the wooden playground among fig trees. It's a beloved spot for picnics, celebrations, weddings, and leisurely strolls. The park is easily accessible via public transport, including CityCat stops, buses, and a River Hub pontoon, or by car with available parking.</w:t>
      </w:r>
      <w:r/>
    </w:p>
    <w:p>
      <w:pPr>
        <w:pStyle w:val="ListNumber"/>
        <w:spacing w:line="240" w:lineRule="auto"/>
        <w:ind w:left="720"/>
      </w:pPr>
      <w:r/>
      <w:hyperlink r:id="rId14">
        <w:r>
          <w:rPr>
            <w:color w:val="0000EE"/>
            <w:u w:val="single"/>
          </w:rPr>
          <w:t>https://happeningnext.com/event/brisbane-pride-annual-memorial-garden-eid3a0ckxfd91</w:t>
        </w:r>
      </w:hyperlink>
      <w:r>
        <w:t xml:space="preserve"> - The Brisbane Pride Annual Memorial Garden event is scheduled for Friday, 25 July 2025, at 11:00 pm to Saturday, 26 July 2025, at 12:00 am, at New Farm Park. The event aims to collectively remember and honour loved ones who have passed away, with catering provided. Attendees are encouraged to bring a fold-out chair or picnic blanket, as limited seating is available. The park is accessible for those with physical access needs.</w:t>
      </w:r>
      <w:r/>
    </w:p>
    <w:p>
      <w:pPr>
        <w:pStyle w:val="ListNumber"/>
        <w:spacing w:line="240" w:lineRule="auto"/>
        <w:ind w:left="720"/>
      </w:pPr>
      <w:r/>
      <w:hyperlink r:id="rId13">
        <w:r>
          <w:rPr>
            <w:color w:val="0000EE"/>
            <w:u w:val="single"/>
          </w:rPr>
          <w:t>https://www.starobserver.com.au/news/brisbane-pride-memorial-garden-event-targeted-by-protesters/237779</w:t>
        </w:r>
      </w:hyperlink>
      <w:r>
        <w:t xml:space="preserve"> - In July 2025, the Brisbane Pride Memorial Garden event at New Farm Park was disrupted by a group of protesters. Despite the interruption, approximately thirty members of Brisbane's LGBTQIA+ community gathered to remember the lives of those who had passed away. The event, held annually, involves planting a garden at the park's entrance, with flowers arranged to bloom into a rainbow formation by September.</w:t>
      </w:r>
      <w:r/>
    </w:p>
    <w:p>
      <w:pPr>
        <w:pStyle w:val="ListNumber"/>
        <w:spacing w:line="240" w:lineRule="auto"/>
        <w:ind w:left="720"/>
      </w:pPr>
      <w:r/>
      <w:hyperlink r:id="rId11">
        <w:r>
          <w:rPr>
            <w:color w:val="0000EE"/>
            <w:u w:val="single"/>
          </w:rPr>
          <w:t>https://newfarmpark.com.au/memorial-plants-pride-in-hearts/</w:t>
        </w:r>
      </w:hyperlink>
      <w:r>
        <w:t xml:space="preserve"> - On Saturday, August 5, Brisbane Pride held a ceremony for the Annual Memorial Garden in New Farm Park. The event serves as a special day of remembrance, representing a celebration of partners, friends, lost loves, and family members who are no longer with us. The garden is strategically planted to bloom into a vibrant and colourful tribute by September, coinciding with Brisbane's Pride Fair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he-brisbane-pride-memorial-garden-is-this-weekend/242845" TargetMode="External"/><Relationship Id="rId10" Type="http://schemas.openxmlformats.org/officeDocument/2006/relationships/hyperlink" Target="https://www.brisbane.qld.gov.au/parks-and-recreation/parks-and-greenspaces/find-park-facilities-and-locations/new-farm-park" TargetMode="External"/><Relationship Id="rId11" Type="http://schemas.openxmlformats.org/officeDocument/2006/relationships/hyperlink" Target="https://newfarmpark.com.au/memorial-plants-pride-in-hearts/" TargetMode="External"/><Relationship Id="rId12" Type="http://schemas.openxmlformats.org/officeDocument/2006/relationships/hyperlink" Target="https://www.viabrisbane.com/events/venue/new-farm-park" TargetMode="External"/><Relationship Id="rId13" Type="http://schemas.openxmlformats.org/officeDocument/2006/relationships/hyperlink" Target="https://www.starobserver.com.au/news/brisbane-pride-memorial-garden-event-targeted-by-protesters/237779" TargetMode="External"/><Relationship Id="rId14" Type="http://schemas.openxmlformats.org/officeDocument/2006/relationships/hyperlink" Target="https://happeningnext.com/event/brisbane-pride-annual-memorial-garden-eid3a0ckxfd91" TargetMode="External"/><Relationship Id="rId15" Type="http://schemas.openxmlformats.org/officeDocument/2006/relationships/hyperlink" Target="https://newfarmpark.com.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