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Brain Study on Scents and Sexuality: What the 2005 Findings Still Tell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science, and anyone who's ever blamed their "gaydar" on a whiff of cologne, are revisiting a landmark 2005 study that found gay and straight men’s brains react differently to hormone-linked scents; it matters because it adds a sensory clue to the complex story of sexual orientation.</w:t>
      </w:r>
      <w:r/>
    </w:p>
    <w:p>
      <w:r/>
      <w:r>
        <w:t>Essential Takeaways</w:t>
      </w:r>
      <w:r/>
      <w:r/>
    </w:p>
    <w:p>
      <w:pPr>
        <w:pStyle w:val="ListBullet"/>
        <w:spacing w:line="240" w:lineRule="auto"/>
        <w:ind w:left="720"/>
      </w:pPr>
      <w:r/>
      <w:r>
        <w:rPr>
          <w:b/>
        </w:rPr>
        <w:t>Key finding:</w:t>
      </w:r>
      <w:r>
        <w:t xml:space="preserve"> Gay men’s anterior hypothalamus responded to a testosterone-related scent similarly to heterosexual women, suggesting different processing of hormone-linked odours. </w:t>
      </w:r>
      <w:r/>
    </w:p>
    <w:p>
      <w:pPr>
        <w:pStyle w:val="ListBullet"/>
        <w:spacing w:line="240" w:lineRule="auto"/>
        <w:ind w:left="720"/>
      </w:pPr>
      <w:r/>
      <w:r>
        <w:rPr>
          <w:b/>
        </w:rPr>
        <w:t>Specifics of the stimuli:</w:t>
      </w:r>
      <w:r>
        <w:t xml:space="preserve"> Researchers used synthetic compounds that mimic hormone derivatives from male sweat and female urine, not commercial perfumes. </w:t>
      </w:r>
      <w:r/>
    </w:p>
    <w:p>
      <w:pPr>
        <w:pStyle w:val="ListBullet"/>
        <w:spacing w:line="240" w:lineRule="auto"/>
        <w:ind w:left="720"/>
      </w:pPr>
      <w:r/>
      <w:r>
        <w:rPr>
          <w:b/>
        </w:rPr>
        <w:t>Control smells:</w:t>
      </w:r>
      <w:r>
        <w:t xml:space="preserve"> Neutral scents like lavender produced no meaningful differences across groups, pointing to specificity in responses. </w:t>
      </w:r>
      <w:r/>
    </w:p>
    <w:p>
      <w:pPr>
        <w:pStyle w:val="ListBullet"/>
        <w:spacing w:line="240" w:lineRule="auto"/>
        <w:ind w:left="720"/>
      </w:pPr>
      <w:r/>
      <w:r>
        <w:rPr>
          <w:b/>
        </w:rPr>
        <w:t>Scope:</w:t>
      </w:r>
      <w:r>
        <w:t xml:space="preserve"> The study measured brain activity, not anatomy, so it shows different function rather than structural change. </w:t>
      </w:r>
      <w:r/>
    </w:p>
    <w:p>
      <w:pPr>
        <w:pStyle w:val="ListBullet"/>
        <w:spacing w:line="240" w:lineRule="auto"/>
        <w:ind w:left="720"/>
      </w:pPr>
      <w:r/>
      <w:r>
        <w:rPr>
          <w:b/>
        </w:rPr>
        <w:t>Big picture:</w:t>
      </w:r>
      <w:r>
        <w:t xml:space="preserve"> This is one piece of evidence among genetics, hormones and environment, no single smell explains sexual orientation.</w:t>
      </w:r>
      <w:r/>
      <w:r/>
    </w:p>
    <w:p>
      <w:pPr>
        <w:pStyle w:val="Heading2"/>
      </w:pPr>
      <w:r>
        <w:t>Why this old brain study keeps popping up in conversations</w:t>
      </w:r>
      <w:r/>
    </w:p>
    <w:p>
      <w:r/>
      <w:r>
        <w:t>The finding that men’s brains might light up differently to certain scents is just the sort of neat, sensory image people cling to, your nose tensing before your eyes register anything. According to reporting in the LA Times and a PNAS paper, researchers scanned volunteers while they smelled compounds designed to mimic hormone derivatives found in body secretions. The result was a clear contrast in anterior hypothalamus activity between gay and straight men when exposed to the male-linked compound. It’s a tidy, memorable result and that’s partly why it’s still referenced today.</w:t>
      </w:r>
      <w:r/>
    </w:p>
    <w:p>
      <w:pPr>
        <w:pStyle w:val="Heading2"/>
      </w:pPr>
      <w:r>
        <w:t>How the experiment actually worked (and what they sniffed)</w:t>
      </w:r>
      <w:r/>
    </w:p>
    <w:p>
      <w:r/>
      <w:r>
        <w:t>Scientists led by Ivanka Savic at the Karolinska Institute didn’t hand participants a bottle of aftershave; they used lab-made chemicals that imitate derivatives of testosterone and oestrogen. Brain scans, fMRI, tracked activity in regions tied to sexual behaviour. Lavender was used as a neutral control and produced no meaningful differences, which helps show the responses weren’t merely about smelling anything strange. The distinction matters: the study is about functional reaction to hormone-like cues rather than obvious social signals like clothes or grooming.</w:t>
      </w:r>
      <w:r/>
    </w:p>
    <w:p>
      <w:pPr>
        <w:pStyle w:val="Heading2"/>
      </w:pPr>
      <w:r>
        <w:t>What experts said then , and what that means now</w:t>
      </w:r>
      <w:r/>
    </w:p>
    <w:p>
      <w:r/>
      <w:r>
        <w:t>At the time, figures such as Simon LeVay and Sandra Witelson described the work as another piece in a growing mosaic suggesting neurobiological differences by sexual orientation. But they and others were careful: it doesn’t explain origins. Coverage in Scientific American and CBS News highlighted the cautious interpretation, this adds texture to our understanding but doesn’t single-handedly answer how sexual orientation develops. Science has moved on, and researchers now talk about genetics, prenatal hormones, brain development and environment together rather than looking for a single smoking gun.</w:t>
      </w:r>
      <w:r/>
    </w:p>
    <w:p>
      <w:pPr>
        <w:pStyle w:val="Heading2"/>
      </w:pPr>
      <w:r>
        <w:t>How much should we read into scent-based findings?</w:t>
      </w:r>
      <w:r/>
    </w:p>
    <w:p>
      <w:r/>
      <w:r>
        <w:t>If you’ve ever thought attraction began with a scent, this study is tempting evidence. Yet the responsible takeaway is modest: scent processing might reflect differences in brain function linked to attraction, but it’s not destiny. Practical point, if you’re curious about replications and updates, look for newer work that tests larger, more diverse samples and refines stimulus design. And remember that human attraction is a layered, sensory and social experience; a whiff might nudge a feeling, but it rarely tells the whole story.</w:t>
      </w:r>
      <w:r/>
    </w:p>
    <w:p>
      <w:pPr>
        <w:pStyle w:val="Heading2"/>
      </w:pPr>
      <w:r>
        <w:t>Choosing what to believe, and what to try at a dinner party</w:t>
      </w:r>
      <w:r/>
    </w:p>
    <w:p>
      <w:r/>
      <w:r>
        <w:t>Treat this study as a fascinating data point rather than a definitive manual on human sexuality. It’s great for sparking conversation at a dinner party, “Did you know our brains might process pheromone-like scents differently?”, but avoid claiming it proves innate causes. For anyone researching or sharing findings, the prudent approach is to frame the result as suggestive, replicable in some studies but not an explanation on its own.</w:t>
      </w:r>
      <w:r/>
    </w:p>
    <w:p>
      <w:r/>
      <w:r>
        <w:t>It's a small, intriguing clue that makes the science of attraction smell a little more complex.</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11">
        <w:r>
          <w:rPr>
            <w:color w:val="0000EE"/>
            <w:u w:val="single"/>
          </w:rPr>
          <w:t>[7]</w:t>
        </w:r>
      </w:hyperlink>
      <w:r>
        <w:t xml:space="preserve">, </w:t>
      </w:r>
      <w:hyperlink r:id="rId10">
        <w:r>
          <w:rPr>
            <w:color w:val="0000EE"/>
            <w:u w:val="single"/>
          </w:rPr>
          <w:t>[4]</w:t>
        </w:r>
      </w:hyperlink>
      <w:r>
        <w:t xml:space="preserve">- Paragraph 3: </w:t>
      </w:r>
      <w:hyperlink r:id="rId11">
        <w:r>
          <w:rPr>
            <w:color w:val="0000EE"/>
            <w:u w:val="single"/>
          </w:rPr>
          <w:t>[7]</w:t>
        </w:r>
      </w:hyperlink>
      <w:r>
        <w:t xml:space="preserve">, </w:t>
      </w:r>
      <w:hyperlink r:id="rId12">
        <w:r>
          <w:rPr>
            <w:color w:val="0000EE"/>
            <w:u w:val="single"/>
          </w:rPr>
          <w:t>[2]</w:t>
        </w:r>
      </w:hyperlink>
      <w:r>
        <w:t xml:space="preserve">- Paragraph 4: </w:t>
      </w:r>
      <w:hyperlink r:id="rId13">
        <w:r>
          <w:rPr>
            <w:color w:val="0000EE"/>
            <w:u w:val="single"/>
          </w:rPr>
          <w:t>[3]</w:t>
        </w:r>
      </w:hyperlink>
      <w:r>
        <w:t xml:space="preserve">, </w:t>
      </w:r>
      <w:hyperlink r:id="rId14">
        <w:r>
          <w:rPr>
            <w:color w:val="0000EE"/>
            <w:u w:val="single"/>
          </w:rPr>
          <w:t>[5]</w:t>
        </w:r>
      </w:hyperlink>
      <w:r>
        <w:t xml:space="preserve">- Paragraph 5: </w:t>
      </w:r>
      <w:hyperlink r:id="rId15">
        <w:r>
          <w:rPr>
            <w:color w:val="0000EE"/>
            <w:u w:val="single"/>
          </w:rPr>
          <w:t>[6]</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https://instinctmagazine.com/brain-study-gay-men-scents/</w:t>
        </w:r>
      </w:hyperlink>
      <w:r>
        <w:t xml:space="preserve"> - Please view link - unable to able to access data</w:t>
      </w:r>
      <w:r/>
    </w:p>
    <w:p>
      <w:pPr>
        <w:pStyle w:val="ListNumber"/>
        <w:spacing w:line="240" w:lineRule="auto"/>
        <w:ind w:left="720"/>
      </w:pPr>
      <w:r/>
      <w:hyperlink r:id="rId12">
        <w:r>
          <w:rPr>
            <w:color w:val="0000EE"/>
            <w:u w:val="single"/>
          </w:rPr>
          <w:t>https://pubmed.ncbi.nlm.nih.gov/15883379/</w:t>
        </w:r>
      </w:hyperlink>
      <w:r>
        <w:t xml:space="preserve"> - This 2005 study, titled 'Brain response to putative pheromones in homosexual men', was conducted by Ivanka Savic and colleagues at the Karolinska Institute in Stockholm. The research found that gay men exhibited hypothalamic activation in response to the testosterone derivative 4,16-androstadien-3-one (AND), similar to heterosexual women, suggesting a link between sexual orientation and hypothalamic neuronal processes. The study was published in the Proceedings of the National Academy of Sciences (PNAS).</w:t>
      </w:r>
      <w:r/>
    </w:p>
    <w:p>
      <w:pPr>
        <w:pStyle w:val="ListNumber"/>
        <w:spacing w:line="240" w:lineRule="auto"/>
        <w:ind w:left="720"/>
      </w:pPr>
      <w:r/>
      <w:hyperlink r:id="rId13">
        <w:r>
          <w:rPr>
            <w:color w:val="0000EE"/>
            <w:u w:val="single"/>
          </w:rPr>
          <w:t>https://www.scientificamerican.com/article/whats-smell-got-to-do-with-it/</w:t>
        </w:r>
      </w:hyperlink>
      <w:r>
        <w:t xml:space="preserve"> - An article from Scientific American, dated July 1, 2005, discusses the findings of the 2005 study by Ivanka Savic and her team. The piece highlights how gay men's brains respond to the testosterone derivative androstadienone in a manner similar to heterosexual women's brains, indicating a potential biological basis for sexual orientation. The article also notes that further research is needed to fully understand these activation patterns.</w:t>
      </w:r>
      <w:r/>
    </w:p>
    <w:p>
      <w:pPr>
        <w:pStyle w:val="ListNumber"/>
        <w:spacing w:line="240" w:lineRule="auto"/>
        <w:ind w:left="720"/>
      </w:pPr>
      <w:r/>
      <w:hyperlink r:id="rId10">
        <w:r>
          <w:rPr>
            <w:color w:val="0000EE"/>
            <w:u w:val="single"/>
          </w:rPr>
          <w:t>https://www.latimes.com/archives/la-xpm-2005-may-10-na-brain10-story.html</w:t>
        </w:r>
      </w:hyperlink>
      <w:r>
        <w:t xml:space="preserve"> - A Los Angeles Times article from May 10, 2005, reports on the study by Ivanka Savic and colleagues, which found that gay men's brains respond to certain scents, like the testosterone derivative AND, in a way that resembles heterosexual women's brain activity. This suggests a neurobiological difference between gay and straight men. The article also quotes biologist Simon LeVay, who emphasizes the significance of these findings while acknowledging that they don't fully explain the origins of sexual orientation.</w:t>
      </w:r>
      <w:r/>
    </w:p>
    <w:p>
      <w:pPr>
        <w:pStyle w:val="ListNumber"/>
        <w:spacing w:line="240" w:lineRule="auto"/>
        <w:ind w:left="720"/>
      </w:pPr>
      <w:r/>
      <w:hyperlink r:id="rId14">
        <w:r>
          <w:rPr>
            <w:color w:val="0000EE"/>
            <w:u w:val="single"/>
          </w:rPr>
          <w:t>https://www.cbsnews.com/news/sexual-orientation-in-the-brain/</w:t>
        </w:r>
      </w:hyperlink>
      <w:r>
        <w:t xml:space="preserve"> - A CBS News article from May 9, 2005, covers the research by Ivanka Savic and her team, which found that gay men's brains react to the testosterone derivative androstadienone in a manner similar to heterosexual women's brains. This finding adds evidence to the notion that sexual orientation may have a biological basis. The article also includes commentary from Sandra Witelson, an expert on brain anatomy and sexual orientation, who highlights the significance of the study.</w:t>
      </w:r>
      <w:r/>
    </w:p>
    <w:p>
      <w:pPr>
        <w:pStyle w:val="ListNumber"/>
        <w:spacing w:line="240" w:lineRule="auto"/>
        <w:ind w:left="720"/>
      </w:pPr>
      <w:r/>
      <w:hyperlink r:id="rId15">
        <w:r>
          <w:rPr>
            <w:color w:val="0000EE"/>
            <w:u w:val="single"/>
          </w:rPr>
          <w:t>https://www.researchgate.net/publication/7858488_Brain_response_to_putative_pheromones_in_homosexual_men</w:t>
        </w:r>
      </w:hyperlink>
      <w:r>
        <w:t xml:space="preserve"> - This ResearchGate publication provides access to the full text of the 2005 study by Ivanka Savic and colleagues. The study investigates how gay men's brains respond to the testosterone derivative 4,16-androstadien-3-one (AND) and the estrogen-like steroid estra-1,3,5(10),16-tetraen-3-ol (EST). The findings suggest that gay men process these compounds differently than heterosexual men, with brain activity patterns more similar to those of heterosexual women.</w:t>
      </w:r>
      <w:r/>
    </w:p>
    <w:p>
      <w:pPr>
        <w:pStyle w:val="ListNumber"/>
        <w:spacing w:line="240" w:lineRule="auto"/>
        <w:ind w:left="720"/>
      </w:pPr>
      <w:r/>
      <w:hyperlink r:id="rId11">
        <w:r>
          <w:rPr>
            <w:color w:val="0000EE"/>
            <w:u w:val="single"/>
          </w:rPr>
          <w:t>https://www.pnas.org/doi/10.1073/pnas.0407998102</w:t>
        </w:r>
      </w:hyperlink>
      <w:r>
        <w:t xml:space="preserve"> - The official publication of the 2005 study titled 'Brain response to putative pheromones in homosexual men' by Ivanka Savic and colleagues. The study, published in the Proceedings of the National Academy of Sciences (PNAS), examines how gay men's brains respond to odor compounds designed to mimic derivatives of testosterone and estrogen. The research found that gay men exhibited hypothalamic activation in response to the testosterone derivative AND, similar to heterosexual women, suggesting a link between sexual orientation and hypothalamic neuronal processes.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brain-study-gay-men-scents/" TargetMode="External"/><Relationship Id="rId10" Type="http://schemas.openxmlformats.org/officeDocument/2006/relationships/hyperlink" Target="https://www.latimes.com/archives/la-xpm-2005-may-10-na-brain10-story.html" TargetMode="External"/><Relationship Id="rId11" Type="http://schemas.openxmlformats.org/officeDocument/2006/relationships/hyperlink" Target="https://www.pnas.org/doi/10.1073/pnas.0407998102" TargetMode="External"/><Relationship Id="rId12" Type="http://schemas.openxmlformats.org/officeDocument/2006/relationships/hyperlink" Target="https://pubmed.ncbi.nlm.nih.gov/15883379/" TargetMode="External"/><Relationship Id="rId13" Type="http://schemas.openxmlformats.org/officeDocument/2006/relationships/hyperlink" Target="https://www.scientificamerican.com/article/whats-smell-got-to-do-with-it/" TargetMode="External"/><Relationship Id="rId14" Type="http://schemas.openxmlformats.org/officeDocument/2006/relationships/hyperlink" Target="https://www.cbsnews.com/news/sexual-orientation-in-the-brain/" TargetMode="External"/><Relationship Id="rId15" Type="http://schemas.openxmlformats.org/officeDocument/2006/relationships/hyperlink" Target="https://www.researchgate.net/publication/7858488_Brain_response_to_putative_pheromones_in_homosexual_m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