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Women Crush Wednesday Picks: 50 Queer Queens Heating Up Summer Timelines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Swoon over a fresh roundup of queer icons lighting up music, TV and social feeds this summer , from reality TV slayers to rising R&amp;B stars who are rewriting the rules. Fans are sharing looks, tracks and moments that matter, and these 50 Women Crush Wednesday picks explain why they’re trending.</w:t>
      </w:r>
      <w:r/>
    </w:p>
    <w:p>
      <w:r/>
      <w:r>
        <w:t>Essential Takeaways</w:t>
      </w:r>
      <w:r/>
      <w:r/>
    </w:p>
    <w:p>
      <w:pPr>
        <w:pStyle w:val="ListBullet"/>
        <w:spacing w:line="240" w:lineRule="auto"/>
        <w:ind w:left="720"/>
      </w:pPr>
      <w:r/>
      <w:r>
        <w:rPr>
          <w:b/>
        </w:rPr>
        <w:t>Star power:</w:t>
      </w:r>
      <w:r>
        <w:t xml:space="preserve"> Reality and music stars like Porsha Williams and Kehlani are driving big conversations right now.</w:t>
      </w:r>
      <w:r/>
    </w:p>
    <w:p>
      <w:pPr>
        <w:pStyle w:val="ListBullet"/>
        <w:spacing w:line="240" w:lineRule="auto"/>
        <w:ind w:left="720"/>
      </w:pPr>
      <w:r/>
      <w:r>
        <w:rPr>
          <w:b/>
        </w:rPr>
        <w:t>Musical shift:</w:t>
      </w:r>
      <w:r>
        <w:t xml:space="preserve"> Lesbian and queer R&amp;B artists are gaining visibility and reshaping the genre’s sound and stories.</w:t>
      </w:r>
      <w:r/>
    </w:p>
    <w:p>
      <w:pPr>
        <w:pStyle w:val="ListBullet"/>
        <w:spacing w:line="240" w:lineRule="auto"/>
        <w:ind w:left="720"/>
      </w:pPr>
      <w:r/>
      <w:r>
        <w:rPr>
          <w:b/>
        </w:rPr>
        <w:t>Social buzz:</w:t>
      </w:r>
      <w:r>
        <w:t xml:space="preserve"> Bold fashion moments and candid personal updates are keeping timelines buzzing.</w:t>
      </w:r>
      <w:r/>
    </w:p>
    <w:p>
      <w:pPr>
        <w:pStyle w:val="ListBullet"/>
        <w:spacing w:line="240" w:lineRule="auto"/>
        <w:ind w:left="720"/>
      </w:pPr>
      <w:r/>
      <w:r>
        <w:rPr>
          <w:b/>
        </w:rPr>
        <w:t>Diverse appeal:</w:t>
      </w:r>
      <w:r>
        <w:t xml:space="preserve"> Picks include celebrities across TV, music and social platforms , confident, stylish and unfiltered.</w:t>
      </w:r>
      <w:r/>
    </w:p>
    <w:p>
      <w:pPr>
        <w:pStyle w:val="ListBullet"/>
        <w:spacing w:line="240" w:lineRule="auto"/>
        <w:ind w:left="720"/>
      </w:pPr>
      <w:r/>
      <w:r>
        <w:rPr>
          <w:b/>
        </w:rPr>
        <w:t>Feel:</w:t>
      </w:r>
      <w:r>
        <w:t xml:space="preserve"> Expect slick visuals, soulful vocals and a playful, empowered energy that feels summer-ready.</w:t>
      </w:r>
      <w:r/>
      <w:r/>
    </w:p>
    <w:p>
      <w:pPr>
        <w:pStyle w:val="Heading2"/>
      </w:pPr>
      <w:r>
        <w:t>Why Porsha Williams’ post-divorce glow is hard to ignore</w:t>
      </w:r>
      <w:r/>
    </w:p>
    <w:p>
      <w:r/>
      <w:r>
        <w:t>Porsha’s new relationship news sent the kind of social ripple every reality-TV fan lives for, and her reunion looks only added fuel to the conversation. According to coverage in lifestyle outlets, the Real Housewives star has been sharing confident, summertime imagery that reads as both celebratory and deliberately glamorous. That kind of visibility matters because reality stars translate personal moments into cultural chatter , fans react, memes form, and fashion cues spread fast. If you’re curating your own WCW list, include big reality moments: they’re great conversation starters and often lead to TikTok trends.</w:t>
      </w:r>
      <w:r/>
    </w:p>
    <w:p>
      <w:pPr>
        <w:pStyle w:val="Heading2"/>
      </w:pPr>
      <w:r>
        <w:t>Lesbian and queer R&amp;B is quietly becoming the sound of now</w:t>
      </w:r>
      <w:r/>
    </w:p>
    <w:p>
      <w:r/>
      <w:r>
        <w:t>There’s a creative shift happening in R&amp;B, with queer artists bringing fresh perspectives and textures to the genre. Artists like KWN and Jozzy are being credited with changing the rulebook, blending slick production with intimate storytelling that feels both modern and classic. Gay Times and other outlets have flagged this as a trend you’ll hear on repeat: raw vocals, honest love songs and beats that lean into intimacy rather than spectacle. For playlist curators, look for tracks that pair late-night moodiness with bright hooks , they’re the ones that stick.</w:t>
      </w:r>
      <w:r/>
    </w:p>
    <w:p>
      <w:pPr>
        <w:pStyle w:val="Heading2"/>
      </w:pPr>
      <w:r>
        <w:t>Reality TV queens still set the social agenda</w:t>
      </w:r>
      <w:r/>
    </w:p>
    <w:p>
      <w:r/>
      <w:r>
        <w:t>Reality TV veterans keep proving they’re as influential off-screen as on. From reunion looks that dominate red-carpet roundups to headline-making flights of drama that outlets report on, these stars know how to stay relevant. Coverage has highlighted returns to the spotlight that feel like full-on comebacks; fans love the drama, but they also tune in for style tips and memorable one-liners. If your feed needs a dash of theatricality, these queens deliver , and their fashion moments are easy to replicate for a statement Insta post.</w:t>
      </w:r>
      <w:r/>
    </w:p>
    <w:p>
      <w:pPr>
        <w:pStyle w:val="Heading2"/>
      </w:pPr>
      <w:r>
        <w:t>Social media moments: captions, fits and the little details that go viral</w:t>
      </w:r>
      <w:r/>
    </w:p>
    <w:p>
      <w:r/>
      <w:r>
        <w:t>What actually makes someone a “woman crush” in 2026 is often a tiny, sharable moment , a cheeky caption, a soft-focus selfie, or a clip of a candid laugh. Platforms reward authenticity, so when artists and stars post unvarnished slices of life, engagement spikes. That’s why this roundup mixes polished promos with informal posts: the contrast makes the glossy images feel human. Tip: follow a mix of official accounts and behind-the-scenes creators to catch both the staged and the spontaneous.</w:t>
      </w:r>
      <w:r/>
    </w:p>
    <w:p>
      <w:pPr>
        <w:pStyle w:val="Heading2"/>
      </w:pPr>
      <w:r>
        <w:t>How to build your own Women Crush Wednesday list</w:t>
      </w:r>
      <w:r/>
    </w:p>
    <w:p>
      <w:r/>
      <w:r>
        <w:t>Start broad: pick a few big names you already love, then add emerging acts spotted in playlists or indie press. Include a mix of musicians, reality stars and creators so your list feels balanced , think style, voice and personality. For music fans, add one or two tracks that capture the artist’s range; for TV lovers, note a standout scene or quote. Above all, make room for surprise discoveries , that’s half the fun.</w:t>
      </w:r>
      <w:r/>
    </w:p>
    <w:p>
      <w:r/>
      <w:r>
        <w:t>It's a small change that can make your summer timeline a lot hotter.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[4]</w:t>
        </w:r>
      </w:hyperlink>
      <w:r>
        <w:t xml:space="preserve">, </w:t>
      </w:r>
      <w:hyperlink r:id="rId15">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3">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https://madamenoire.com/1682080/wcw-women-crush-wednesday-sexy-queer-queens-vol-32/</w:t>
        </w:r>
      </w:hyperlink>
      <w:r>
        <w:t xml:space="preserve"> - Please view link - unable to able to access data</w:t>
      </w:r>
      <w:r/>
    </w:p>
    <w:p>
      <w:pPr>
        <w:pStyle w:val="ListNumber"/>
        <w:spacing w:line="240" w:lineRule="auto"/>
        <w:ind w:left="720"/>
      </w:pPr>
      <w:r/>
      <w:hyperlink r:id="rId10">
        <w:r>
          <w:rPr>
            <w:color w:val="0000EE"/>
            <w:u w:val="single"/>
          </w:rPr>
          <w:t>https://www.thedailybeast.com/obsessed/real-housewives-star-porsha-williams-debuts-post-divorce-girlfriend/</w:t>
        </w:r>
      </w:hyperlink>
      <w:r>
        <w:t xml:space="preserve"> - Porsha Williams, former star of 'The Real Housewives of Atlanta', has publicly introduced her new girlfriend, Patrice McKinney, via Instagram. This announcement follows her divorce from Simon Guobadia after 14 months of marriage, a relationship she described as toxic, calling Guobadia a 'narcissist'. Williams, 44, first hinted at dating women during a post-divorce interview with 'People' in June 2025, where she discussed exploring her sexuality with the support of therapy. At a recent CultureCon event, she confirmed she was dating both a woman and speaking to a man but had only now revealed McKinney, a 'Salon Suite Mentor', as her female partner. Williams departed from the 'Real Housewives' franchise in 2021 before her marriage but returned for Season 16 in 2024.</w:t>
      </w:r>
      <w:r/>
    </w:p>
    <w:p>
      <w:pPr>
        <w:pStyle w:val="ListNumber"/>
        <w:spacing w:line="240" w:lineRule="auto"/>
        <w:ind w:left="720"/>
      </w:pPr>
      <w:r/>
      <w:hyperlink r:id="rId12">
        <w:r>
          <w:rPr>
            <w:color w:val="0000EE"/>
            <w:u w:val="single"/>
          </w:rPr>
          <w:t>https://www.gaytimes.co.uk/kwn-is-rewriting-the-rules-of-rnb/</w:t>
        </w:r>
      </w:hyperlink>
      <w:r>
        <w:t xml:space="preserve"> - British singer, songwriter, and rapper kwn (pronounced kay-wuhn) is making waves in the R&amp;B scene with her sultry, sapphic bedroom bangers. She burst onto the scene earlier this year with 'Worst Behaviour' featuring Kehlani—a track she originally sold to fans just to cover mastering costs, before it went on to become a bona fide lesbian classic, complete with an equally steamy music video. Her nine-track EP, 'With All Due Respect', stands as both an ode to Black queer women and a love letter to R&amp;B, while remaining unmistakably and unapologetically kwn. In October 2025, she confirmed she was in a relationship with Kehlani, after months of speculation.</w:t>
      </w:r>
      <w:r/>
    </w:p>
    <w:p>
      <w:pPr>
        <w:pStyle w:val="ListNumber"/>
        <w:spacing w:line="240" w:lineRule="auto"/>
        <w:ind w:left="720"/>
      </w:pPr>
      <w:r/>
      <w:hyperlink r:id="rId14">
        <w:r>
          <w:rPr>
            <w:color w:val="0000EE"/>
            <w:u w:val="single"/>
          </w:rPr>
          <w:t>https://www.thedailybeast.com/obsessed/phaedra-parks-reality-tvs-messiest-queen-returns-to-her-throne/</w:t>
        </w:r>
      </w:hyperlink>
      <w:r>
        <w:t xml:space="preserve"> - Phaedra Parks is making a dramatic return to Bravo's 'The Real Housewives of Atlanta' (RHOA) in Season 16 after a controversial exit in 2017. Her departure followed a major fallout involving false accusations against fellow cast member Kandi Burruss, which came to light during the Season 9 reunion. Although Parks avoids discussing this scandal in a recent interview, she enthusiastically describes her surprise return during a cast trip, comparing it to classic RHOA moments. Despite past tensions with cast members and Bravo itself, Parks claims to maintain relationships with key figures like Andy Cohen, NeNe Leakes, and Porsha Williams, whose support helped facilitate her comeback. Beyond RHOA, Parks has remained active in reality TV, earning praise from her time on 'The Traitors' and forging close ties with co-stars from other shows including 'Ultimate Girls Trip', despite legal issues delaying some episodes. Parks' return is framed not only as a redemption arc but also as a showcase of her enduring charisma and complex connections within the Bravo universe. While she deflects deeper questions about past controversies, she emphasizes her television appeal and readiness to reclaim her place in the spotlight.</w:t>
      </w:r>
      <w:r/>
    </w:p>
    <w:p>
      <w:pPr>
        <w:pStyle w:val="ListNumber"/>
        <w:spacing w:line="240" w:lineRule="auto"/>
        <w:ind w:left="720"/>
      </w:pPr>
      <w:r/>
      <w:hyperlink r:id="rId15">
        <w:r>
          <w:rPr>
            <w:color w:val="0000EE"/>
            <w:u w:val="single"/>
          </w:rPr>
          <w:t>https://www.thedailybeast.com/real-housewives-star-accuses-delta-passenger-of-verbal-assault-in-unhinged-incident/</w:t>
        </w:r>
      </w:hyperlink>
      <w:r>
        <w:t xml:space="preserve"> - Reality television star Porsha Williams, known for her role on 'The Real Housewives of Atlanta', became embroiled in a mid-air incident on a Delta Airlines flight following her appearance at BravoCon. On November 16, 2025, Williams was escorted off the plane in Las Vegas after an alleged verbal altercation with another passenger. Her attorney, Joe Habachy, claims the confrontation was unprovoked, describing the other party as 'unhinged' and asserting that the passenger later made false statements contradicting eyewitness accounts. Federal authorities, including the FBI in Atlanta, are investigating the incident to determine if federal charges are applicable. Delta Airlines confirmed two passengers were involved but noted the flight continued as scheduled. Williams, 44, appeared composed in TMZ footage of the deplaning and expressed gratitude to fans afterward via Instagram. The incident comes amid a tumultuous year for Williams, marked by her divorce from Simon Guobadia, who was deported to Nigeria after legal and immigration issues. Guobadia has since sued Williams for $75,000, alleging defamation and emotional distress related to social media posts. The legal and personal challenges continue to unfold publicly as federal authorities look deeper into the in-flight confrontation.</w:t>
      </w:r>
      <w:r/>
    </w:p>
    <w:p>
      <w:pPr>
        <w:pStyle w:val="ListNumber"/>
        <w:spacing w:line="240" w:lineRule="auto"/>
        <w:ind w:left="720"/>
      </w:pPr>
      <w:r/>
      <w:hyperlink r:id="rId11">
        <w:r>
          <w:rPr>
            <w:color w:val="0000EE"/>
            <w:u w:val="single"/>
          </w:rPr>
          <w:t>https://www.whattowatch.com/watching-guides/the-real-housewives-of-atlanta-season-16-next-episode-cast-and-everything-we-know-about-the-series</w:t>
        </w:r>
      </w:hyperlink>
      <w:r>
        <w:t xml:space="preserve"> - Season 16 of 'The Real Housewives of Atlanta' marks a major return following a nearly 18-month hiatus after the season 15 reunion. This season mixes returning veterans like Porsha Williams, Cynthia Bailey, and Phaedra Parks with newcomers Brit Eady, Kelli Ferrell, Angela Oakley, and Shamea Morton Mwangi in full-time roles. The season's themes are centered on personal reinvention, evolving friendships, and dramatic conflict. Porsha grapples with a second divorce and complicated ties involving Drew and her ex, while Drew balances motherhood, career ambitions, and a contentious split. Shamea leans on her family as she copes with fears about expanding her family, and Brit navigates a career shift and marital tensions. Kelli juggles single motherhood and reviving her restaurant business post-divorce, and Angela deals with family dynamics and her marriage as she approaches her vow renewal. Phaedra returns later in the season, promising fun and drama, while Cynthia makes guest appearances as the group's calming force. The next episode, set to air July 27 on Bravo, concludes the reunion arc and features escalating tensions among the cast. Episodes are available on Peacock the next day and stream on Hayu in the UK.</w:t>
      </w:r>
      <w:r/>
    </w:p>
    <w:p>
      <w:pPr>
        <w:pStyle w:val="ListNumber"/>
        <w:spacing w:line="240" w:lineRule="auto"/>
        <w:ind w:left="720"/>
      </w:pPr>
      <w:r/>
      <w:hyperlink r:id="rId13">
        <w:r>
          <w:rPr>
            <w:color w:val="0000EE"/>
            <w:u w:val="single"/>
          </w:rPr>
          <w:t>https://www.youtube.com/watch?v=JPDfTw0UKnQ</w:t>
        </w:r>
      </w:hyperlink>
      <w:r>
        <w:t xml:space="preserve"> - In this video, Porsha Williams' makeup look from the Season 9 reunion of 'The Real Housewives of Atlanta' is showcased. The tutorial provides step-by-step guidance on achieving the pink and gold makeup style that Williams wore during the reunion. The video is hosted by Bravo and offers insights into the products and techniques used to recreate the look. It's a valuable resource for fans interested in emulating Williams' reunion makeup style.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damenoire.com/1682080/wcw-women-crush-wednesday-sexy-queer-queens-vol-32/" TargetMode="External"/><Relationship Id="rId10" Type="http://schemas.openxmlformats.org/officeDocument/2006/relationships/hyperlink" Target="https://www.thedailybeast.com/obsessed/real-housewives-star-porsha-williams-debuts-post-divorce-girlfriend/" TargetMode="External"/><Relationship Id="rId11" Type="http://schemas.openxmlformats.org/officeDocument/2006/relationships/hyperlink" Target="https://www.whattowatch.com/watching-guides/the-real-housewives-of-atlanta-season-16-next-episode-cast-and-everything-we-know-about-the-series" TargetMode="External"/><Relationship Id="rId12" Type="http://schemas.openxmlformats.org/officeDocument/2006/relationships/hyperlink" Target="https://www.gaytimes.co.uk/kwn-is-rewriting-the-rules-of-rnb/" TargetMode="External"/><Relationship Id="rId13" Type="http://schemas.openxmlformats.org/officeDocument/2006/relationships/hyperlink" Target="https://www.youtube.com/watch?v=JPDfTw0UKnQ" TargetMode="External"/><Relationship Id="rId14" Type="http://schemas.openxmlformats.org/officeDocument/2006/relationships/hyperlink" Target="https://www.thedailybeast.com/obsessed/phaedra-parks-reality-tvs-messiest-queen-returns-to-her-throne/" TargetMode="External"/><Relationship Id="rId15" Type="http://schemas.openxmlformats.org/officeDocument/2006/relationships/hyperlink" Target="https://www.thedailybeast.com/real-housewives-star-accuses-delta-passenger-of-verbal-assault-in-unhinged-incid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