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navigate Belfast this weekend: parade routes and travel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delays and diversions as multiple parades move through Belfast on Saturday; organisers and police urge attendees and drivers to plan journeys, use legal parking and follow stewarding so the city keeps moving.</w:t>
      </w:r>
      <w:r/>
    </w:p>
    <w:p>
      <w:r/>
      <w:r>
        <w:t>Essential Takeaways</w:t>
      </w:r>
      <w:r/>
      <w:r/>
    </w:p>
    <w:p>
      <w:pPr>
        <w:pStyle w:val="ListBullet"/>
        <w:spacing w:line="240" w:lineRule="auto"/>
        <w:ind w:left="720"/>
      </w:pPr>
      <w:r/>
      <w:r>
        <w:rPr>
          <w:b/>
        </w:rPr>
        <w:t>When:</w:t>
      </w:r>
      <w:r>
        <w:t xml:space="preserve"> Saturday 25 July; main Pride parade leaves Custom House Square around 1pm and should finish by about 4pm. </w:t>
      </w:r>
      <w:r/>
    </w:p>
    <w:p>
      <w:pPr>
        <w:pStyle w:val="ListBullet"/>
        <w:spacing w:line="240" w:lineRule="auto"/>
        <w:ind w:left="720"/>
      </w:pPr>
      <w:r/>
      <w:r>
        <w:rPr>
          <w:b/>
        </w:rPr>
        <w:t>Where:</w:t>
      </w:r>
      <w:r>
        <w:t xml:space="preserve"> City centre, east and south Belfast , plus the Rath Yatra (Festival of Chariots) assembling at Writers Square at 11am. </w:t>
      </w:r>
      <w:r/>
    </w:p>
    <w:p>
      <w:pPr>
        <w:pStyle w:val="ListBullet"/>
        <w:spacing w:line="240" w:lineRule="auto"/>
        <w:ind w:left="720"/>
      </w:pPr>
      <w:r/>
      <w:r>
        <w:rPr>
          <w:b/>
        </w:rPr>
        <w:t>Traffic impact:</w:t>
      </w:r>
      <w:r>
        <w:t xml:space="preserve"> Road closures, diversions and officers managing pinch-points; expect slow-moving traffic on key corridors like Donegall Place and Dublin Road. </w:t>
      </w:r>
      <w:r/>
    </w:p>
    <w:p>
      <w:pPr>
        <w:pStyle w:val="ListBullet"/>
        <w:spacing w:line="240" w:lineRule="auto"/>
        <w:ind w:left="720"/>
      </w:pPr>
      <w:r/>
      <w:r>
        <w:rPr>
          <w:b/>
        </w:rPr>
        <w:t>Practical feel:</w:t>
      </w:r>
      <w:r>
        <w:t xml:space="preserve"> Streets will be busy and noisy, with crowds and bands , bring cashless payment and extra patience. </w:t>
      </w:r>
      <w:r/>
    </w:p>
    <w:p>
      <w:pPr>
        <w:pStyle w:val="ListBullet"/>
        <w:spacing w:line="240" w:lineRule="auto"/>
        <w:ind w:left="720"/>
      </w:pPr>
      <w:r/>
      <w:r>
        <w:rPr>
          <w:b/>
        </w:rPr>
        <w:t>Safety ask:</w:t>
      </w:r>
      <w:r>
        <w:t xml:space="preserve"> Police advise parking legally, not blocking access, and following marshals’ directions to keep events safe and flowing.</w:t>
      </w:r>
      <w:r/>
      <w:r/>
    </w:p>
    <w:p>
      <w:pPr>
        <w:pStyle w:val="Heading2"/>
      </w:pPr>
      <w:r>
        <w:t>What’s happening and where , the routes to know</w:t>
      </w:r>
      <w:r/>
    </w:p>
    <w:p>
      <w:r/>
      <w:r>
        <w:t>If you’re in the city centre, the Pride parade sets off from Custom House Square at about 1pm, threading along High Street, Royal Avenue, Donegall Place and finishing via Chichester Street and Anne Street. The Festival of Chariots (Rath Yatra) forms at Writers Square at 11am and follows a longer city route that reaches Dublin Road and University Road.</w:t>
      </w:r>
      <w:r/>
    </w:p>
    <w:p>
      <w:r/>
      <w:r>
        <w:t>East and south Belfast will also be lively. Band parades start in Tower Street and Pine Street at different times, looping through major routes including Newtownards Road, Shaftesbury Square and Donegall Pass. Police say diversions will be set up at those locations, so streets you usually use might be closed or smell faintly of brass bands and festival food.</w:t>
      </w:r>
      <w:r/>
    </w:p>
    <w:p>
      <w:pPr>
        <w:pStyle w:val="Heading2"/>
      </w:pPr>
      <w:r>
        <w:t>Why police and organisers are urging planning and patience</w:t>
      </w:r>
      <w:r/>
    </w:p>
    <w:p>
      <w:r/>
      <w:r>
        <w:t>According to the PSNI, officers will be on the ground to help traffic flow, but they’re asking attendees and motorists to play their part. That means planning journeys in advance, parking legally, avoiding blocking driveways and obeying marshals. The combination of big crowds and moving parades makes pinch-points inevitable, so allow extra time if you have appointments.</w:t>
      </w:r>
      <w:r/>
    </w:p>
    <w:p>
      <w:r/>
      <w:r>
        <w:t>It’s worth noting that stewards and officers often prioritise emergency access and local residents’ needs, so if you live near a parade route leave a clear driveway and have ID handy if you need to pass through a diversion.</w:t>
      </w:r>
      <w:r/>
    </w:p>
    <w:p>
      <w:pPr>
        <w:pStyle w:val="Heading2"/>
      </w:pPr>
      <w:r>
        <w:t>Practical travel tips , on foot, by bus or driving</w:t>
      </w:r>
      <w:r/>
    </w:p>
    <w:p>
      <w:r/>
      <w:r>
        <w:t>If you can, walk or cycle into the city centre , public transport and foot access avoid most diversion headaches. If you must drive, park well outside the core and use park-and-ride or nearby public transport nodes. Check local bus updates as routes may be revised.</w:t>
      </w:r>
      <w:r/>
    </w:p>
    <w:p>
      <w:r/>
      <w:r>
        <w:t>For drivers already in the area, keep an eye on temporary signage and be ready to follow officers’ directions. If you’re dropping someone off, find a sanctioned set-down point rather than stopping on the parade route; illegal stopping can cause major congestion and fines.</w:t>
      </w:r>
      <w:r/>
    </w:p>
    <w:p>
      <w:pPr>
        <w:pStyle w:val="Heading2"/>
      </w:pPr>
      <w:r>
        <w:t>For festival-goers: what to bring and how to be considerate</w:t>
      </w:r>
      <w:r/>
    </w:p>
    <w:p>
      <w:r/>
      <w:r>
        <w:t>Arrive early to avoid last-minute crowds, bring water and a small foldable umbrella if the weather turns, and use contactless payments where possible. Keep bags light , city events have bag searches sometimes , and stick to designated viewing areas so parades can move without obstruction.</w:t>
      </w:r>
      <w:r/>
    </w:p>
    <w:p>
      <w:r/>
      <w:r>
        <w:t>Be mindful of residents and businesses: park legally, don’t block access and clear litter where possible. A friendly nod or thank-you to volunteers makes these community events feel that bit warmer.</w:t>
      </w:r>
      <w:r/>
    </w:p>
    <w:p>
      <w:pPr>
        <w:pStyle w:val="Heading2"/>
      </w:pPr>
      <w:r>
        <w:t>Looking ahead: a busy city, a celebratory mood</w:t>
      </w:r>
      <w:r/>
    </w:p>
    <w:p>
      <w:r/>
      <w:r>
        <w:t>Belfast will be buzzing, with music, colour and ceremonies across several neighbourhoods. The combination of Pride, Rath Yatra and band parades shows how the city’s calendar can converge into a single, energetic day , and it’s the kind of weekend where a bit of planning makes everything smoother for everyone.</w:t>
      </w:r>
      <w:r/>
    </w:p>
    <w:p>
      <w:r/>
      <w:r>
        <w:t>It’s a small change that can make every journey safer and the celebrations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[5]</w:t>
        </w:r>
      </w:hyperlink>
      <w:r>
        <w:t xml:space="preserve">- Paragraph 6: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https://www.belfastlive.co.uk/news/belfast-news/warning-over-traffic-disruption-weekend-34331981</w:t>
        </w:r>
      </w:hyperlink>
      <w:r>
        <w:t xml:space="preserve"> - Please view link - unable to able to access data</w:t>
      </w:r>
      <w:r/>
    </w:p>
    <w:p>
      <w:pPr>
        <w:pStyle w:val="ListNumber"/>
        <w:spacing w:line="240" w:lineRule="auto"/>
        <w:ind w:left="720"/>
      </w:pPr>
      <w:r/>
      <w:hyperlink r:id="rId10">
        <w:r>
          <w:rPr>
            <w:color w:val="0000EE"/>
            <w:u w:val="single"/>
          </w:rPr>
          <w:t>https://www.psni.police.uk/latest-news/police-are-advising-traffic-disruption-belfast-saturday-25th-july-due-planned-parades</w:t>
        </w:r>
      </w:hyperlink>
      <w:r>
        <w:t xml:space="preserve"> - The Police Service of Northern Ireland (PSNI) has issued a warning about potential traffic disruptions in Belfast on Saturday, 25th July, due to several planned parades. The main Pride parade is set to commence at Custom House Square at 1pm, proceeding through various city centre streets and concluding around 4pm. Additionally, the Festival of Chariots (Rath Yatra) will assemble at Writers Square at 11am, with the parade starting at 12:30pm and following a specific route through the city. Police diversions will be in place to manage traffic flow during these events.</w:t>
      </w:r>
      <w:r/>
    </w:p>
    <w:p>
      <w:pPr>
        <w:pStyle w:val="ListNumber"/>
        <w:spacing w:line="240" w:lineRule="auto"/>
        <w:ind w:left="720"/>
      </w:pPr>
      <w:r/>
      <w:hyperlink r:id="rId12">
        <w:r>
          <w:rPr>
            <w:color w:val="0000EE"/>
            <w:u w:val="single"/>
          </w:rPr>
          <w:t>https://belfastpride.com/parade-route/</w:t>
        </w:r>
      </w:hyperlink>
      <w:r>
        <w:t xml:space="preserve"> - Belfast Pride has announced the route for its 2026 parade, scheduled for Saturday, 25th July, starting at 1pm. The parade will depart from Custom House Square, proceeding through High Street, Bridge Street, Waring Street, Donegall Street, Royal Avenue, Donegall Place, Donegall Square North, Chichester Street, Victoria Street, and Anne Street, concluding around 4pm. This route mirrors the one used in 2025, aiming to accommodate all participants and ensure safety while maximizing visibility for the community.</w:t>
      </w:r>
      <w:r/>
    </w:p>
    <w:p>
      <w:pPr>
        <w:pStyle w:val="ListNumber"/>
        <w:spacing w:line="240" w:lineRule="auto"/>
        <w:ind w:left="720"/>
      </w:pPr>
      <w:r/>
      <w:hyperlink r:id="rId14">
        <w:r>
          <w:rPr>
            <w:color w:val="0000EE"/>
            <w:u w:val="single"/>
          </w:rPr>
          <w:t>https://www.itv.com/news/utv/2025-07-25/executive-parties-split-over-civil-services-participation-in-belfast-pride</w:t>
        </w:r>
      </w:hyperlink>
      <w:r>
        <w:t xml:space="preserve"> - A decision by Belfast Pride organisers to exclude the four Stormont executive parties from participating in the 2025 parade has sparked debate. The exclusion followed the Northern Ireland Assembly's approval of a ban on puberty blockers for under-18s. While some parties, like Sinn Féin, support the organisers' stance, others, such as the Democratic Unionist Party (DUP), argue that the civil service should remain impartial and not participate in the parade.</w:t>
      </w:r>
      <w:r/>
    </w:p>
    <w:p>
      <w:pPr>
        <w:pStyle w:val="ListNumber"/>
        <w:spacing w:line="240" w:lineRule="auto"/>
        <w:ind w:left="720"/>
      </w:pPr>
      <w:r/>
      <w:hyperlink r:id="rId11">
        <w:r>
          <w:rPr>
            <w:color w:val="0000EE"/>
            <w:u w:val="single"/>
          </w:rPr>
          <w:t>https://visitbelfast.com/event/belfast-pride-parade/107328101/</w:t>
        </w:r>
      </w:hyperlink>
      <w:r>
        <w:t xml:space="preserve"> - The Belfast Pride Parade is scheduled for Saturday, 25th July 2026, at 1pm, with the parade build-up starting from 11:30am. The event is part of the Belfast Pride Festival, which runs from 17th to 26th July 2026. The parade is expected to be one of the largest in the city's history, celebrating the LGBTQIA+ community and advocating for equality and inclusion.</w:t>
      </w:r>
      <w:r/>
    </w:p>
    <w:p>
      <w:pPr>
        <w:pStyle w:val="ListNumber"/>
        <w:spacing w:line="240" w:lineRule="auto"/>
        <w:ind w:left="720"/>
      </w:pPr>
      <w:r/>
      <w:hyperlink r:id="rId13">
        <w:r>
          <w:rPr>
            <w:color w:val="0000EE"/>
            <w:u w:val="single"/>
          </w:rPr>
          <w:t>https://www.belfastcity.gov.uk/events/belfast-pride</w:t>
        </w:r>
      </w:hyperlink>
      <w:r>
        <w:t xml:space="preserve"> - The Belfast Pride Festival is set to take place from Friday, 17th July to Sunday, 26th July 2026, with the main parade occurring on Saturday, 25th July at 1pm. The festival is one of the largest in Belfast, featuring over 150 events across various locations, celebrating the LGBTQIA+ community and promoting diversity and inclusion.</w:t>
      </w:r>
      <w:r/>
    </w:p>
    <w:p>
      <w:pPr>
        <w:pStyle w:val="ListNumber"/>
        <w:spacing w:line="240" w:lineRule="auto"/>
        <w:ind w:left="720"/>
      </w:pPr>
      <w:r/>
      <w:hyperlink r:id="rId15">
        <w:r>
          <w:rPr>
            <w:color w:val="0000EE"/>
            <w:u w:val="single"/>
          </w:rPr>
          <w:t>https://www.gaydio.co.uk/uk/events/the-guide/event/belfast-pride1/</w:t>
        </w:r>
      </w:hyperlink>
      <w:r>
        <w:t xml:space="preserve"> - Belfast Pride Festival 2026 is scheduled from 17th to 26th July, with the main parade on Saturday, 25th July at 1pm. The festival will feature over 150 events across 10 days, making it the largest LGBTQIA+ festival on the island of Ireland. The parade is expected to be the biggest cross-community parade in Belfast, with over 85,000 attendees in 2025.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live.co.uk/news/belfast-news/warning-over-traffic-disruption-weekend-34331981" TargetMode="External"/><Relationship Id="rId10" Type="http://schemas.openxmlformats.org/officeDocument/2006/relationships/hyperlink" Target="https://www.psni.police.uk/latest-news/police-are-advising-traffic-disruption-belfast-saturday-25th-july-due-planned-parades" TargetMode="External"/><Relationship Id="rId11" Type="http://schemas.openxmlformats.org/officeDocument/2006/relationships/hyperlink" Target="https://visitbelfast.com/event/belfast-pride-parade/107328101/" TargetMode="External"/><Relationship Id="rId12" Type="http://schemas.openxmlformats.org/officeDocument/2006/relationships/hyperlink" Target="https://belfastpride.com/parade-route/" TargetMode="External"/><Relationship Id="rId13" Type="http://schemas.openxmlformats.org/officeDocument/2006/relationships/hyperlink" Target="https://www.belfastcity.gov.uk/events/belfast-pride" TargetMode="External"/><Relationship Id="rId14" Type="http://schemas.openxmlformats.org/officeDocument/2006/relationships/hyperlink" Target="https://www.itv.com/news/utv/2025-07-25/executive-parties-split-over-civil-services-participation-in-belfast-pride" TargetMode="External"/><Relationship Id="rId15" Type="http://schemas.openxmlformats.org/officeDocument/2006/relationships/hyperlink" Target="https://www.gaydio.co.uk/uk/events/the-guide/event/belfast-prid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