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Keep YouthLine’s Lifeline Running This Pride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Shining a light on YouthLine’s peer-support work, hosts of Distress and Crisis Ontario’s DCO Discourse sat down with YouthLine executive director Lauren Pragg to discuss why the helpline matters, the funding squeeze it faces across Ontario, and a new emergency fundraiser that aims to secure services for queer and trans youth.</w:t>
      </w:r>
      <w:r/>
    </w:p>
    <w:p>
      <w:r/>
      <w:r>
        <w:t>Essential Takeaways</w:t>
      </w:r>
      <w:r/>
      <w:r/>
    </w:p>
    <w:p>
      <w:pPr>
        <w:pStyle w:val="ListBullet"/>
        <w:spacing w:line="240" w:lineRule="auto"/>
        <w:ind w:left="720"/>
      </w:pPr>
      <w:r/>
      <w:r>
        <w:rPr>
          <w:b/>
        </w:rPr>
        <w:t>Vital service:</w:t>
      </w:r>
      <w:r>
        <w:t xml:space="preserve"> YouthLine’s peer-support helpline offers listening, non-judgemental support and shared lived experience for 2SLGBTQ+ young people, available across Ontario.</w:t>
      </w:r>
      <w:r/>
    </w:p>
    <w:p>
      <w:pPr>
        <w:pStyle w:val="ListBullet"/>
        <w:spacing w:line="240" w:lineRule="auto"/>
        <w:ind w:left="720"/>
      </w:pPr>
      <w:r/>
      <w:r>
        <w:rPr>
          <w:b/>
        </w:rPr>
        <w:t>Funding gap:</w:t>
      </w:r>
      <w:r>
        <w:t xml:space="preserve"> The organisation has seen declines in government, corporate and individual donations, leaving an operational shortfall.</w:t>
      </w:r>
      <w:r/>
    </w:p>
    <w:p>
      <w:pPr>
        <w:pStyle w:val="ListBullet"/>
        <w:spacing w:line="240" w:lineRule="auto"/>
        <w:ind w:left="720"/>
      </w:pPr>
      <w:r/>
      <w:r>
        <w:rPr>
          <w:b/>
        </w:rPr>
        <w:t>Emergency goal:</w:t>
      </w:r>
      <w:r>
        <w:t xml:space="preserve"> YouthLine is aiming to raise $150,000 in the coming months to stabilise services and keep the helpline running.</w:t>
      </w:r>
      <w:r/>
    </w:p>
    <w:p>
      <w:pPr>
        <w:pStyle w:val="ListBullet"/>
        <w:spacing w:line="240" w:lineRule="auto"/>
        <w:ind w:left="720"/>
      </w:pPr>
      <w:r/>
      <w:r>
        <w:rPr>
          <w:b/>
        </w:rPr>
        <w:t>How to help:</w:t>
      </w:r>
      <w:r>
        <w:t xml:space="preserve"> Donations and peer volunteer applications are practical ways to support; the charity also needs visibility and corporate allies.</w:t>
      </w:r>
      <w:r/>
    </w:p>
    <w:p>
      <w:pPr>
        <w:pStyle w:val="ListBullet"/>
        <w:spacing w:line="240" w:lineRule="auto"/>
        <w:ind w:left="720"/>
      </w:pPr>
      <w:r/>
      <w:r>
        <w:rPr>
          <w:b/>
        </w:rPr>
        <w:t>Everyday impact:</w:t>
      </w:r>
      <w:r>
        <w:t xml:space="preserve"> Callers report feeling heard, less alone and safer after accessing the service , small acts with big emotional resonance.</w:t>
      </w:r>
      <w:r/>
      <w:r/>
    </w:p>
    <w:p>
      <w:pPr>
        <w:pStyle w:val="Heading2"/>
      </w:pPr>
      <w:r>
        <w:t>Why a peer helpline still matters , the human angle</w:t>
      </w:r>
      <w:r/>
    </w:p>
    <w:p>
      <w:r/>
      <w:r>
        <w:t>Peer support is understated but powerful; there’s a soft, immediate relief when someone who’s been there listens without judgement. According to conversations on the DCO Discourse podcast, YouthLine’s volunteers offer that presence to callers navigating schooling, family, identity and safety. In a moment when many young people feel isolated, the helpline’s steady, compassionate tone can change the course of a day , or more.</w:t>
      </w:r>
      <w:r/>
    </w:p>
    <w:p>
      <w:pPr>
        <w:pStyle w:val="Heading2"/>
      </w:pPr>
      <w:r>
        <w:t>What’s changed: funding, politics and the service pinch</w:t>
      </w:r>
      <w:r/>
    </w:p>
    <w:p>
      <w:r/>
      <w:r>
        <w:t>Lauren Pragg explains that the last few years have brought a decline in several funding streams. Government contracts, corporate donations and small individual gifts have dropped, and shifts in corporate attitudes toward diversity initiatives have made some partners pull back. That squeeze isn’t unique to YouthLine; other 2SLGBTQ+ organisations have been forced to scale back or close, which makes maintaining a province-wide helpline even more urgent.</w:t>
      </w:r>
      <w:r/>
    </w:p>
    <w:p>
      <w:pPr>
        <w:pStyle w:val="Heading2"/>
      </w:pPr>
      <w:r>
        <w:t>The fundraiser: goals, timeline and how it helps</w:t>
      </w:r>
      <w:r/>
    </w:p>
    <w:p>
      <w:r/>
      <w:r>
        <w:t>YouthLine has launched an emergency fundraiser with a clear target: raise $150,000 to cover operating costs and keep services available for the year ahead. That kind of boost pays for training new peer volunteers, maintaining hotline infrastructure, outreach and safeguarding protocols. If you value quick, community-rooted support for queer and trans youth, a donation now has immediate, concrete impact.</w:t>
      </w:r>
      <w:r/>
    </w:p>
    <w:p>
      <w:pPr>
        <w:pStyle w:val="Heading2"/>
      </w:pPr>
      <w:r>
        <w:t>How to support beyond writing a cheque</w:t>
      </w:r>
      <w:r/>
    </w:p>
    <w:p>
      <w:r/>
      <w:r>
        <w:t>Donations matter, but the campaign needs more than money. Volunteer peer supporters keep the helpline alive; training is provided, and lived experience is a core qualification. Spread the word on social media, encourage workplace giving, and ask local community groups to amplify the appeal. For workplaces, small matched-giving schemes or sponsored awareness events are practical ways to help without long-term commitments.</w:t>
      </w:r>
      <w:r/>
    </w:p>
    <w:p>
      <w:pPr>
        <w:pStyle w:val="Heading2"/>
      </w:pPr>
      <w:r>
        <w:t>Looking ahead: resilience, community and practical hope</w:t>
      </w:r>
      <w:r/>
    </w:p>
    <w:p>
      <w:r/>
      <w:r>
        <w:t>The conversation on the podcast made one thing plain: YouthLine is committed to staying present for youth, but that commitment needs community backing. If the campaign reaches its goal, the helpline can keep offering those calm, steady conversations that make a difference. And if funding stays uncertain, supporters will need to be creative , partnerships, fundraising events and volunteer drives can all tip the balance.</w:t>
      </w:r>
      <w:r/>
    </w:p>
    <w:p>
      <w:r/>
      <w:r>
        <w:t>It's a small change that can make every call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[7]</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1">
        <w:r>
          <w:rPr>
            <w:color w:val="0000EE"/>
            <w:u w:val="single"/>
          </w:rPr>
          <w:t>[3]</w:t>
        </w:r>
      </w:hyperlink>
      <w:r>
        <w:t xml:space="preserve">- Paragraph 3: </w:t>
      </w:r>
      <w:hyperlink r:id="rId9">
        <w:r>
          <w:rPr>
            <w:color w:val="0000EE"/>
            <w:u w:val="single"/>
          </w:rPr>
          <w:t>[1]</w:t>
        </w:r>
      </w:hyperlink>
      <w:r>
        <w:t xml:space="preserve">, </w:t>
      </w:r>
      <w:hyperlink r:id="rId10">
        <w:r>
          <w:rPr>
            <w:color w:val="0000EE"/>
            <w:u w:val="single"/>
          </w:rPr>
          <w:t>[7]</w:t>
        </w:r>
      </w:hyperlink>
      <w:r>
        <w:t xml:space="preserve">- Paragraph 4: </w:t>
      </w:r>
      <w:hyperlink r:id="rId12">
        <w:r>
          <w:rPr>
            <w:color w:val="0000EE"/>
            <w:u w:val="single"/>
          </w:rPr>
          <w:t>[5]</w:t>
        </w:r>
      </w:hyperlink>
      <w:r>
        <w:t xml:space="preserve">, </w:t>
      </w:r>
      <w:hyperlink r:id="rId13">
        <w:r>
          <w:rPr>
            <w:color w:val="0000EE"/>
            <w:u w:val="single"/>
          </w:rPr>
          <w:t>[2]</w:t>
        </w:r>
      </w:hyperlink>
      <w:r>
        <w:t xml:space="preserve">- Paragraph 5: </w:t>
      </w:r>
      <w:hyperlink r:id="rId9">
        <w:r>
          <w:rPr>
            <w:color w:val="0000EE"/>
            <w:u w:val="single"/>
          </w:rPr>
          <w:t>[1]</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https://www.youthline.ca/new-podcast-episode-featuring-youthline-ed-lauren-pragg/</w:t>
        </w:r>
      </w:hyperlink>
      <w:r>
        <w:t xml:space="preserve"> - Please view link - unable to able to access data</w:t>
      </w:r>
      <w:r/>
    </w:p>
    <w:p>
      <w:pPr>
        <w:pStyle w:val="ListNumber"/>
        <w:spacing w:line="240" w:lineRule="auto"/>
        <w:ind w:left="720"/>
      </w:pPr>
      <w:r/>
      <w:hyperlink r:id="rId13">
        <w:r>
          <w:rPr>
            <w:color w:val="0000EE"/>
            <w:u w:val="single"/>
          </w:rPr>
          <w:t>https://www.youthline.ca/</w:t>
        </w:r>
      </w:hyperlink>
      <w:r>
        <w:t xml:space="preserve"> - YouthLine is an Ontario-based organisation offering confidential, non-judgemental, and informed support to 2SLGBTQ+ youth. Their Peer Support HelpLine operates Sunday to Friday, 4:00 pm to 9:30 pm EST, providing free, anonymous assistance through chat, text, and email. Volunteers are trained in active listening, anti-racism, harm reduction, and topics related to gender and sexuality, ensuring a safe space for youth to discuss various issues, including questioning identity, mental health, and relationships.</w:t>
      </w:r>
      <w:r/>
    </w:p>
    <w:p>
      <w:pPr>
        <w:pStyle w:val="ListNumber"/>
        <w:spacing w:line="240" w:lineRule="auto"/>
        <w:ind w:left="720"/>
      </w:pPr>
      <w:r/>
      <w:hyperlink r:id="rId11">
        <w:r>
          <w:rPr>
            <w:color w:val="0000EE"/>
            <w:u w:val="single"/>
          </w:rPr>
          <w:t>https://www.youthline.ca/helpline/peer-support-helpline/</w:t>
        </w:r>
      </w:hyperlink>
      <w:r>
        <w:t xml:space="preserve"> - YouthLine's Peer Support HelpLine is staffed by 2SLGBTQ+ youth aged 16-29 from across Ontario. These volunteers are trained in active listening, anti-racism, harm reduction, and topics related to gender and sexuality. The service operates Sunday to Friday, 4:00 pm to 9:30 pm EST, offering support via chat, text, and email. Common topics include questioning gender identity and sexual orientation, coming out, mental health, and relationships with friends, partners, and family.</w:t>
      </w:r>
      <w:r/>
    </w:p>
    <w:p>
      <w:pPr>
        <w:pStyle w:val="ListNumber"/>
        <w:spacing w:line="240" w:lineRule="auto"/>
        <w:ind w:left="720"/>
      </w:pPr>
      <w:r/>
      <w:hyperlink r:id="rId14">
        <w:r>
          <w:rPr>
            <w:color w:val="0000EE"/>
            <w:u w:val="single"/>
          </w:rPr>
          <w:t>https://www.youthline.ca/about/who-we-are/</w:t>
        </w:r>
      </w:hyperlink>
      <w:r>
        <w:t xml:space="preserve"> - Established over thirty years ago, LGBT YouthLine is an anti-racist, youth-led organisation dedicated to connecting 2SLGBTQ+ youth (29 and under) across Ontario to resources and community through peer support, training, advocacy, and referrals. Their mission is to create a world where 2SLGBTQ+ youth are safe and celebrated as their authentic selves, thriving in communities built on solidarity, mutual care, and self-determination.</w:t>
      </w:r>
      <w:r/>
    </w:p>
    <w:p>
      <w:pPr>
        <w:pStyle w:val="ListNumber"/>
        <w:spacing w:line="240" w:lineRule="auto"/>
        <w:ind w:left="720"/>
      </w:pPr>
      <w:r/>
      <w:hyperlink r:id="rId12">
        <w:r>
          <w:rPr>
            <w:color w:val="0000EE"/>
            <w:u w:val="single"/>
          </w:rPr>
          <w:t>https://www.youthline.ca/become-a-peer-support-volunteer-for-the-helpline/</w:t>
        </w:r>
      </w:hyperlink>
      <w:r>
        <w:t xml:space="preserve"> - YouthLine is recruiting 2SLGBTQ+ youth aged 16-29 in Ontario to join their Peer Support HelpLine. Volunteers provide peer support via text, chat, and phone, assisting 2SLGBTQ+ youth across the province. Applications are open until August 6, offering an opportunity to make a meaningful impact in the community. Volunteers are trained in active listening, anti-racism, harm reduction, and topics related to gender and sexuality.</w:t>
      </w:r>
      <w:r/>
    </w:p>
    <w:p>
      <w:pPr>
        <w:pStyle w:val="ListNumber"/>
        <w:spacing w:line="240" w:lineRule="auto"/>
        <w:ind w:left="720"/>
      </w:pPr>
      <w:r/>
      <w:hyperlink r:id="rId15">
        <w:r>
          <w:rPr>
            <w:color w:val="0000EE"/>
            <w:u w:val="single"/>
          </w:rPr>
          <w:t>https://www.youthline.ca/someone-like-me-peer-support-and-lgbt-youthline/</w:t>
        </w:r>
      </w:hyperlink>
      <w:r>
        <w:t xml:space="preserve"> - YouthLine offers free, anonymous support through their Ontario-wide 2SLGBTQ+ peer-support HelpLine. Staffed by trained volunteers who are 2SLGBTQ+ youth themselves, the service provides a confidential and non-judgemental space for young people to discuss various topics, including identity, relationships, and mental health. The volunteers are trained in active listening, anti-racism, harm reduction, and topics related to gender and sexuality, ensuring a safe environment for all callers.</w:t>
      </w:r>
      <w:r/>
    </w:p>
    <w:p>
      <w:pPr>
        <w:pStyle w:val="ListNumber"/>
        <w:spacing w:line="240" w:lineRule="auto"/>
        <w:ind w:left="720"/>
      </w:pPr>
      <w:r/>
      <w:hyperlink r:id="rId10">
        <w:r>
          <w:rPr>
            <w:color w:val="0000EE"/>
            <w:u w:val="single"/>
          </w:rPr>
          <w:t>https://dcontario.fireside.fm/episode/2026-07-22-dco-discourse-podcast-featuring-lauren-pragg</w:t>
        </w:r>
      </w:hyperlink>
      <w:r>
        <w:t xml:space="preserve"> - In this episode of DCO Discourse, Distress and Crisis Ontario's podcast, hosts Lexie Stewart and Caitlin Ennis interview Lauren Pragg, Executive Director of LGBT YouthLine. They discuss the organisation's ongoing work supporting 2SLGBTQ+ youth across Ontario, highlighting challenges such as increased discrimination and funding declines. The episode also covers YouthLine's emergency fundraising campaign aimed at sustaining vital resources for queer and trans young people in an uncertain future.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youthline.ca/new-podcast-episode-featuring-youthline-ed-lauren-pragg/" TargetMode="External"/><Relationship Id="rId10" Type="http://schemas.openxmlformats.org/officeDocument/2006/relationships/hyperlink" Target="https://dcontario.fireside.fm/episode/2026-07-22-dco-discourse-podcast-featuring-lauren-pragg" TargetMode="External"/><Relationship Id="rId11" Type="http://schemas.openxmlformats.org/officeDocument/2006/relationships/hyperlink" Target="https://www.youthline.ca/helpline/peer-support-helpline/" TargetMode="External"/><Relationship Id="rId12" Type="http://schemas.openxmlformats.org/officeDocument/2006/relationships/hyperlink" Target="https://www.youthline.ca/become-a-peer-support-volunteer-for-the-helpline/" TargetMode="External"/><Relationship Id="rId13" Type="http://schemas.openxmlformats.org/officeDocument/2006/relationships/hyperlink" Target="https://www.youthline.ca/" TargetMode="External"/><Relationship Id="rId14" Type="http://schemas.openxmlformats.org/officeDocument/2006/relationships/hyperlink" Target="https://www.youthline.ca/about/who-we-are/" TargetMode="External"/><Relationship Id="rId15" Type="http://schemas.openxmlformats.org/officeDocument/2006/relationships/hyperlink" Target="https://www.youthline.ca/someone-like-me-peer-support-and-lgbt-youthli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