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Brighton Is Tackling HIV Stigma This Summer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gathering in Jubilee Square as Brighton and Hove marks Zero HIV Stigma Day , a short, public event on Tuesday 21 July bringing personal stories, performances and local health updates to challenge misconceptions and celebrate progress in HIV care.</w:t>
      </w:r>
      <w:r/>
    </w:p>
    <w:p>
      <w:r/>
      <w:r>
        <w:t>Essential Takeaways</w:t>
      </w:r>
      <w:r/>
      <w:r/>
    </w:p>
    <w:p>
      <w:pPr>
        <w:pStyle w:val="ListBullet"/>
        <w:spacing w:line="240" w:lineRule="auto"/>
        <w:ind w:left="720"/>
      </w:pPr>
      <w:r/>
      <w:r>
        <w:rPr>
          <w:b/>
        </w:rPr>
        <w:t>When and where:</w:t>
      </w:r>
      <w:r>
        <w:t xml:space="preserve"> Jubilee Square, Tuesday 21 July, 1pm–2pm , short, accessible and public.</w:t>
      </w:r>
      <w:r/>
    </w:p>
    <w:p>
      <w:pPr>
        <w:pStyle w:val="ListBullet"/>
        <w:spacing w:line="240" w:lineRule="auto"/>
        <w:ind w:left="720"/>
      </w:pPr>
      <w:r/>
      <w:r>
        <w:rPr>
          <w:b/>
        </w:rPr>
        <w:t>Voices on stage:</w:t>
      </w:r>
      <w:r>
        <w:t xml:space="preserve"> Personal testimonies from THT Positive Voices and a performance hosted by Mary O’Kart.</w:t>
      </w:r>
      <w:r/>
    </w:p>
    <w:p>
      <w:pPr>
        <w:pStyle w:val="ListBullet"/>
        <w:spacing w:line="240" w:lineRule="auto"/>
        <w:ind w:left="720"/>
      </w:pPr>
      <w:r/>
      <w:r>
        <w:rPr>
          <w:b/>
        </w:rPr>
        <w:t>Support and info:</w:t>
      </w:r>
      <w:r>
        <w:t xml:space="preserve"> Sussex Beacon’s Stigma Warriors and local NHS and council reps will give practical advice and local data.</w:t>
      </w:r>
      <w:r/>
    </w:p>
    <w:p>
      <w:pPr>
        <w:pStyle w:val="ListBullet"/>
        <w:spacing w:line="240" w:lineRule="auto"/>
        <w:ind w:left="720"/>
      </w:pPr>
      <w:r/>
      <w:r>
        <w:rPr>
          <w:b/>
        </w:rPr>
        <w:t>Community vibe:</w:t>
      </w:r>
      <w:r>
        <w:t xml:space="preserve"> Free food from Lunch Positive and a Rainbow Chorus set, creating an open, friendly atmosphere.</w:t>
      </w:r>
      <w:r/>
    </w:p>
    <w:p>
      <w:pPr>
        <w:pStyle w:val="ListBullet"/>
        <w:spacing w:line="240" w:lineRule="auto"/>
        <w:ind w:left="720"/>
      </w:pPr>
      <w:r/>
      <w:r>
        <w:rPr>
          <w:b/>
        </w:rPr>
        <w:t>Progress note:</w:t>
      </w:r>
      <w:r>
        <w:t xml:space="preserve"> Brighton and Hove reports very high diagnosis and treatment rates, reinforcing that HIV is a manageable condition.</w:t>
      </w:r>
      <w:r/>
      <w:r/>
    </w:p>
    <w:p>
      <w:pPr>
        <w:pStyle w:val="Heading2"/>
      </w:pPr>
      <w:r>
        <w:t>A public lunchtime moment with real people at the mic</w:t>
      </w:r>
      <w:r/>
    </w:p>
    <w:p>
      <w:r/>
      <w:r>
        <w:t>Brighton is using a simple, human touch , lunchtime in the city centre , to put faces and stories at the heart of a national awareness day. The event is short, so expect a compact programme: people living with HIV sharing their experiences, a host in performance artist Mary O’Kart, and a few musical moments to soften the message. That mix helps strip away abstraction; hearing someone’s voice in person turns statistics into stories, and that’s the point.</w:t>
      </w:r>
      <w:r/>
    </w:p>
    <w:p>
      <w:r/>
      <w:r>
        <w:t>According to national awareness organisers, Zero HIV Stigma Day is designed for visibility and conversation. The format here makes it easy for passers-by to stop, listen and ask questions, which is often how stigma starts to fall away.</w:t>
      </w:r>
      <w:r/>
    </w:p>
    <w:p>
      <w:pPr>
        <w:pStyle w:val="Heading2"/>
      </w:pPr>
      <w:r>
        <w:t>Practical information and myth-busting on site</w:t>
      </w:r>
      <w:r/>
    </w:p>
    <w:p>
      <w:r/>
      <w:r>
        <w:t>Organisers have brought in Sussex Beacon’s Stigma Warriors to hand out facts and answer questions, while representatives from Brighton and Hove City Council and University Hospitals Sussex will share local updates. If you’re curious about transmission risks, testing or treatment, this is a low-pressure chance to get clear, evidence-based answers.</w:t>
      </w:r>
      <w:r/>
    </w:p>
    <w:p>
      <w:r/>
      <w:r>
        <w:t>If you’re planning to go, arrive early for a seat and take advantage of the free food and drinks from Lunch Positive , people relax more when they’re fed, and conversations flow easier over a sandwich.</w:t>
      </w:r>
      <w:r/>
    </w:p>
    <w:p>
      <w:pPr>
        <w:pStyle w:val="Heading2"/>
      </w:pPr>
      <w:r>
        <w:t>Why Brighton leads the UK on public awareness</w:t>
      </w:r>
      <w:r/>
    </w:p>
    <w:p>
      <w:r/>
      <w:r>
        <w:t>Brighton and Hove is the UK’s first HIV Fast Track City and uniquely makes a public event of Zero HIV Stigma Day as part of its Towards Zero HIV strategy. That emphasis on visible, city-wide commitment matters: public rituals , even small ones , normalise discussion and signal that local institutions take stigma seriously.</w:t>
      </w:r>
      <w:r/>
    </w:p>
    <w:p>
      <w:r/>
      <w:r>
        <w:t>City data underline why the work continues: very high diagnosis and treatment rates show prevention and care are effective, but stigma can still affect quality of life and willingness to seek services. Public events help close that gap.</w:t>
      </w:r>
      <w:r/>
    </w:p>
    <w:p>
      <w:pPr>
        <w:pStyle w:val="Heading2"/>
      </w:pPr>
      <w:r>
        <w:t>Arts, community and food , a gentle recipe for change</w:t>
      </w:r>
      <w:r/>
    </w:p>
    <w:p>
      <w:r/>
      <w:r>
        <w:t>Throwing in music from the Rainbow Chorus and a performance host makes the event feel communal rather than clinical. Culture helps translate health messages into everyday life; people remember a song or a joke as much as a leaflet. The presence of community groups offering food and face-to-face support also shows how practical help and creativity can work together to reduce isolation.</w:t>
      </w:r>
      <w:r/>
    </w:p>
    <w:p>
      <w:r/>
      <w:r>
        <w:t>For anyone supporting a friend or family member who lives with HIV, coming along sends a quiet but meaningful message: you show up, you listen, you accept.</w:t>
      </w:r>
      <w:r/>
    </w:p>
    <w:p>
      <w:pPr>
        <w:pStyle w:val="Heading2"/>
      </w:pPr>
      <w:r>
        <w:t>What this means for wider public health efforts</w:t>
      </w:r>
      <w:r/>
    </w:p>
    <w:p>
      <w:r/>
      <w:r>
        <w:t>Zero HIV Stigma Day is part of a broader strategy to reach zero stigma by 2030 across Brighton and Hove. National guidance and local campaigns both stress that HIV is a manageable condition with modern treatment, and that public understanding needs to catch up with medical progress. Events like this one are small but cumulative steps toward that cultural shift.</w:t>
      </w:r>
      <w:r/>
    </w:p>
    <w:p>
      <w:r/>
      <w:r>
        <w:t>Expect more community-led activity through the summer; the city has consistently used outreach and visible events to keep the conversation going.</w:t>
      </w:r>
      <w:r/>
    </w:p>
    <w:p>
      <w:r/>
      <w:r>
        <w:t>It's a small change that can make every conversation a little kinder.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2">
        <w:r>
          <w:rPr>
            <w:color w:val="0000EE"/>
            <w:u w:val="single"/>
          </w:rPr>
          <w:t>[6]</w:t>
        </w:r>
      </w:hyperlink>
      <w:r>
        <w:t xml:space="preserve">- Paragraph 4: </w:t>
      </w:r>
      <w:hyperlink r:id="rId13">
        <w:r>
          <w:rPr>
            <w:color w:val="0000EE"/>
            <w:u w:val="single"/>
          </w:rPr>
          <w:t>[3]</w:t>
        </w:r>
      </w:hyperlink>
      <w:r>
        <w:t xml:space="preserve">, </w:t>
      </w:r>
      <w:hyperlink r:id="rId14">
        <w:r>
          <w:rPr>
            <w:color w:val="0000EE"/>
            <w:u w:val="single"/>
          </w:rPr>
          <w:t>[5]</w:t>
        </w:r>
      </w:hyperlink>
      <w:r>
        <w:t xml:space="preserve">- Paragraph 5: </w:t>
      </w:r>
      <w:hyperlink r:id="rId15">
        <w:r>
          <w:rPr>
            <w:color w:val="0000EE"/>
            <w:u w:val="single"/>
          </w:rPr>
          <w:t>[4]</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https://www.theargus.co.uk/news/26296802.brighton-hove-mark-zero-hiv-stigma-day-event/?ref=rss</w:t>
        </w:r>
      </w:hyperlink>
      <w:r>
        <w:t xml:space="preserve"> - Please view link - unable to able to access data</w:t>
      </w:r>
      <w:r/>
    </w:p>
    <w:p>
      <w:pPr>
        <w:pStyle w:val="ListNumber"/>
        <w:spacing w:line="240" w:lineRule="auto"/>
        <w:ind w:left="720"/>
      </w:pPr>
      <w:r/>
      <w:hyperlink r:id="rId10">
        <w:r>
          <w:rPr>
            <w:color w:val="0000EE"/>
            <w:u w:val="single"/>
          </w:rPr>
          <w:t>https://www.hiv.gov/events/awareness-days/zero-hiv-stigma-day</w:t>
        </w:r>
      </w:hyperlink>
      <w:r>
        <w:t xml:space="preserve"> - Zero HIV Stigma Day, observed annually on 21 July, is a global initiative aimed at raising awareness and taking action against HIV-related stigma. The theme for the day is 'Beyond Labels: Redefining HIV Narratives'. This day unites people, communities, organisations, and countries to challenge the stigma that perpetuates the HIV pandemic and related inequalities. Despite advancements in HIV prevention and care, stigma remains a significant barrier to effective response efforts. The observance of this day underscores the collective commitment to ending HIV-related discrimination worldwide.</w:t>
      </w:r>
      <w:r/>
    </w:p>
    <w:p>
      <w:pPr>
        <w:pStyle w:val="ListNumber"/>
        <w:spacing w:line="240" w:lineRule="auto"/>
        <w:ind w:left="720"/>
      </w:pPr>
      <w:r/>
      <w:hyperlink r:id="rId13">
        <w:r>
          <w:rPr>
            <w:color w:val="0000EE"/>
            <w:u w:val="single"/>
          </w:rPr>
          <w:t>https://www.brighton-hove.gov.uk/news/2023/zero-hiv-stigma-day-action</w:t>
        </w:r>
      </w:hyperlink>
      <w:r>
        <w:t xml:space="preserve"> - On 20 July 2023, Brighton &amp; Hove hosted a local day of action in Jubilee Square to raise awareness about HIV stigma. The event featured activities and opportunities for attendees to engage with people living with HIV and professionals in HIV prevention and support. Attendees could participate in free HIV testing, view an exhibition of portraits inside the library, and enjoy music from the Rainbow Chorus. The initiative aimed to combat the detrimental impact of HIV stigma and promote understanding and support within the community.</w:t>
      </w:r>
      <w:r/>
    </w:p>
    <w:p>
      <w:pPr>
        <w:pStyle w:val="ListNumber"/>
        <w:spacing w:line="240" w:lineRule="auto"/>
        <w:ind w:left="720"/>
      </w:pPr>
      <w:r/>
      <w:hyperlink r:id="rId15">
        <w:r>
          <w:rPr>
            <w:color w:val="0000EE"/>
            <w:u w:val="single"/>
          </w:rPr>
          <w:t>https://www.brighton-hove.gov.uk/health-and-wellbeing/support-improve-your-health/zero-hiv-stigma-day</w:t>
        </w:r>
      </w:hyperlink>
      <w:r>
        <w:t xml:space="preserve"> - On 21 July 2024, Brighton &amp; Hove marked Zero HIV Stigma Day with various activities to raise awareness of HIV stigma. Organisations such as Lunch Positive, Ledward Centre, and Terrence Higgins Trust collaborated to plan events leading up to the day. Activities included a community event with speeches and music in Jubilee Square, a photographic exhibition at Jubilee Library, and educational talks by people living with HIV. The initiative aimed to challenge HIV-related stigma and promote inclusivity and support for those living with HIV.</w:t>
      </w:r>
      <w:r/>
    </w:p>
    <w:p>
      <w:pPr>
        <w:pStyle w:val="ListNumber"/>
        <w:spacing w:line="240" w:lineRule="auto"/>
        <w:ind w:left="720"/>
      </w:pPr>
      <w:r/>
      <w:hyperlink r:id="rId14">
        <w:r>
          <w:rPr>
            <w:color w:val="0000EE"/>
            <w:u w:val="single"/>
          </w:rPr>
          <w:t>https://www.brighton-hove.gov.uk/news/2024/supporting-zero-hiv-stigma-day</w:t>
        </w:r>
      </w:hyperlink>
      <w:r>
        <w:t xml:space="preserve"> - On 19 July 2024, Brighton &amp; Hove City Council announced support for Zero HIV Stigma Day, a global initiative to raise awareness and eliminate HIV stigma. A community event was scheduled for 21 July in Jubilee Square, featuring experiences from people living with HIV and contributions from local leaders. The event aimed to challenge negative perceptions and promote understanding and support within the community. The council highlighted the importance of collective responsibility in combating HIV stigma and encouraged public participation in the event.</w:t>
      </w:r>
      <w:r/>
    </w:p>
    <w:p>
      <w:pPr>
        <w:pStyle w:val="ListNumber"/>
        <w:spacing w:line="240" w:lineRule="auto"/>
        <w:ind w:left="720"/>
      </w:pPr>
      <w:r/>
      <w:hyperlink r:id="rId12">
        <w:r>
          <w:rPr>
            <w:color w:val="0000EE"/>
            <w:u w:val="single"/>
          </w:rPr>
          <w:t>https://themartinfisherfoundation.org/2026-zero-hiv-stigma-day-in-brighton-hove/</w:t>
        </w:r>
      </w:hyperlink>
      <w:r>
        <w:t xml:space="preserve"> - The Martin Fisher Foundation announced the 2026 Zero HIV Stigma Day event in Brighton &amp; Hove, scheduled for 21 July from 1-2pm in Jubilee Square. The theme for the event was 'Community and Collaboration', celebrating the power of communities to challenge stigma and create change together. Hosted by local drag queen Mary O’Kart, the event included speeches from people living with HIV and local leaders, music from the Rainbow Chorus, and complimentary food and drink from Lunch Positive. The initiative aimed to make Brighton &amp; Hove the first HIV Stigma Free City.</w:t>
      </w:r>
      <w:r/>
    </w:p>
    <w:p>
      <w:pPr>
        <w:pStyle w:val="ListNumber"/>
        <w:spacing w:line="240" w:lineRule="auto"/>
        <w:ind w:left="720"/>
      </w:pPr>
      <w:r/>
      <w:hyperlink r:id="rId11">
        <w:r>
          <w:rPr>
            <w:color w:val="0000EE"/>
            <w:u w:val="single"/>
          </w:rPr>
          <w:t>https://www.scenemag.co.uk/zero-hiv-stigma-day-to-return-to-brighton-on-21-july/</w:t>
        </w:r>
      </w:hyperlink>
      <w:r>
        <w:t xml:space="preserve"> - On 17 July 2026, Scene Magazine reported on the return of Zero HIV Stigma Day to Brighton on 21 July. The event, themed 'Communities and Collaboration', was set to take place in Jubilee Square from 1-2pm. The programme included experiences from people living with HIV, hosted by Mary O’Kart, and contributions from Lunch Positive, the Sussex Beacon, Brighton &amp; Hove City Council, and University Hospitals Sussex. The initiative aimed to challenge negative narratives about living with HIV and promote a stigma-free environment in the city.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argus.co.uk/news/26296802.brighton-hove-mark-zero-hiv-stigma-day-event/?ref=rss" TargetMode="External"/><Relationship Id="rId10" Type="http://schemas.openxmlformats.org/officeDocument/2006/relationships/hyperlink" Target="https://www.hiv.gov/events/awareness-days/zero-hiv-stigma-day" TargetMode="External"/><Relationship Id="rId11" Type="http://schemas.openxmlformats.org/officeDocument/2006/relationships/hyperlink" Target="https://www.scenemag.co.uk/zero-hiv-stigma-day-to-return-to-brighton-on-21-july/" TargetMode="External"/><Relationship Id="rId12" Type="http://schemas.openxmlformats.org/officeDocument/2006/relationships/hyperlink" Target="https://themartinfisherfoundation.org/2026-zero-hiv-stigma-day-in-brighton-hove/" TargetMode="External"/><Relationship Id="rId13" Type="http://schemas.openxmlformats.org/officeDocument/2006/relationships/hyperlink" Target="https://www.brighton-hove.gov.uk/news/2023/zero-hiv-stigma-day-action" TargetMode="External"/><Relationship Id="rId14" Type="http://schemas.openxmlformats.org/officeDocument/2006/relationships/hyperlink" Target="https://www.brighton-hove.gov.uk/news/2024/supporting-zero-hiv-stigma-day" TargetMode="External"/><Relationship Id="rId15" Type="http://schemas.openxmlformats.org/officeDocument/2006/relationships/hyperlink" Target="https://www.brighton-hove.gov.uk/health-and-wellbeing/support-improve-your-health/zero-hiv-stigma-d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