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Upstate NY Black &amp; Latino Pride Street Fest: What to Expect This July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Catch vibrant music, food, and ballroom flair: on Friday, July 24, 5–10pm, 26 Allen Street hosts the Upstate NY Black &amp; Latino Pride Street Fest , free entry, live DJs, food trucks and games , and it doubles as a lively National Tequila Day celebration, rounding out Buffalo Pride with a welcome, inclusive party.</w:t>
      </w:r>
      <w:r/>
    </w:p>
    <w:p>
      <w:r/>
      <w:r>
        <w:t>Essential Takeaways</w:t>
      </w:r>
      <w:r/>
      <w:r/>
    </w:p>
    <w:p>
      <w:pPr>
        <w:pStyle w:val="ListBullet"/>
        <w:spacing w:line="240" w:lineRule="auto"/>
        <w:ind w:left="720"/>
      </w:pPr>
      <w:r/>
      <w:r>
        <w:rPr>
          <w:b/>
        </w:rPr>
        <w:t>When and where:</w:t>
      </w:r>
      <w:r>
        <w:t xml:space="preserve"> Friday, July 24, 5:00–10:00pm at 26 Allen Street, Buffalo.</w:t>
      </w:r>
      <w:r/>
    </w:p>
    <w:p>
      <w:pPr>
        <w:pStyle w:val="ListBullet"/>
        <w:spacing w:line="240" w:lineRule="auto"/>
        <w:ind w:left="720"/>
      </w:pPr>
      <w:r/>
      <w:r>
        <w:rPr>
          <w:b/>
        </w:rPr>
        <w:t>Free entry:</w:t>
      </w:r>
      <w:r>
        <w:t xml:space="preserve"> Open to all, with food trucks, vendors, interactive games and live entertainment.</w:t>
      </w:r>
      <w:r/>
    </w:p>
    <w:p>
      <w:pPr>
        <w:pStyle w:val="ListBullet"/>
        <w:spacing w:line="240" w:lineRule="auto"/>
        <w:ind w:left="720"/>
      </w:pPr>
      <w:r/>
      <w:r>
        <w:rPr>
          <w:b/>
        </w:rPr>
        <w:t>Music and hosts:</w:t>
      </w:r>
      <w:r>
        <w:t xml:space="preserve"> Hosted by Kelly Valasquez-Lord with DJs Brei, Little Italy and Xo’Lei Moon , expect danceable sets and a lively vibe.</w:t>
      </w:r>
      <w:r/>
    </w:p>
    <w:p>
      <w:pPr>
        <w:pStyle w:val="ListBullet"/>
        <w:spacing w:line="240" w:lineRule="auto"/>
        <w:ind w:left="720"/>
      </w:pPr>
      <w:r/>
      <w:r>
        <w:rPr>
          <w:b/>
        </w:rPr>
        <w:t>Ballroom finale:</w:t>
      </w:r>
      <w:r>
        <w:t xml:space="preserve"> Pride Week ends with The Banjee Kiki Ball 5 on Saturday night , vogueing, runway walking and performance categories celebrating Black and Latino LGBTQ+ culture.</w:t>
      </w:r>
      <w:r/>
    </w:p>
    <w:p>
      <w:pPr>
        <w:pStyle w:val="ListBullet"/>
        <w:spacing w:line="240" w:lineRule="auto"/>
        <w:ind w:left="720"/>
      </w:pPr>
      <w:r/>
      <w:r>
        <w:rPr>
          <w:b/>
        </w:rPr>
        <w:t>Community-backed:</w:t>
      </w:r>
      <w:r>
        <w:t xml:space="preserve"> Produced with Twenty Six Allen, MOCHA Buffalo and Fillmore District Council Member Mitch Nowakowski as a title sponsor and partner.</w:t>
      </w:r>
      <w:r/>
      <w:r/>
    </w:p>
    <w:p>
      <w:pPr>
        <w:pStyle w:val="Heading2"/>
      </w:pPr>
      <w:r>
        <w:t>A lively street fest that looks and feels like summer</w:t>
      </w:r>
      <w:r/>
    </w:p>
    <w:p>
      <w:r/>
      <w:r>
        <w:t>The opening fact is simple: this is the kind of free, warm-weather block party that practically invites you to stay for hours. DJ sets will ripple through the crowd, food smells will mingle with laughter, and there’s a casual, celebratory energy , plus a tequila wink for those who noticed the date lands on National Tequila Day. Organisers have leaned into accessibility and atmosphere, so expect an easygoing, colourful scene that’s built for mingling.</w:t>
      </w:r>
      <w:r/>
    </w:p>
    <w:p>
      <w:r/>
      <w:r>
        <w:t>According to the event listings, the festival is deliberately positioned as one of the last big Pride gatherings in Buffalo’s calendar. That makes it both a community celebration and a gentle close to Pride season. If you’re planning your evening, come early for the vendor stalls and stay late for the DJs.</w:t>
      </w:r>
      <w:r/>
    </w:p>
    <w:p>
      <w:pPr>
        <w:pStyle w:val="Heading2"/>
      </w:pPr>
      <w:r>
        <w:t>Why this festival matters to Buffalo’s LGBTQ+ community</w:t>
      </w:r>
      <w:r/>
    </w:p>
    <w:p>
      <w:r/>
      <w:r>
        <w:t>This street fest isn’t an add-on; it’s part of a five-year push to centre Black and Latino voices within local Pride programming. For many attendees it fills a gap , offering representation, music, and performance styles not always foregrounded in mainstream Pride events. Partnerships with local organisations signal a community-rooted approach rather than a purely commercial one.</w:t>
      </w:r>
      <w:r/>
    </w:p>
    <w:p>
      <w:r/>
      <w:r>
        <w:t>If celebrating diversity is important to you, this is a place where that principle shows up in programming and people. Expect to meet performers and activists who’ve helped shape the scene locally over recent seasons.</w:t>
      </w:r>
      <w:r/>
    </w:p>
    <w:p>
      <w:pPr>
        <w:pStyle w:val="Heading2"/>
      </w:pPr>
      <w:r>
        <w:t>Who’s playing and what to watch for</w:t>
      </w:r>
      <w:r/>
    </w:p>
    <w:p>
      <w:r/>
      <w:r>
        <w:t>Hosts and DJs set the tone: Kelly Valasquez-Lord will steer the energy, while DJ Brei, DJ Little Italy and DJ Xo’Lei Moon keep people moving. There are also featured acts like the Queen City Revue with Sabrina La Perla and Nyk Tyrell, plus playful highlights such as Keke’s Hot Body Contest , think confident, expressive performance with a wink.</w:t>
      </w:r>
      <w:r/>
    </w:p>
    <w:p>
      <w:r/>
      <w:r>
        <w:t>If you’re choosing when to arrive, midday-to-early-evening is great for browsing stalls and catching live sets; later arrivals will find the crowd more dance-focused. Bring a portable charger, wear comfortable shoes and expect music that encourages singalongs and spontaneous dancing.</w:t>
      </w:r>
      <w:r/>
    </w:p>
    <w:p>
      <w:pPr>
        <w:pStyle w:val="Heading2"/>
      </w:pPr>
      <w:r>
        <w:t>The Banjee Kiki Ball keeps ballroom culture front and centre</w:t>
      </w:r>
      <w:r/>
    </w:p>
    <w:p>
      <w:r/>
      <w:r>
        <w:t>Pride Week’s finale at The Caz is The Banjee Kiki Ball 5 , a high-energy ballroom event with runway categories, vogue battles and performances celebrating Black and Latino LGBTQ+ histories. Presented by Father Keanu Louboutin, the ball is more than spectacle; it’s a cultural space where artistry and identity combine in very public, proud ways.</w:t>
      </w:r>
      <w:r/>
    </w:p>
    <w:p>
      <w:r/>
      <w:r>
        <w:t>Tickets are required for the ball, so if you want that late-night theatrical punch, plan to buy ahead. For newcomers, ballroom events can feel intense and dazzling; go with an open mind and a sense of curiosity.</w:t>
      </w:r>
      <w:r/>
    </w:p>
    <w:p>
      <w:pPr>
        <w:pStyle w:val="Heading2"/>
      </w:pPr>
      <w:r>
        <w:t>How to make the most of the weekend</w:t>
      </w:r>
      <w:r/>
    </w:p>
    <w:p>
      <w:r/>
      <w:r>
        <w:t>Arrive early to snag good food and vendor finds, hydrate and plan transport , the street fest is free, the ball ticketed. Wear sun protection for the afternoon and bring cash if you prefer it for small vendors. Lastly, show up ready to celebrate respectfully; these events are about community visibility as much as they are about fun.</w:t>
      </w:r>
      <w:r/>
    </w:p>
    <w:p>
      <w:r/>
      <w:r>
        <w:t>It’s a small change of plan that can make your Pride weekend feel richer and more connected.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Paragraph 2: </w:t>
      </w:r>
      <w:hyperlink r:id="rId10">
        <w:r>
          <w:rPr>
            <w:color w:val="0000EE"/>
            <w:u w:val="single"/>
          </w:rPr>
          <w:t>[3]</w:t>
        </w:r>
      </w:hyperlink>
      <w:r>
        <w:t xml:space="preserve">- Paragraph 3: </w:t>
      </w:r>
      <w:hyperlink r:id="rId9">
        <w:r>
          <w:rPr>
            <w:color w:val="0000EE"/>
            <w:u w:val="single"/>
          </w:rPr>
          <w:t>[4]</w:t>
        </w:r>
      </w:hyperlink>
      <w:r>
        <w:t xml:space="preserve">- Paragraph 4: </w:t>
      </w:r>
      <w:hyperlink r:id="rId9">
        <w:r>
          <w:rPr>
            <w:color w:val="0000EE"/>
            <w:u w:val="single"/>
          </w:rPr>
          <w:t>[5]</w:t>
        </w:r>
      </w:hyperlink>
      <w:r>
        <w:t xml:space="preserve">- Paragraph 5: </w:t>
      </w:r>
      <w:hyperlink r:id="rId9">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https://www.buffalorising.com/2026/07/2026-upstate-ny-black-latino-pride-street-fest-the-banjee-kiki-ball/</w:t>
        </w:r>
      </w:hyperlink>
      <w:r>
        <w:t xml:space="preserve"> - Please view link - unable to able to access data</w:t>
      </w:r>
      <w:r/>
    </w:p>
    <w:p>
      <w:pPr>
        <w:pStyle w:val="ListNumber"/>
        <w:spacing w:line="240" w:lineRule="auto"/>
        <w:ind w:left="720"/>
      </w:pPr>
      <w:r/>
      <w:hyperlink r:id="rId9">
        <w:r>
          <w:rPr>
            <w:color w:val="0000EE"/>
            <w:u w:val="single"/>
          </w:rPr>
          <w:t>https://www.buffalorising.com/2026/07/2026-upstate-ny-black-latino-pride-street-fest-the-banjee-kiki-ball/</w:t>
        </w:r>
      </w:hyperlink>
      <w:r>
        <w:t xml:space="preserve"> - The article announces the Upstate NY Black &amp; Latino Pride Street Fest, scheduled for Friday, July 24, 2026, from 5:00 PM to 10:00 PM at 26 Allen Street in Buffalo. The event coincides with National Tequila Day and is produced in collaboration with Twenty Six Allen, MOCHA Buffalo, and Fillmore District Council Member Mitch Nowakowski. The festival offers free entry, live entertainment, food trucks, vendors, and interactive games. It aims to bring an inclusive LGBTQ+ element to Buffalo, celebrating Black and Latino LGBTQ+ lives. The event features host Kelly Valasquez-Lord, music by DJs Brei, Little Italy, and Xo’Lei Moon, and special performances including the “Queen City Revue” with Sabrina La Perla, entertainer Nyk Tyrell, and Keke’s Hot Body Contest. The Pride Week concludes with The Banjee Kiki Ball 5 at The Caz on Saturday, July 25, 2026, from 7:30 PM to 11:59 PM, celebrating LGBTQ+ ballroom culture in Buffalo with runway walking, vogueing battles, and various performance categories. The event is presented by Father Keanu Louboutin.</w:t>
      </w:r>
      <w:r/>
    </w:p>
    <w:p>
      <w:pPr>
        <w:pStyle w:val="ListNumber"/>
        <w:spacing w:line="240" w:lineRule="auto"/>
        <w:ind w:left="720"/>
      </w:pPr>
      <w:r/>
      <w:hyperlink r:id="rId10">
        <w:r>
          <w:rPr>
            <w:color w:val="0000EE"/>
            <w:u w:val="single"/>
          </w:rPr>
          <w:t>https://www.eventbrite.com/cc/upstate-ny-black-latino-pride-4854509</w:t>
        </w:r>
      </w:hyperlink>
      <w:r>
        <w:t xml:space="preserve"> - Eventbrite provides a collection of events for the Upstate NY Black &amp; Latino Pride, including the Upstate NY Black &amp; Latino Pride Street Fest on July 24, 2026, and The Banjee Kiki Ball 5 on July 25, 2026. The collection celebrates five years of BIPOC queerness and community building, offering free entry to the street fest and various performances and activities at The Banjee Kiki Ball 5.</w:t>
      </w:r>
      <w:r/>
    </w:p>
    <w:p>
      <w:pPr>
        <w:pStyle w:val="ListNumber"/>
        <w:spacing w:line="240" w:lineRule="auto"/>
        <w:ind w:left="720"/>
      </w:pPr>
      <w:r/>
      <w:hyperlink r:id="rId9">
        <w:r>
          <w:rPr>
            <w:color w:val="0000EE"/>
            <w:u w:val="single"/>
          </w:rPr>
          <w:t>https://www.buffalorising.com/2026/07/2026-upstate-ny-black-latino-pride-street-fest-the-banjee-kiki-ball/</w:t>
        </w:r>
      </w:hyperlink>
      <w:r>
        <w:t xml:space="preserve"> - The article announces the Upstate NY Black &amp; Latino Pride Street Fest, scheduled for Friday, July 24, 2026, from 5:00 PM to 10:00 PM at 26 Allen Street in Buffalo. The event coincides with National Tequila Day and is produced in collaboration with Twenty Six Allen, MOCHA Buffalo, and Fillmore District Council Member Mitch Nowakowski. The festival offers free entry, live entertainment, food trucks, vendors, and interactive games. It aims to bring an inclusive LGBTQ+ element to Buffalo, celebrating Black and Latino LGBTQ+ lives. The event features host Kelly Valasquez-Lord, music by DJs Brei, Little Italy, and Xo’Lei Moon, and special performances including the “Queen City Revue” with Sabrina La Perla, entertainer Nyk Tyrell, and Keke’s Hot Body Contest. The Pride Week concludes with The Banjee Kiki Ball 5 at The Caz on Saturday, July 25, 2026, from 7:30 PM to 11:59 PM, celebrating LGBTQ+ ballroom culture in Buffalo with runway walking, vogueing battles, and various performance categories. The event is presented by Father Keanu Louboutin.</w:t>
      </w:r>
      <w:r/>
    </w:p>
    <w:p>
      <w:pPr>
        <w:pStyle w:val="ListNumber"/>
        <w:spacing w:line="240" w:lineRule="auto"/>
        <w:ind w:left="720"/>
      </w:pPr>
      <w:r/>
      <w:hyperlink r:id="rId9">
        <w:r>
          <w:rPr>
            <w:color w:val="0000EE"/>
            <w:u w:val="single"/>
          </w:rPr>
          <w:t>https://www.buffalorising.com/2026/07/2026-upstate-ny-black-latino-pride-street-fest-the-banjee-kiki-ball/</w:t>
        </w:r>
      </w:hyperlink>
      <w:r>
        <w:t xml:space="preserve"> - The article announces the Upstate NY Black &amp; Latino Pride Street Fest, scheduled for Friday, July 24, 2026, from 5:00 PM to 10:00 PM at 26 Allen Street in Buffalo. The event coincides with National Tequila Day and is produced in collaboration with Twenty Six Allen, MOCHA Buffalo, and Fillmore District Council Member Mitch Nowakowski. The festival offers free entry, live entertainment, food trucks, vendors, and interactive games. It aims to bring an inclusive LGBTQ+ element to Buffalo, celebrating Black and Latino LGBTQ+ lives. The event features host Kelly Valasquez-Lord, music by DJs Brei, Little Italy, and Xo’Lei Moon, and special performances including the “Queen City Revue” with Sabrina La Perla, entertainer Nyk Tyrell, and Keke’s Hot Body Contest. The Pride Week concludes with The Banjee Kiki Ball 5 at The Caz on Saturday, July 25, 2026, from 7:30 PM to 11:59 PM, celebrating LGBTQ+ ballroom culture in Buffalo with runway walking, vogueing battles, and various performance categories. The event is presented by Father Keanu Louboutin.</w:t>
      </w:r>
      <w:r/>
    </w:p>
    <w:p>
      <w:pPr>
        <w:pStyle w:val="ListNumber"/>
        <w:spacing w:line="240" w:lineRule="auto"/>
        <w:ind w:left="720"/>
      </w:pPr>
      <w:r/>
      <w:hyperlink r:id="rId9">
        <w:r>
          <w:rPr>
            <w:color w:val="0000EE"/>
            <w:u w:val="single"/>
          </w:rPr>
          <w:t>https://www.buffalorising.com/2026/07/2026-upstate-ny-black-latino-pride-street-fest-the-banjee-kiki-ball/</w:t>
        </w:r>
      </w:hyperlink>
      <w:r>
        <w:t xml:space="preserve"> - The article announces the Upstate NY Black &amp; Latino Pride Street Fest, scheduled for Friday, July 24, 2026, from 5:00 PM to 10:00 PM at 26 Allen Street in Buffalo. The event coincides with National Tequila Day and is produced in collaboration with Twenty Six Allen, MOCHA Buffalo, and Fillmore District Council Member Mitch Nowakowski. The festival offers free entry, live entertainment, food trucks, vendors, and interactive games. It aims to bring an inclusive LGBTQ+ element to Buffalo, celebrating Black and Latino LGBTQ+ lives. The event features host Kelly Valasquez-Lord, music by DJs Brei, Little Italy, and Xo’Lei Moon, and special...</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uffalorising.com/2026/07/2026-upstate-ny-black-latino-pride-street-fest-the-banjee-kiki-ball/" TargetMode="External"/><Relationship Id="rId10" Type="http://schemas.openxmlformats.org/officeDocument/2006/relationships/hyperlink" Target="https://www.eventbrite.com/cc/upstate-ny-black-latino-pride-48545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