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Takeaways from the Giants’ “Jesus Won” Shirt and Pride Night Debate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Watchers of baseball and culture are still talking after San Francisco Giants pitcher JT Brubaker wore a “JESUS WON” T‑shirt following a contentious Pride Night episode; the moment matters because it isn’t just about faith, it’s about context, inclusion and how public teams handle identity during themed events.</w:t>
      </w:r>
      <w:r/>
    </w:p>
    <w:p>
      <w:r/>
      <w:r>
        <w:t>Essential Takeaways</w:t>
      </w:r>
      <w:r/>
      <w:r/>
    </w:p>
    <w:p>
      <w:pPr>
        <w:pStyle w:val="ListBullet"/>
        <w:spacing w:line="240" w:lineRule="auto"/>
        <w:ind w:left="720"/>
      </w:pPr>
      <w:r/>
      <w:r>
        <w:rPr>
          <w:b/>
        </w:rPr>
        <w:t>What happened:</w:t>
      </w:r>
      <w:r>
        <w:t xml:space="preserve"> A few Giants pitchers wrote Bible verses on Pride caps, then JT Brubaker later wore a shirt reading “JESUS WON,” which reignited debate around Pride Night.</w:t>
      </w:r>
      <w:r/>
    </w:p>
    <w:p>
      <w:pPr>
        <w:pStyle w:val="ListBullet"/>
        <w:spacing w:line="240" w:lineRule="auto"/>
        <w:ind w:left="720"/>
      </w:pPr>
      <w:r/>
      <w:r>
        <w:rPr>
          <w:b/>
        </w:rPr>
        <w:t>Why fans felt upset:</w:t>
      </w:r>
      <w:r>
        <w:t xml:space="preserve"> Many LGBTQ+ supporters say the issue is context , religious messaging during an event explicitly meant to celebrate a marginalised community felt intrusive to some.</w:t>
      </w:r>
      <w:r/>
    </w:p>
    <w:p>
      <w:pPr>
        <w:pStyle w:val="ListBullet"/>
        <w:spacing w:line="240" w:lineRule="auto"/>
        <w:ind w:left="720"/>
      </w:pPr>
      <w:r/>
      <w:r>
        <w:rPr>
          <w:b/>
        </w:rPr>
        <w:t>Players’ stance:</w:t>
      </w:r>
      <w:r>
        <w:t xml:space="preserve"> The pitchers defended their actions as expressions of faith and love, saying they wouldn’t change what they did; they framed their gestures as invitation rather than exclusion.</w:t>
      </w:r>
      <w:r/>
    </w:p>
    <w:p>
      <w:pPr>
        <w:pStyle w:val="ListBullet"/>
        <w:spacing w:line="240" w:lineRule="auto"/>
        <w:ind w:left="720"/>
      </w:pPr>
      <w:r/>
      <w:r>
        <w:rPr>
          <w:b/>
        </w:rPr>
        <w:t>Brand angle:</w:t>
      </w:r>
      <w:r>
        <w:t xml:space="preserve"> The shirt comes from Jesus Won Apparel, a group that says it seeks to spark conversations about faith and fund religious causes.</w:t>
      </w:r>
      <w:r/>
    </w:p>
    <w:p>
      <w:pPr>
        <w:pStyle w:val="ListBullet"/>
        <w:spacing w:line="240" w:lineRule="auto"/>
        <w:ind w:left="720"/>
      </w:pPr>
      <w:r/>
      <w:r>
        <w:rPr>
          <w:b/>
        </w:rPr>
        <w:t>Practical note:</w:t>
      </w:r>
      <w:r>
        <w:t xml:space="preserve"> Conversations now centre on boundaries , how athletes can express belief while respecting events designed to uplift specific communities.</w:t>
      </w:r>
      <w:r/>
      <w:r/>
    </w:p>
    <w:p>
      <w:pPr>
        <w:pStyle w:val="Heading2"/>
      </w:pPr>
      <w:r>
        <w:t>Pride Night’s Purpose , and Why Context Matters</w:t>
      </w:r>
      <w:r/>
    </w:p>
    <w:p>
      <w:r/>
      <w:r>
        <w:t>Pride Night is a chance for teams to visibly support LGBTQ+ fans, with rainbow caps and ceremonies that are intentionally uplifting and inclusive. For many, the emotional texture of the night is warm, celebratory and protective , so seeing religious slogans attached to Pride paraphernalia felt jarring. OutSports and local coverage noted how the verse-writing and subsequent apparel blurred lines between personal faith and a themed team endorsement. If you’re running an event for a group that’s faced exclusion, sensitivity about messaging isn’t nitpicking, it’s basic respect.</w:t>
      </w:r>
      <w:r/>
    </w:p>
    <w:p>
      <w:pPr>
        <w:pStyle w:val="Heading2"/>
      </w:pPr>
      <w:r>
        <w:t>The Players Say It’s About Faith, Not Exclusion</w:t>
      </w:r>
      <w:r/>
    </w:p>
    <w:p>
      <w:r/>
      <w:r>
        <w:t>Pitchers involved have said they acted from conviction, claiming their intention was to share what they see as positive and welcoming beliefs. Speaking to local outlets, they described online backlash as partly predictable and partly unfortunate. According to reporting, they framed their gestures as invitations to read scripture rather than targeted statements. That defence lands for many people of faith who’re also queer , but it doesn’t erase how timing and venue affect perception.</w:t>
      </w:r>
      <w:r/>
    </w:p>
    <w:p>
      <w:pPr>
        <w:pStyle w:val="Heading2"/>
      </w:pPr>
      <w:r>
        <w:t>Fans’ Reactions , Hurt, Confusion and Questions</w:t>
      </w:r>
      <w:r/>
    </w:p>
    <w:p>
      <w:r/>
      <w:r>
        <w:t>Reaction hasn’t been uniform. Some fans defended the players’ freedom to express their religion; others felt hurt and confused that religious messaging appeared on gear tied to Pride Night. Coverage in multiple outlets shows the dispute isn’t only about belief but about who gets to set the tone during an inclusion-driven evening. A recurring question on social feeds has been simple and stark: why Pride Night, of all nights, for that message? Organisations and teams thinking about themed nights can learn from this , context and consultation matter.</w:t>
      </w:r>
      <w:r/>
    </w:p>
    <w:p>
      <w:pPr>
        <w:pStyle w:val="Heading2"/>
      </w:pPr>
      <w:r>
        <w:t>Brands and Motives , What Does the Shirt Represent?</w:t>
      </w:r>
      <w:r/>
    </w:p>
    <w:p>
      <w:r/>
      <w:r>
        <w:t>The “JESUS WON” shirt links to a brand that states its mission is to start conversations about Jesus and raise funds for faith causes. That commercial angle complicates the story: it’s not just personal faith but also an identifiable label with a clear purpose. For fans wondering about motive, that matters. If you’re a team, a player or an event organiser, it’s worth separating personal expression from promoted messaging , especially in moments meant to celebrate marginalised groups.</w:t>
      </w:r>
      <w:r/>
    </w:p>
    <w:p>
      <w:pPr>
        <w:pStyle w:val="Heading2"/>
      </w:pPr>
      <w:r>
        <w:t>Where This Leaves the Giants and Sports Culture</w:t>
      </w:r>
      <w:r/>
    </w:p>
    <w:p>
      <w:r/>
      <w:r>
        <w:t>Sports teams are public platforms, and actions from athletes ripple beyond the dugout. The Giants episode has prompted wider discussions about free expression versus responsibility during themed nights. Media outlets have traced the arc from Pride caps to the shirt, and local commentators and former players weighed in. Going forward, teams might develop clearer guidelines about what’s appropriate at community-focused events. That could protect both players’ rights to belief and fans’ rights to safe, unambiguous celebration.</w:t>
      </w:r>
      <w:r/>
    </w:p>
    <w:p>
      <w:r/>
      <w:r>
        <w:t>It's a small set of choices that has opened a big conversation about how teams, players and fans share public space.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13">
        <w:r>
          <w:rPr>
            <w:color w:val="0000EE"/>
            <w:u w:val="single"/>
          </w:rPr>
          <w:t>[4]</w:t>
        </w:r>
      </w:hyperlink>
      <w:r>
        <w:t xml:space="preserve">, </w:t>
      </w:r>
      <w:hyperlink r:id="rId14">
        <w:r>
          <w:rPr>
            <w:color w:val="0000EE"/>
            <w:u w:val="single"/>
          </w:rPr>
          <w:t>[5]</w:t>
        </w:r>
      </w:hyperlink>
      <w:r>
        <w:t xml:space="preserve">- Paragraph 4: </w:t>
      </w:r>
      <w:hyperlink r:id="rId15">
        <w:r>
          <w:rPr>
            <w:color w:val="0000EE"/>
            <w:u w:val="single"/>
          </w:rPr>
          <w:t>[7]</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https://instinctmagazine.com/giants-sf-brubaker-jesus-won/</w:t>
        </w:r>
      </w:hyperlink>
      <w:r>
        <w:t xml:space="preserve"> - Please view link - unable to able to access data</w:t>
      </w:r>
      <w:r/>
    </w:p>
    <w:p>
      <w:pPr>
        <w:pStyle w:val="ListNumber"/>
        <w:spacing w:line="240" w:lineRule="auto"/>
        <w:ind w:left="720"/>
      </w:pPr>
      <w:r/>
      <w:hyperlink r:id="rId10">
        <w:r>
          <w:rPr>
            <w:color w:val="0000EE"/>
            <w:u w:val="single"/>
          </w:rPr>
          <w:t>https://www.sfgate.com/giants/article/sf-giants-pitchers-pride-protest-22303677.php</w:t>
        </w:r>
      </w:hyperlink>
      <w:r>
        <w:t xml:space="preserve"> - In June 2026, during the San Francisco Giants' Pride Night, pitchers Landen Roupp, JT Brubaker, and Ryan Walker inscribed Bible verses on their rainbow-themed caps, sparking controversy. Roupp and Brubaker wrote verses on the front panels, while Walker placed his on the side. This act was perceived by some as a protest against the LGBTQ+ celebration. (</w:t>
      </w:r>
      <w:hyperlink r:id="rId16">
        <w:r>
          <w:rPr>
            <w:color w:val="0000EE"/>
            <w:u w:val="single"/>
          </w:rPr>
          <w:t>sfgate.com</w:t>
        </w:r>
      </w:hyperlink>
      <w:r>
        <w:t>)</w:t>
      </w:r>
      <w:r/>
    </w:p>
    <w:p>
      <w:pPr>
        <w:pStyle w:val="ListNumber"/>
        <w:spacing w:line="240" w:lineRule="auto"/>
        <w:ind w:left="720"/>
      </w:pPr>
      <w:r/>
      <w:hyperlink r:id="rId11">
        <w:r>
          <w:rPr>
            <w:color w:val="0000EE"/>
            <w:u w:val="single"/>
          </w:rPr>
          <w:t>https://www.outsports.com/2026/6/15/24136666/sf-giants-pride-night-caps-team-history-lgbtq-hiv-b/</w:t>
        </w:r>
      </w:hyperlink>
      <w:r>
        <w:t xml:space="preserve"> - The San Francisco Giants' Pride Night controversy intensified due to the team's historical support for the LGBTQ+ community. In 1994, 2015, and 2021, the Giants had been recognized for their inclusivity. The players' actions in 2026 were seen as a departure from this legacy, leading to criticism from fans and advocates. (</w:t>
      </w:r>
      <w:hyperlink r:id="rId17">
        <w:r>
          <w:rPr>
            <w:color w:val="0000EE"/>
            <w:u w:val="single"/>
          </w:rPr>
          <w:t>outsports.com</w:t>
        </w:r>
      </w:hyperlink>
      <w:r>
        <w:t>)</w:t>
      </w:r>
      <w:r/>
    </w:p>
    <w:p>
      <w:pPr>
        <w:pStyle w:val="ListNumber"/>
        <w:spacing w:line="240" w:lineRule="auto"/>
        <w:ind w:left="720"/>
      </w:pPr>
      <w:r/>
      <w:hyperlink r:id="rId13">
        <w:r>
          <w:rPr>
            <w:color w:val="0000EE"/>
            <w:u w:val="single"/>
          </w:rPr>
          <w:t>https://www.outsports.com/2026/6/15/24136559/giants-players-sf-san-francisco-gay-lgbtq-pride-night-statement-blame/</w:t>
        </w:r>
      </w:hyperlink>
      <w:r>
        <w:t xml:space="preserve"> - The San Francisco Giants' official statement on the Pride Night incident was criticized for siding with the players who inscribed Bible verses on their caps. The statement deflected blame and was perceived as dismissive of the LGBTQ+ community's concerns, leading to further backlash. (</w:t>
      </w:r>
      <w:hyperlink r:id="rId18">
        <w:r>
          <w:rPr>
            <w:color w:val="0000EE"/>
            <w:u w:val="single"/>
          </w:rPr>
          <w:t>outsports.com</w:t>
        </w:r>
      </w:hyperlink>
      <w:r>
        <w:t>)</w:t>
      </w:r>
      <w:r/>
    </w:p>
    <w:p>
      <w:pPr>
        <w:pStyle w:val="ListNumber"/>
        <w:spacing w:line="240" w:lineRule="auto"/>
        <w:ind w:left="720"/>
      </w:pPr>
      <w:r/>
      <w:hyperlink r:id="rId14">
        <w:r>
          <w:rPr>
            <w:color w:val="0000EE"/>
            <w:u w:val="single"/>
          </w:rPr>
          <w:t>https://www.cbsnews.com/sanfrancisco/news/san-francisco-giants-pride-night-controversy-mlb-trump-administration-investigation/</w:t>
        </w:r>
      </w:hyperlink>
      <w:r>
        <w:t xml:space="preserve"> - The San Francisco Giants' Pride Night controversy, involving players writing Bible verses on their caps, led to a backlash from the LGBTQ+ community and prompted an investigation by the Trump administration into Major League Baseball. The incident highlighted tensions between religious expression and LGBTQ+ rights within the sport. (</w:t>
      </w:r>
      <w:hyperlink r:id="rId19">
        <w:r>
          <w:rPr>
            <w:color w:val="0000EE"/>
            <w:u w:val="single"/>
          </w:rPr>
          <w:t>cbsnews.com</w:t>
        </w:r>
      </w:hyperlink>
      <w:r>
        <w:t>)</w:t>
      </w:r>
      <w:r/>
    </w:p>
    <w:p>
      <w:pPr>
        <w:pStyle w:val="ListNumber"/>
        <w:spacing w:line="240" w:lineRule="auto"/>
        <w:ind w:left="720"/>
      </w:pPr>
      <w:r/>
      <w:hyperlink r:id="rId12">
        <w:r>
          <w:rPr>
            <w:color w:val="0000EE"/>
            <w:u w:val="single"/>
          </w:rPr>
          <w:t>https://www.outsports.com/2026/6/19/24137240/san-francisco-giants-pride-night-caps-myths/</w:t>
        </w:r>
      </w:hyperlink>
      <w:r>
        <w:t xml:space="preserve"> - Outsports debunked three myths spread by conservative commentators regarding the San Francisco Giants' Pride Night caps incident. The myths included misconceptions about the players' intentions, the nature of the Bible verses, and the team's response. The article aimed to clarify the facts surrounding the controversy. (</w:t>
      </w:r>
      <w:hyperlink r:id="rId20">
        <w:r>
          <w:rPr>
            <w:color w:val="0000EE"/>
            <w:u w:val="single"/>
          </w:rPr>
          <w:t>outsports.com</w:t>
        </w:r>
      </w:hyperlink>
      <w:r>
        <w:t>)</w:t>
      </w:r>
      <w:r/>
    </w:p>
    <w:p>
      <w:pPr>
        <w:pStyle w:val="ListNumber"/>
        <w:spacing w:line="240" w:lineRule="auto"/>
        <w:ind w:left="720"/>
      </w:pPr>
      <w:r/>
      <w:hyperlink r:id="rId15">
        <w:r>
          <w:rPr>
            <w:color w:val="0000EE"/>
            <w:u w:val="single"/>
          </w:rPr>
          <w:t>https://www.outsports.com/2026/7/21/24139896/san-francisco-giants-pride-night-rainbow-mlb-jesus-won-new-york-mets-christianity-politics-outkick/</w:t>
        </w:r>
      </w:hyperlink>
      <w:r>
        <w:t xml:space="preserve"> - Outsports discussed the double standard in reactions to players' religious expressions in Major League Baseball. While some criticized players for wearing 'Jesus Won' shirts, others remained silent, highlighting inconsistencies in the 'keep politics out of sports' stance. The article examined the broader implications of religious expression in sports. (</w:t>
      </w:r>
      <w:hyperlink r:id="rId21">
        <w:r>
          <w:rPr>
            <w:color w:val="0000EE"/>
            <w:u w:val="single"/>
          </w:rPr>
          <w:t>outsports.com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giants-sf-brubaker-jesus-won/" TargetMode="External"/><Relationship Id="rId10" Type="http://schemas.openxmlformats.org/officeDocument/2006/relationships/hyperlink" Target="https://www.sfgate.com/giants/article/sf-giants-pitchers-pride-protest-22303677.php" TargetMode="External"/><Relationship Id="rId11" Type="http://schemas.openxmlformats.org/officeDocument/2006/relationships/hyperlink" Target="https://www.outsports.com/2026/6/15/24136666/sf-giants-pride-night-caps-team-history-lgbtq-hiv-b/" TargetMode="External"/><Relationship Id="rId12" Type="http://schemas.openxmlformats.org/officeDocument/2006/relationships/hyperlink" Target="https://www.outsports.com/2026/6/19/24137240/san-francisco-giants-pride-night-caps-myths/" TargetMode="External"/><Relationship Id="rId13" Type="http://schemas.openxmlformats.org/officeDocument/2006/relationships/hyperlink" Target="https://www.outsports.com/2026/6/15/24136559/giants-players-sf-san-francisco-gay-lgbtq-pride-night-statement-blame/" TargetMode="External"/><Relationship Id="rId14" Type="http://schemas.openxmlformats.org/officeDocument/2006/relationships/hyperlink" Target="https://www.cbsnews.com/sanfrancisco/news/san-francisco-giants-pride-night-controversy-mlb-trump-administration-investigation/" TargetMode="External"/><Relationship Id="rId15" Type="http://schemas.openxmlformats.org/officeDocument/2006/relationships/hyperlink" Target="https://www.outsports.com/2026/7/21/24139896/san-francisco-giants-pride-night-rainbow-mlb-jesus-won-new-york-mets-christianity-politics-outkick/" TargetMode="External"/><Relationship Id="rId16" Type="http://schemas.openxmlformats.org/officeDocument/2006/relationships/hyperlink" Target="https://www.sfgate.com/giants/article/sf-giants-pitchers-pride-protest-22303677.php?utm_source=openai" TargetMode="External"/><Relationship Id="rId17" Type="http://schemas.openxmlformats.org/officeDocument/2006/relationships/hyperlink" Target="https://www.outsports.com/2026/6/15/24136666/sf-giants-pride-night-caps-team-history-lgbtq-hiv-b/?utm_source=openai" TargetMode="External"/><Relationship Id="rId18" Type="http://schemas.openxmlformats.org/officeDocument/2006/relationships/hyperlink" Target="https://www.outsports.com/2026/6/15/24136559/giants-players-sf-san-francisco-gay-lgbtq-pride-night-statement-blame/?utm_source=openai" TargetMode="External"/><Relationship Id="rId19" Type="http://schemas.openxmlformats.org/officeDocument/2006/relationships/hyperlink" Target="https://www.cbsnews.com/sanfrancisco/news/san-francisco-giants-pride-night-controversy-mlb-trump-administration-investigation/?utm_source=openai" TargetMode="External"/><Relationship Id="rId20" Type="http://schemas.openxmlformats.org/officeDocument/2006/relationships/hyperlink" Target="https://www.outsports.com/2026/6/19/24137240/san-francisco-giants-pride-night-caps-myths/?utm_source=openai" TargetMode="External"/><Relationship Id="rId21" Type="http://schemas.openxmlformats.org/officeDocument/2006/relationships/hyperlink" Target="https://www.outsports.com/2026/7/21/24139896/san-francisco-giants-pride-night-rainbow-mlb-jesus-won-new-york-mets-christianity-politics-outkick/?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