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Safer Spaces in Amsterdam for WorldPride 2026: Where to Go if You Feel Unsafe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visitors and locals are already planning routes , and for good reason: Safer Spaces and reporting points are being rolled out across Amsterdam for WorldPride 2026 so queer people have calm, staffed places to go if they feel threatened or need to report discrimination. Here's what to expect and how to use them.</w:t>
      </w:r>
      <w:r/>
    </w:p>
    <w:p>
      <w:r/>
      <w:r>
        <w:t>Essential Takeaways</w:t>
      </w:r>
      <w:r/>
      <w:r/>
    </w:p>
    <w:p>
      <w:pPr>
        <w:pStyle w:val="ListBullet"/>
        <w:spacing w:line="240" w:lineRule="auto"/>
        <w:ind w:left="720"/>
      </w:pPr>
      <w:r/>
      <w:r>
        <w:rPr>
          <w:b/>
        </w:rPr>
        <w:t>Locations to know:</w:t>
      </w:r>
      <w:r>
        <w:t xml:space="preserve"> Safer Spaces will operate in familiar, central venues such as the Nieuwe Kerk, Stedelijk Museum, Stadsarchief and Rita’s community centre on Reguliersdwarsstraat , quiet, visible spots with trained staff.</w:t>
      </w:r>
      <w:r/>
    </w:p>
    <w:p>
      <w:pPr>
        <w:pStyle w:val="ListBullet"/>
        <w:spacing w:line="240" w:lineRule="auto"/>
        <w:ind w:left="720"/>
      </w:pPr>
      <w:r/>
      <w:r>
        <w:rPr>
          <w:b/>
        </w:rPr>
        <w:t>Trained helpers:</w:t>
      </w:r>
      <w:r>
        <w:t xml:space="preserve"> Staff receive a short, practical workshop covering procedure, supportive questions and how to use pronouns respectfully; the tone is listening-first.</w:t>
      </w:r>
      <w:r/>
    </w:p>
    <w:p>
      <w:pPr>
        <w:pStyle w:val="ListBullet"/>
        <w:spacing w:line="240" w:lineRule="auto"/>
        <w:ind w:left="720"/>
      </w:pPr>
      <w:r/>
      <w:r>
        <w:rPr>
          <w:b/>
        </w:rPr>
        <w:t>What they offer:</w:t>
      </w:r>
      <w:r>
        <w:t xml:space="preserve"> A place to feel safe, report incidents, get information and be signposted to further help , useful whether you want immediate calm or to file a complaint.</w:t>
      </w:r>
      <w:r/>
    </w:p>
    <w:p>
      <w:pPr>
        <w:pStyle w:val="ListBullet"/>
        <w:spacing w:line="240" w:lineRule="auto"/>
        <w:ind w:left="720"/>
      </w:pPr>
      <w:r/>
      <w:r>
        <w:rPr>
          <w:b/>
        </w:rPr>
        <w:t>City-wide reporting:</w:t>
      </w:r>
      <w:r>
        <w:t xml:space="preserve"> Amsterdam is expanding reporting points across Pride events, making it easier to log anti-LGBTQIA+ violence or discrimination quickly and locally.</w:t>
      </w:r>
      <w:r/>
    </w:p>
    <w:p>
      <w:pPr>
        <w:pStyle w:val="ListBullet"/>
        <w:spacing w:line="240" w:lineRule="auto"/>
        <w:ind w:left="720"/>
      </w:pPr>
      <w:r/>
      <w:r>
        <w:rPr>
          <w:b/>
        </w:rPr>
        <w:t>Practical feel:</w:t>
      </w:r>
      <w:r>
        <w:t xml:space="preserve"> Expect friendly, low-key spaces , easy to find, quiet enough to breathe, and run by people who know community needs.</w:t>
      </w:r>
      <w:r/>
      <w:r/>
    </w:p>
    <w:p>
      <w:pPr>
        <w:pStyle w:val="Heading2"/>
      </w:pPr>
      <w:r>
        <w:t>Where the Safer Spaces will be , and why those spots matter</w:t>
      </w:r>
      <w:r/>
    </w:p>
    <w:p>
      <w:r/>
      <w:r>
        <w:t>The organisers picked well-known cultural and community sites so people can find help without wandering off into side streets. The Nieuwe Kerk and Stedelijk Museum are central and busy, while the Stadsarchief and Rita’s community centre give a quieter, more familiar option for locals. According to city briefings, the logic is simple: visibility plus accessibility equals safety. That matters when you’re shaken , a familiar doorway or museum hall can feel calming, and staff there are briefed to act quickly and respectfully. If you’re planning your day, slate one or two Safer Spaces near your route. They’re easy fallback options if you need a break, a private chat, or to start a report.</w:t>
      </w:r>
      <w:r/>
    </w:p>
    <w:p>
      <w:pPr>
        <w:pStyle w:val="Heading2"/>
      </w:pPr>
      <w:r>
        <w:t>What the staff training covers , practical and people-focused</w:t>
      </w:r>
      <w:r/>
    </w:p>
    <w:p>
      <w:r/>
      <w:r>
        <w:t>Staff get a short workshop before WorldPride, focusing on the steps to follow when someone turns up distressed, what Rita does, and which questions help rather than harm. They’re also coached on handling pronouns people might not use often, which reduces awkwardness and shows respect. The training isn’t clinical , it’s about listening, offering immediate comfort and making sure people know options for next steps. Expect helpers who’ll offer water, a quiet chair and clear information about reporting and support services. If you’d like to volunteer, look for local community-centre calls; organisations are keeping sessions short and practical so helpers can be effective quickly.</w:t>
      </w:r>
      <w:r/>
    </w:p>
    <w:p>
      <w:pPr>
        <w:pStyle w:val="Heading2"/>
      </w:pPr>
      <w:r>
        <w:t>How reporting points and Safer Spaces fit together across the city</w:t>
      </w:r>
      <w:r/>
    </w:p>
    <w:p>
      <w:r/>
      <w:r>
        <w:t>Amsterdam’s wider Pride plans include more reporting points to capture incidents of anti-LGBTQIA+ violence or discrimination throughout the festival. That means you won’t have to travel far to tell someone what happened. The municipality has put resources into signage and staff coordination so reports can be taken promptly and referred to the right services. For anyone worried about the official route, Safer Spaces give a community-led alternative that can also guide you through formal reporting if you want it. For practical use, note where the nearest reporting point and Safer Space are on your route , keep a screenshot or jot them down in your phone.</w:t>
      </w:r>
      <w:r/>
    </w:p>
    <w:p>
      <w:pPr>
        <w:pStyle w:val="Heading2"/>
      </w:pPr>
      <w:r>
        <w:t>Tips for using a Safer Space , what to expect and what to bring</w:t>
      </w:r>
      <w:r/>
    </w:p>
    <w:p>
      <w:r/>
      <w:r>
        <w:t>Go in and ask for a quiet corner if you need it; staff are trained to prioritise immediate emotional safety. You don’t need to have a formal complaint ready , the helpers can listen first and suggest next steps. Bring ID if you plan to make a formal report, but it’s not necessary just to use the space. If you want evidence for a later complaint, note times, locations and any witnesses, and ask staff to record the visit. If you need medical care or want to involve police, staff can explain the process and call the relevant services with you.</w:t>
      </w:r>
      <w:r/>
    </w:p>
    <w:p>
      <w:pPr>
        <w:pStyle w:val="Heading2"/>
      </w:pPr>
      <w:r>
        <w:t>Looking ahead , why this approach matters beyond WorldPride</w:t>
      </w:r>
      <w:r/>
    </w:p>
    <w:p>
      <w:r/>
      <w:r>
        <w:t>Making Safer Spaces part of the festival isn’t only practical for one week; it shifts how cities think about inclusion at public events. The combination of cultural venues and community hubs shows a willingness to embed support where people already are. Organisers hope this model will stay on the map after WorldPride, improving everyday access to help across Amsterdam. It’s a small logistical change that signals respect and readiness , and for many visitors, that’s immediately reassuring.</w:t>
      </w:r>
      <w:r/>
    </w:p>
    <w:p>
      <w:r/>
      <w:r>
        <w:t>It's a small change that can make every Pride moment a little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[4]</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10">
        <w:r>
          <w:rPr>
            <w:color w:val="0000EE"/>
            <w:u w:val="single"/>
          </w:rPr>
          <w:t>[6]</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https://www.parool.nl/worldpride-amsterdam-2026/live-aftellen-tot-worldpride-2026-in-amsterdam~bc05efe8/</w:t>
        </w:r>
      </w:hyperlink>
      <w:r>
        <w:t xml:space="preserve"> - Please view link - unable to able to access data</w:t>
      </w:r>
      <w:r/>
    </w:p>
    <w:p>
      <w:pPr>
        <w:pStyle w:val="ListNumber"/>
        <w:spacing w:line="240" w:lineRule="auto"/>
        <w:ind w:left="720"/>
      </w:pPr>
      <w:r/>
      <w:hyperlink r:id="rId9">
        <w:r>
          <w:rPr>
            <w:color w:val="0000EE"/>
            <w:u w:val="single"/>
          </w:rPr>
          <w:t>https://www.parool.nl/worldpride-amsterdam-2026/live-aftellen-tot-worldpride-2026-in-amsterdam~bc05efe8/</w:t>
        </w:r>
      </w:hyperlink>
      <w:r>
        <w:t xml:space="preserve"> - This article discusses the preparations for WorldPride Amsterdam 2026, focusing on the establishment of 'Safer Spaces' by the Meldplatform Rita. These designated areas, including the Nieuwe Kerk, Stedelijk Museum, Stadsarchief, and Rita's own community centre in Reguliersdwarsstraat, are intended to provide safe havens for queer individuals during the event. Staff members at these locations receive training on procedures to assist those who feel unsafe or wish to report discrimination, ensuring a supportive environment for the LGBTQIA+ community during WorldPride.</w:t>
      </w:r>
      <w:r/>
    </w:p>
    <w:p>
      <w:pPr>
        <w:pStyle w:val="ListNumber"/>
        <w:spacing w:line="240" w:lineRule="auto"/>
        <w:ind w:left="720"/>
      </w:pPr>
      <w:r/>
      <w:hyperlink r:id="rId11">
        <w:r>
          <w:rPr>
            <w:color w:val="0000EE"/>
            <w:u w:val="single"/>
          </w:rPr>
          <w:t>https://nltimes.nl/2026/06/22/amsterdam-broadens-reporting-points-anti-lgbtqia-violence-world-pride</w:t>
        </w:r>
      </w:hyperlink>
      <w:r>
        <w:t xml:space="preserve"> - Amsterdam is expanding its network of 'Safer Spaces' to include more venues across the city, allowing visitors to report anti-LGBTQIA+ discrimination and violence during WorldPride. This initiative builds upon previous measures announced by Mayor Femke Halsema, aiming to investigate such incidents with priority. The reporting network includes a central Meldpunt RITA location in Reguliersdwarsstraat, along with designated 'Safer Spaces' at the Nieuwe Kerk, Stedelijk Museum, Stadsarchief, and several hotels across Amsterdam, ensuring a comprehensive support system for the LGBTQIA+ community during the event.</w:t>
      </w:r>
      <w:r/>
    </w:p>
    <w:p>
      <w:pPr>
        <w:pStyle w:val="ListNumber"/>
        <w:spacing w:line="240" w:lineRule="auto"/>
        <w:ind w:left="720"/>
      </w:pPr>
      <w:r/>
      <w:hyperlink r:id="rId10">
        <w:r>
          <w:rPr>
            <w:color w:val="0000EE"/>
            <w:u w:val="single"/>
          </w:rPr>
          <w:t>https://www.amsterdam.nl/nieuws/evenementen-herdenkingen/amsterdam-pride-2026/veiligheid-discriminatie-tijdens-pride/</w:t>
        </w:r>
      </w:hyperlink>
      <w:r>
        <w:t xml:space="preserve"> - The City of Amsterdam is implementing safety measures during Pride events to ensure all visitors feel free and safe. Organisers are collaborating with the municipality and police, working together with organisations such as RITA, Discriminatie.nl, Centrum voor Seksueel Geweld, and Slachtofferhulp. In case of a suspicious or unsafe situation, individuals are advised to contact the police immediately. Discrimination can be reported to various organisations, including the police, Meldpunt Discriminatie.nl, Stichting RITA Community, Centrum Seksueel Geweld, and Slachtofferhulp, all of which register and carefully follow up on each report.</w:t>
      </w:r>
      <w:r/>
    </w:p>
    <w:p>
      <w:pPr>
        <w:pStyle w:val="ListNumber"/>
        <w:spacing w:line="240" w:lineRule="auto"/>
        <w:ind w:left="720"/>
      </w:pPr>
      <w:r/>
      <w:hyperlink r:id="rId12">
        <w:r>
          <w:rPr>
            <w:color w:val="0000EE"/>
            <w:u w:val="single"/>
          </w:rPr>
          <w:t>https://www.amsterdam.nl/en/leisure/amsterdam-pride/</w:t>
        </w:r>
      </w:hyperlink>
      <w:r>
        <w:t xml:space="preserve"> - Amsterdam Pride 2026 is scheduled from 8 to 29 July, with WorldPride taking place from 25 July to 8 August. This marks the first time Amsterdam will host WorldPride, coinciding with the 25th anniversary of the world's first legal same-sex marriage conducted in the city. The event aims to celebrate the LGBTQIA+ community and promote equality and diversity. For more information about the programme and events, visitors are encouraged to visit the WorldPride website.</w:t>
      </w:r>
      <w:r/>
    </w:p>
    <w:p>
      <w:pPr>
        <w:pStyle w:val="ListNumber"/>
        <w:spacing w:line="240" w:lineRule="auto"/>
        <w:ind w:left="720"/>
      </w:pPr>
      <w:r/>
      <w:hyperlink r:id="rId10">
        <w:r>
          <w:rPr>
            <w:color w:val="0000EE"/>
            <w:u w:val="single"/>
          </w:rPr>
          <w:t>https://www.amsterdam.nl/nieuws/evenementen-herdenkingen/amsterdam-pride-2026/veiligheid-discriminatie-tijdens-pride/</w:t>
        </w:r>
      </w:hyperlink>
      <w:r>
        <w:t xml:space="preserve"> - The City of Amsterdam is implementing safety measures during Pride events to ensure all visitors feel free and safe. Organisers are collaborating with the municipality and police, working together with organisations such as RITA, Discriminatie.nl, Centrum voor Seksueel Geweld, and Slachtofferhulp. In case of a suspicious or unsafe situation, individuals are advised to contact the police immediately. Discrimination can be reported to various organisations, including the police, Meldpunt Discriminatie.nl, Stichting RITA Community, Centrum Seksueel Geweld, and Slachtofferhulp, all of which register and carefully follow up on each report.</w:t>
      </w:r>
      <w:r/>
    </w:p>
    <w:p>
      <w:pPr>
        <w:pStyle w:val="ListNumber"/>
        <w:spacing w:line="240" w:lineRule="auto"/>
        <w:ind w:left="720"/>
      </w:pPr>
      <w:r/>
      <w:hyperlink r:id="rId12">
        <w:r>
          <w:rPr>
            <w:color w:val="0000EE"/>
            <w:u w:val="single"/>
          </w:rPr>
          <w:t>https://www.amsterdam.nl/en/leisure/amsterdam-pride/</w:t>
        </w:r>
      </w:hyperlink>
      <w:r>
        <w:t xml:space="preserve"> - Amsterdam Pride 2026 is scheduled from 8 to 29 July, with WorldPride taking place from 25 July to 8 August. This marks the first time Amsterdam will host WorldPride, coinciding with the 25th anniversary of the world's first legal same-sex marriage conducted in the city. The event aims to celebrate the LGBTQIA+ community and promote equality and diversity. For more information about the programme and events, visitors are encouraged to visit the WorldPride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worldpride-amsterdam-2026/live-aftellen-tot-worldpride-2026-in-amsterdam~bc05efe8/" TargetMode="External"/><Relationship Id="rId10" Type="http://schemas.openxmlformats.org/officeDocument/2006/relationships/hyperlink" Target="https://www.amsterdam.nl/nieuws/evenementen-herdenkingen/amsterdam-pride-2026/veiligheid-discriminatie-tijdens-pride/" TargetMode="External"/><Relationship Id="rId11" Type="http://schemas.openxmlformats.org/officeDocument/2006/relationships/hyperlink" Target="https://nltimes.nl/2026/06/22/amsterdam-broadens-reporting-points-anti-lgbtqia-violence-world-pride" TargetMode="External"/><Relationship Id="rId12" Type="http://schemas.openxmlformats.org/officeDocument/2006/relationships/hyperlink" Target="https://www.amsterdam.nl/en/leisure/amsterdam-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