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Rochester Pride Refunds Explained: How to Claim After the Cancelled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revelers were left wet and disappointed when Rochester Pride’s festival was cut short by severe weather, so organisers are now offering refunds to affected vendors, organisations and ticket-holders , here’s what to know, where to go, and why the move matters for local businesses and the community.</w:t>
      </w:r>
      <w:r/>
    </w:p>
    <w:p>
      <w:r/>
      <w:r>
        <w:t>Essential Takeaways</w:t>
      </w:r>
      <w:r/>
      <w:r/>
    </w:p>
    <w:p>
      <w:pPr>
        <w:pStyle w:val="ListBullet"/>
        <w:spacing w:line="240" w:lineRule="auto"/>
        <w:ind w:left="720"/>
      </w:pPr>
      <w:r/>
      <w:r>
        <w:rPr>
          <w:b/>
        </w:rPr>
        <w:t>Refunds available:</w:t>
      </w:r>
      <w:r>
        <w:t xml:space="preserve"> Trillium Health is coordinating refunds for registered vendors, organisations and attendees who were affected.</w:t>
      </w:r>
      <w:r/>
    </w:p>
    <w:p>
      <w:pPr>
        <w:pStyle w:val="ListBullet"/>
        <w:spacing w:line="240" w:lineRule="auto"/>
        <w:ind w:left="720"/>
      </w:pPr>
      <w:r/>
      <w:r>
        <w:rPr>
          <w:b/>
        </w:rPr>
        <w:t>Safety-first decision:</w:t>
      </w:r>
      <w:r>
        <w:t xml:space="preserve"> Organisers said the festival ended early due to unsafe weather conditions, prioritising people’s safety.</w:t>
      </w:r>
      <w:r/>
    </w:p>
    <w:p>
      <w:pPr>
        <w:pStyle w:val="ListBullet"/>
        <w:spacing w:line="240" w:lineRule="auto"/>
        <w:ind w:left="720"/>
      </w:pPr>
      <w:r/>
      <w:r>
        <w:rPr>
          <w:b/>
        </w:rPr>
        <w:t>Where to claim:</w:t>
      </w:r>
      <w:r>
        <w:t xml:space="preserve"> Visit TrilliumHealth.org’s Rochester Pride page to request reimbursement; expect simple online forms.</w:t>
      </w:r>
      <w:r/>
    </w:p>
    <w:p>
      <w:pPr>
        <w:pStyle w:val="ListBullet"/>
        <w:spacing w:line="240" w:lineRule="auto"/>
        <w:ind w:left="720"/>
      </w:pPr>
      <w:r/>
      <w:r>
        <w:rPr>
          <w:b/>
        </w:rPr>
        <w:t>Community mood:</w:t>
      </w:r>
      <w:r>
        <w:t xml:space="preserve"> Attendees expressed disappointment but relief that no serious injuries were reported and the atmosphere stayed supportive.</w:t>
      </w:r>
      <w:r/>
    </w:p>
    <w:p>
      <w:pPr>
        <w:pStyle w:val="ListBullet"/>
        <w:spacing w:line="240" w:lineRule="auto"/>
        <w:ind w:left="720"/>
      </w:pPr>
      <w:r/>
      <w:r>
        <w:rPr>
          <w:b/>
        </w:rPr>
        <w:t>Local impact:</w:t>
      </w:r>
      <w:r>
        <w:t xml:space="preserve"> Small businesses and community groups who invested time and stock may see lost revenue , refunds aim to soften that blow.</w:t>
      </w:r>
      <w:r/>
      <w:r/>
    </w:p>
    <w:p>
      <w:pPr>
        <w:pStyle w:val="Heading2"/>
      </w:pPr>
      <w:r>
        <w:t>What happened and why refunds matter</w:t>
      </w:r>
      <w:r/>
    </w:p>
    <w:p>
      <w:r/>
      <w:r>
        <w:t>The outdoor Rochester Pride festival was halted over the weekend when worsening weather made continuing unsafe, and organisers moved quickly to protect attendees and staff. The festival’s abrupt end left vendors and community groups with unsold stock and missed outreach opportunities, so the refund offer is an immediate attempt to remedy financial and logistical losses. For small local stalls, that money isn’t just about profit , it covers hours of preparation, travel and marketing.</w:t>
      </w:r>
      <w:r/>
    </w:p>
    <w:p>
      <w:pPr>
        <w:pStyle w:val="Heading2"/>
      </w:pPr>
      <w:r>
        <w:t>How to claim your refund , quick practical steps</w:t>
      </w:r>
      <w:r/>
    </w:p>
    <w:p>
      <w:r/>
      <w:r>
        <w:t>Organisers have centralised refunds through Trillium Health’s Rochester Pride page to make the process straightforward. Head to TrilliumHealth.org, find the 2026 Pride update or refund link, and complete the form with your registration details. Keep receipts, vendor confirmation emails and photos handy , they’ll speed verification. If you’re a small business, consider noting your expected losses and any non-refundable costs when you apply.</w:t>
      </w:r>
      <w:r/>
    </w:p>
    <w:p>
      <w:pPr>
        <w:pStyle w:val="Heading2"/>
      </w:pPr>
      <w:r>
        <w:t>What vendors and performers are saying</w:t>
      </w:r>
      <w:r/>
    </w:p>
    <w:p>
      <w:r/>
      <w:r>
        <w:t>Local vendors told reporters they were disappointed but understood the safety call; many praised organisers for the transparent refund commitment. Parade and festival partners had invested time and resources, and although refunds can’t replace the visibility or community engagement lost, they provide a tangible acknowledgement of that impact. Industry observers suggest this kind of rapid reimbursement can preserve long-term goodwill between event teams and local small businesses.</w:t>
      </w:r>
      <w:r/>
    </w:p>
    <w:p>
      <w:pPr>
        <w:pStyle w:val="Heading2"/>
      </w:pPr>
      <w:r>
        <w:t>Bigger picture: event planning and unpredictable weather</w:t>
      </w:r>
      <w:r/>
    </w:p>
    <w:p>
      <w:r/>
      <w:r>
        <w:t>Outdoor festivals face more weather volatility every summer, so contingency planning has become table stakes. The city had announced the parade and festival in advance, and several local organisations coordinated months of preparation. Events increasingly include clear refund policies and backup plans for exhibitors; this episode underlines why organisers, vendors and venues need robust cancellation clauses and insurance options. If you’re booking a stall for future events, ask up front about weather cancellation terms.</w:t>
      </w:r>
      <w:r/>
    </w:p>
    <w:p>
      <w:pPr>
        <w:pStyle w:val="Heading2"/>
      </w:pPr>
      <w:r>
        <w:t>What this means for next year and community trust</w:t>
      </w:r>
      <w:r/>
    </w:p>
    <w:p>
      <w:r/>
      <w:r>
        <w:t>Offering refunds helps repair immediate financial harm and signals organisers’ commitment to vendors and attendees. It also sets an expectation: future festivals will likely publish clearer contingency plans and communication channels. For many in Rochester’s LGBTQ+ community and allied businesses, the heartfelt thanks organisers expressed , and the relief that everyone made it home safely , matters as much as the money. It’s a reminder that community events are fragile but resilient.</w:t>
      </w:r>
      <w:r/>
    </w:p>
    <w:p>
      <w:r/>
      <w:r>
        <w:t>It's a small change that can make every celebration safer and fairer for everyone involved.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12">
        <w:r>
          <w:rPr>
            <w:color w:val="0000EE"/>
            <w:u w:val="single"/>
          </w:rPr>
          <w:t>[6]</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https://spectrumlocalnews.com/nys/rochester/news/2026/07/22/rochester-pride-offering-refunds-for-those-impacted-by-pride-festival-cancellation-</w:t>
        </w:r>
      </w:hyperlink>
      <w:r>
        <w:t xml:space="preserve"> - Please view link - unable to able to access data</w:t>
      </w:r>
      <w:r/>
    </w:p>
    <w:p>
      <w:pPr>
        <w:pStyle w:val="ListNumber"/>
        <w:spacing w:line="240" w:lineRule="auto"/>
        <w:ind w:left="720"/>
      </w:pPr>
      <w:r/>
      <w:hyperlink r:id="rId10">
        <w:r>
          <w:rPr>
            <w:color w:val="0000EE"/>
            <w:u w:val="single"/>
          </w:rPr>
          <w:t>https://www.wxxinews.org/local-news/2026-07-21/trillium-to-issue-refunds-after-rochester-pride-festival-cancellation</w:t>
        </w:r>
      </w:hyperlink>
      <w:r>
        <w:t xml:space="preserve"> - Trillium Health has announced that it will refund vendors and attendees who purchased tickets online for the Rochester Pride Festival, which was cancelled due to severe weather. The decision was made in coordination with city and county emergency officials after thunderstorms, lightning, and flash flooding posed safety risks. Refunds are available for small businesses and community organizations that registered to table at the festival, as well as individuals who purchased general admission or VIP tickets online. Those who paid cash at the gate are not eligible for refunds, as proceeds are reinvested into grants supporting LGBTQ+ education and programming. (</w:t>
      </w:r>
      <w:hyperlink r:id="rId16">
        <w:r>
          <w:rPr>
            <w:color w:val="0000EE"/>
            <w:u w:val="single"/>
          </w:rPr>
          <w:t>wxxinews.org</w:t>
        </w:r>
      </w:hyperlink>
      <w:r>
        <w:t>)</w:t>
      </w:r>
      <w:r/>
    </w:p>
    <w:p>
      <w:pPr>
        <w:pStyle w:val="ListNumber"/>
        <w:spacing w:line="240" w:lineRule="auto"/>
        <w:ind w:left="720"/>
      </w:pPr>
      <w:r/>
      <w:hyperlink r:id="rId11">
        <w:r>
          <w:rPr>
            <w:color w:val="0000EE"/>
            <w:u w:val="single"/>
          </w:rPr>
          <w:t>https://www.trilliumhealth.org/rochester-pride/2026-pride-update</w:t>
        </w:r>
      </w:hyperlink>
      <w:r>
        <w:t xml:space="preserve"> - Trillium Health has provided an update regarding the cancellation of the Rochester Pride Festival due to severe weather. The organization expressed deep disappointment over the early end to the festivities and emphasized that every decision was made with the safety of attendees, volunteers, vendors, performers, staff, and community members as the highest priority. While the festival cannot be rescheduled due to logistical challenges, Trillium Health is offering refunds to small businesses and community organizations that registered to table at the festival, as well as attendees who purchased general admission or VIP tickets online. Those who paid cash at the gate are encouraged to consider their ticket purchase a donation supporting future Rochester Pride celebrations. (</w:t>
      </w:r>
      <w:hyperlink r:id="rId17">
        <w:r>
          <w:rPr>
            <w:color w:val="0000EE"/>
            <w:u w:val="single"/>
          </w:rPr>
          <w:t>trilliumhealth.org</w:t>
        </w:r>
      </w:hyperlink>
      <w:r>
        <w:t>)</w:t>
      </w:r>
      <w:r/>
    </w:p>
    <w:p>
      <w:pPr>
        <w:pStyle w:val="ListNumber"/>
        <w:spacing w:line="240" w:lineRule="auto"/>
        <w:ind w:left="720"/>
      </w:pPr>
      <w:r/>
      <w:hyperlink r:id="rId13">
        <w:r>
          <w:rPr>
            <w:color w:val="0000EE"/>
            <w:u w:val="single"/>
          </w:rPr>
          <w:t>https://www.cityofrochester.gov/events/2026-pride-parade-and-festival</w:t>
        </w:r>
      </w:hyperlink>
      <w:r>
        <w:t xml:space="preserve"> - The City of Rochester has announced the 2026 Pride Parade and Festival, scheduled for Saturday, July 18, 2026, from 11 a.m. to 6 p.m. The parade will start at the intersection of South Avenue and Science Parkway, proceeding north to Highland Park. The festival at Highland Park will feature food, wine, beer, games, activities, vendor tables, live music, and performances. General admission tickets are priced at $5, with VIP tickets available for $50. Children under 12 can attend for free. (</w:t>
      </w:r>
      <w:hyperlink r:id="rId18">
        <w:r>
          <w:rPr>
            <w:color w:val="0000EE"/>
            <w:u w:val="single"/>
          </w:rPr>
          <w:t>cityofrochester.gov</w:t>
        </w:r>
      </w:hyperlink>
      <w:r>
        <w:t>)</w:t>
      </w:r>
      <w:r/>
    </w:p>
    <w:p>
      <w:pPr>
        <w:pStyle w:val="ListNumber"/>
        <w:spacing w:line="240" w:lineRule="auto"/>
        <w:ind w:left="720"/>
      </w:pPr>
      <w:r/>
      <w:hyperlink r:id="rId14">
        <w:r>
          <w:rPr>
            <w:color w:val="0000EE"/>
            <w:u w:val="single"/>
          </w:rPr>
          <w:t>https://www.rochmnpride.org/festival-information</w:t>
        </w:r>
      </w:hyperlink>
      <w:r>
        <w:t xml:space="preserve"> - Rochester Pride has announced its 2026 festival, themed 'Enchanted Pride,' to be held on May 16, 2026, at Soldiers Field Park in Rochester, Minnesota. The event will feature live entertainment, family-friendly activities, and community celebration, including drag performances, live music, and over 150 local vendors, artists, and community resources. Food trucks, a dedicated Youth Tent, and various yard games will also be available. (</w:t>
      </w:r>
      <w:hyperlink r:id="rId19">
        <w:r>
          <w:rPr>
            <w:color w:val="0000EE"/>
            <w:u w:val="single"/>
          </w:rPr>
          <w:t>rochmnpride.org</w:t>
        </w:r>
      </w:hyperlink>
      <w:r>
        <w:t>)</w:t>
      </w:r>
      <w:r/>
    </w:p>
    <w:p>
      <w:pPr>
        <w:pStyle w:val="ListNumber"/>
        <w:spacing w:line="240" w:lineRule="auto"/>
        <w:ind w:left="720"/>
      </w:pPr>
      <w:r/>
      <w:hyperlink r:id="rId12">
        <w:r>
          <w:rPr>
            <w:color w:val="0000EE"/>
            <w:u w:val="single"/>
          </w:rPr>
          <w:t>https://www.greaterrochesterchamber.com/2026/02/26/rochester-pride-parade-and-festival-to-return-july-18/</w:t>
        </w:r>
      </w:hyperlink>
      <w:r>
        <w:t xml:space="preserve"> - The Greater Rochester Chamber of Commerce has announced that the Rochester Pride Parade and Festival will return on Saturday, July 18, 2026, with ESL Federal Credit Union and Trillium Health as presenting sponsors. The event is expected to attract more than 20,000 attendees and will feature music, entertainment, food, crafts, and community vendors. The parade is free to attend, while the festival offers general admission tickets for $5 and VIP lounge tickets for $50. (</w:t>
      </w:r>
      <w:hyperlink r:id="rId20">
        <w:r>
          <w:rPr>
            <w:color w:val="0000EE"/>
            <w:u w:val="single"/>
          </w:rPr>
          <w:t>greaterrochesterchamber.com</w:t>
        </w:r>
      </w:hyperlink>
      <w:r>
        <w:t>)</w:t>
      </w:r>
      <w:r/>
    </w:p>
    <w:p>
      <w:pPr>
        <w:pStyle w:val="ListNumber"/>
        <w:spacing w:line="240" w:lineRule="auto"/>
        <w:ind w:left="720"/>
      </w:pPr>
      <w:r/>
      <w:hyperlink r:id="rId15">
        <w:r>
          <w:rPr>
            <w:color w:val="0000EE"/>
            <w:u w:val="single"/>
          </w:rPr>
          <w:t>https://www2.naz.edu/office-diversity-inclusive-excellence/naz-rochester-pride</w:t>
        </w:r>
      </w:hyperlink>
      <w:r>
        <w:t xml:space="preserve"> - Nazareth College has announced its participation in the 2026 Rochester Pride Parade, scheduled for Saturday, July 18, 2026, at 11 a.m. The college's sub-theme is 'Nazareth's Enchanted Garden,' featuring visions of flowers, mushrooms, fairies, butterflies, and magical beauty. A registration form for those interested in marching with Naz students, staff, faculty, alumni, families, and friends will be available in June. The festival will take place at Highland Park (Beikirch Park) from 11 a.m. to 6 p.m., at the end of the parade route. (</w:t>
      </w:r>
      <w:hyperlink r:id="rId21">
        <w:r>
          <w:rPr>
            <w:color w:val="0000EE"/>
            <w:u w:val="single"/>
          </w:rPr>
          <w:t>www2.naz.edu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pectrumlocalnews.com/nys/rochester/news/2026/07/22/rochester-pride-offering-refunds-for-those-impacted-by-pride-festival-cancellation-" TargetMode="External"/><Relationship Id="rId10" Type="http://schemas.openxmlformats.org/officeDocument/2006/relationships/hyperlink" Target="https://www.wxxinews.org/local-news/2026-07-21/trillium-to-issue-refunds-after-rochester-pride-festival-cancellation" TargetMode="External"/><Relationship Id="rId11" Type="http://schemas.openxmlformats.org/officeDocument/2006/relationships/hyperlink" Target="https://www.trilliumhealth.org/rochester-pride/2026-pride-update" TargetMode="External"/><Relationship Id="rId12" Type="http://schemas.openxmlformats.org/officeDocument/2006/relationships/hyperlink" Target="https://www.greaterrochesterchamber.com/2026/02/26/rochester-pride-parade-and-festival-to-return-july-18/" TargetMode="External"/><Relationship Id="rId13" Type="http://schemas.openxmlformats.org/officeDocument/2006/relationships/hyperlink" Target="https://www.cityofrochester.gov/events/2026-pride-parade-and-festival" TargetMode="External"/><Relationship Id="rId14" Type="http://schemas.openxmlformats.org/officeDocument/2006/relationships/hyperlink" Target="https://www.rochmnpride.org/festival-information" TargetMode="External"/><Relationship Id="rId15" Type="http://schemas.openxmlformats.org/officeDocument/2006/relationships/hyperlink" Target="https://www2.naz.edu/office-diversity-inclusive-excellence/naz-rochester-pride" TargetMode="External"/><Relationship Id="rId16" Type="http://schemas.openxmlformats.org/officeDocument/2006/relationships/hyperlink" Target="https://www.wxxinews.org/local-news/2026-07-21/trillium-to-issue-refunds-after-rochester-pride-festival-cancellation?utm_source=openai" TargetMode="External"/><Relationship Id="rId17" Type="http://schemas.openxmlformats.org/officeDocument/2006/relationships/hyperlink" Target="https://www.trilliumhealth.org/rochester-pride/2026-pride-update?utm_source=openai" TargetMode="External"/><Relationship Id="rId18" Type="http://schemas.openxmlformats.org/officeDocument/2006/relationships/hyperlink" Target="https://www.cityofrochester.gov/events/2026-pride-parade-and-festival?utm_source=openai" TargetMode="External"/><Relationship Id="rId19" Type="http://schemas.openxmlformats.org/officeDocument/2006/relationships/hyperlink" Target="https://www.rochmnpride.org/festival-information?utm_source=openai" TargetMode="External"/><Relationship Id="rId20" Type="http://schemas.openxmlformats.org/officeDocument/2006/relationships/hyperlink" Target="https://www.greaterrochesterchamber.com/2026/02/26/rochester-pride-parade-and-festival-to-return-july-18/?utm_source=openai" TargetMode="External"/><Relationship Id="rId21" Type="http://schemas.openxmlformats.org/officeDocument/2006/relationships/hyperlink" Target="https://www2.naz.edu/office-diversity-inclusive-excellence/naz-rochester-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