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Rochester Pride Refund Guide After the Rain-Soaked Cancellation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community members are seeking clarity after Rochester Pride at Highland Park was cut short by severe weather; organisers Trillium Health say online ticket-holders and registered vendors can claim refunds, an important move for small businesses and visitors left in the lurch.</w:t>
      </w:r>
      <w:r/>
    </w:p>
    <w:p>
      <w:r/>
      <w:r>
        <w:t>Essential Takeaways</w:t>
      </w:r>
      <w:r/>
      <w:r/>
    </w:p>
    <w:p>
      <w:pPr>
        <w:pStyle w:val="ListBullet"/>
        <w:spacing w:line="240" w:lineRule="auto"/>
        <w:ind w:left="720"/>
      </w:pPr>
      <w:r/>
      <w:r>
        <w:rPr>
          <w:b/>
        </w:rPr>
        <w:t>Who gets refunded:</w:t>
      </w:r>
      <w:r>
        <w:t xml:space="preserve"> Registered vendors and attendees who bought tickets online are eligible for refunds. </w:t>
      </w:r>
      <w:r/>
    </w:p>
    <w:p>
      <w:pPr>
        <w:pStyle w:val="ListBullet"/>
        <w:spacing w:line="240" w:lineRule="auto"/>
        <w:ind w:left="720"/>
      </w:pPr>
      <w:r/>
      <w:r>
        <w:rPr>
          <w:b/>
        </w:rPr>
        <w:t>Who doesn't:</w:t>
      </w:r>
      <w:r>
        <w:t xml:space="preserve"> Trillium cannot refund cash purchases made at the gate because proceeds fund nonprofit programming. </w:t>
      </w:r>
      <w:r/>
    </w:p>
    <w:p>
      <w:pPr>
        <w:pStyle w:val="ListBullet"/>
        <w:spacing w:line="240" w:lineRule="auto"/>
        <w:ind w:left="720"/>
      </w:pPr>
      <w:r/>
      <w:r>
        <w:rPr>
          <w:b/>
        </w:rPr>
        <w:t>Why it ended:</w:t>
      </w:r>
      <w:r>
        <w:t xml:space="preserve"> Thunderstorms, lightning and flash floods forced organisers to stop the festival early for safety. </w:t>
      </w:r>
      <w:r/>
    </w:p>
    <w:p>
      <w:pPr>
        <w:pStyle w:val="ListBullet"/>
        <w:spacing w:line="240" w:lineRule="auto"/>
        <w:ind w:left="720"/>
      </w:pPr>
      <w:r/>
      <w:r>
        <w:rPr>
          <w:b/>
        </w:rPr>
        <w:t>No reschedule:</w:t>
      </w:r>
      <w:r>
        <w:t xml:space="preserve"> Trillium says the festival will not be rescheduled due to logistical complexity. </w:t>
      </w:r>
      <w:r/>
    </w:p>
    <w:p>
      <w:pPr>
        <w:pStyle w:val="ListBullet"/>
        <w:spacing w:line="240" w:lineRule="auto"/>
        <w:ind w:left="720"/>
      </w:pPr>
      <w:r/>
      <w:r>
        <w:rPr>
          <w:b/>
        </w:rPr>
        <w:t>How to claim:</w:t>
      </w:r>
      <w:r>
        <w:t xml:space="preserve"> Refund instructions are posted on Trillium Health’s Rochester Pride website; vendors should check the dedicated vendor page.</w:t>
      </w:r>
      <w:r/>
      <w:r/>
    </w:p>
    <w:p>
      <w:pPr>
        <w:pStyle w:val="Heading2"/>
      </w:pPr>
      <w:r>
        <w:t>What happened , short version with a dampened parade of plans</w:t>
      </w:r>
      <w:r/>
    </w:p>
    <w:p>
      <w:r/>
      <w:r>
        <w:t>Thunderstorms, lightning and flash flooding moved into Highland Park and organisers, in consultation with city and county emergency officials, cut the festival short to protect people on site. You could feel the disappointment in the air , wet tents, soggy flyers and performers packing up early , and Trillium Health said safety was their top priority. According to the organisers, decisions were made in real time as conditions changed.</w:t>
      </w:r>
      <w:r/>
    </w:p>
    <w:p>
      <w:pPr>
        <w:pStyle w:val="Heading2"/>
      </w:pPr>
      <w:r>
        <w:t>Who can expect money back and why the line is drawn</w:t>
      </w:r>
      <w:r/>
    </w:p>
    <w:p>
      <w:r/>
      <w:r>
        <w:t>Trillium has confirmed it will refund vendors who registered to table and anyone who purchased general admission or VIP tickets online. The distinction matters: online transactions leave a paper trail that a nonprofit can reverse, while cash at the gate does not get the same route for return because event receipts are reinvested into LGBTQ+ grants and programming. That’s a hard line that matters to charities but stings small sellers and visitors who paid in cash.</w:t>
      </w:r>
      <w:r/>
    </w:p>
    <w:p>
      <w:pPr>
        <w:pStyle w:val="Heading2"/>
      </w:pPr>
      <w:r>
        <w:t>Why some vendors were frustrated , and what organisers say</w:t>
      </w:r>
      <w:r/>
    </w:p>
    <w:p>
      <w:r/>
      <w:r>
        <w:t>Some vendors questioned why the festival went ahead given weather forecasts and poor air quality from Canadian wildfire smoke. For vendors who set up stalls, the sudden shutdown meant lost hours of trade and awkward logistics for perishable stock. Trillium pointed to coordination with emergency officials and said the decision was based on safety at the moment. It’s a familiar tension: organisers balancing community benefit against unpredictable weather, and vendors wanting clearer contingency plans.</w:t>
      </w:r>
      <w:r/>
    </w:p>
    <w:p>
      <w:pPr>
        <w:pStyle w:val="Heading2"/>
      </w:pPr>
      <w:r>
        <w:t>How to request a refund , practical steps</w:t>
      </w:r>
      <w:r/>
    </w:p>
    <w:p>
      <w:r/>
      <w:r>
        <w:t>If you bought a ticket online, visit Trillium Health’s Rochester Pride festival page and follow their refund instructions , the event’s site and FAQs list the steps for attendees and vendors. Vendors should also check the vendors page for any additional guidance. If you paid by card, have your confirmation email and payment details ready; that speeds things up. If you paid cash and are sure you’re owed something, contact the organisers anyway , they can’t guarantee a refund but may offer other support or credit for future programming.</w:t>
      </w:r>
      <w:r/>
    </w:p>
    <w:p>
      <w:pPr>
        <w:pStyle w:val="Heading2"/>
      </w:pPr>
      <w:r>
        <w:t>What this means for future Pride events and small businesses</w:t>
      </w:r>
      <w:r/>
    </w:p>
    <w:p>
      <w:r/>
      <w:r>
        <w:t>Trillium says the festival won’t be rescheduled because a festival of this scale is logistically complex, which leaves community groups and vendors to weigh the costs of one cancelled day. Organisers will likely review emergency protocols and communication, and vendors may push for clearer refund or insurance options next year. For attendees, this is a reminder to check refund policies and choose payment methods that preserve rights to refunds when events are weather-exposed.</w:t>
      </w:r>
      <w:r/>
    </w:p>
    <w:p>
      <w:r/>
      <w:r>
        <w:t>It's a small change in admin that can make a difference next time , keep receipts, check policies, and remember that safety decisions, however disappointing, are meant to keep everyone dry and well.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11">
        <w:r>
          <w:rPr>
            <w:color w:val="0000EE"/>
            <w:u w:val="single"/>
          </w:rPr>
          <w:t>[3]</w:t>
        </w:r>
      </w:hyperlink>
      <w:r>
        <w:t xml:space="preserve">, </w:t>
      </w:r>
      <w:hyperlink r:id="rId10">
        <w:r>
          <w:rPr>
            <w:color w:val="0000EE"/>
            <w:u w:val="single"/>
          </w:rPr>
          <w:t>[4]</w:t>
        </w:r>
      </w:hyperlink>
      <w:r>
        <w:t xml:space="preserve">- Paragraph 5: </w:t>
      </w:r>
      <w:hyperlink r:id="rId12">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https://www.wxxinews.org/local-news/2026-07-21/trillium-to-issue-refunds-after-rochester-pride-festival-cancellation#new_tab</w:t>
        </w:r>
      </w:hyperlink>
      <w:r>
        <w:t xml:space="preserve"> - Please view link - unable to able to access data</w:t>
      </w:r>
      <w:r/>
    </w:p>
    <w:p>
      <w:pPr>
        <w:pStyle w:val="ListNumber"/>
        <w:spacing w:line="240" w:lineRule="auto"/>
        <w:ind w:left="720"/>
      </w:pPr>
      <w:r/>
      <w:hyperlink r:id="rId9">
        <w:r>
          <w:rPr>
            <w:color w:val="0000EE"/>
            <w:u w:val="single"/>
          </w:rPr>
          <w:t>https://www.wxxinews.org/local-news/2026-07-21/trillium-to-issue-refunds-after-rochester-pride-festival-cancellation#new_tab</w:t>
        </w:r>
      </w:hyperlink>
      <w:r>
        <w:t xml:space="preserve"> - Trillium Health announced that it will refund vendors and attendees who purchased tickets online for the Rochester Pride Festival after severe weather forced the event to end early. The festival at Highland Park was cancelled due to thunderstorms, lightning, and flash flooding. Organisers coordinated with city and county emergency officials to ensure safety. Trillium stated that rescheduling the event was not feasible due to logistical complexities. Refunds are available only for online ticket purchases, as proceeds from cash sales support LGBTQ+ education and programming in the community.</w:t>
      </w:r>
      <w:r/>
    </w:p>
    <w:p>
      <w:pPr>
        <w:pStyle w:val="ListNumber"/>
        <w:spacing w:line="240" w:lineRule="auto"/>
        <w:ind w:left="720"/>
      </w:pPr>
      <w:r/>
      <w:hyperlink r:id="rId11">
        <w:r>
          <w:rPr>
            <w:color w:val="0000EE"/>
            <w:u w:val="single"/>
          </w:rPr>
          <w:t>https://www.trilliumhealth.org/rochester-pride/festival</w:t>
        </w:r>
      </w:hyperlink>
      <w:r>
        <w:t xml:space="preserve"> - The Rochester Pride Festival, organised by Trillium Health, was scheduled for July 18, 2026, at Highland Park. The event featured food, wine, beer, games, activities, vendor tables, live music, and performances. General admission tickets were priced at $5, with VIP tickets at $50, offering additional amenities. The festival aimed to celebrate the LGBTQ+ community with various entertainment and community engagement activities.</w:t>
      </w:r>
      <w:r/>
    </w:p>
    <w:p>
      <w:pPr>
        <w:pStyle w:val="ListNumber"/>
        <w:spacing w:line="240" w:lineRule="auto"/>
        <w:ind w:left="720"/>
      </w:pPr>
      <w:r/>
      <w:hyperlink r:id="rId10">
        <w:r>
          <w:rPr>
            <w:color w:val="0000EE"/>
            <w:u w:val="single"/>
          </w:rPr>
          <w:t>https://www.trilliumhealth.org/rochester-pride/faqs</w:t>
        </w:r>
      </w:hyperlink>
      <w:r>
        <w:t xml:space="preserve"> - The Rochester Pride Festival FAQs provided essential information for attendees, including event timings, ticketing details, parking options, and guidelines on bringing outside food and pets. The festival was set to take place on July 18, 2026, from 11:00 a.m. to 6:00 p.m. in Highland Park. General admission tickets were available for $5, VIP tickets for $50, and children under 12 could attend for free. The FAQs also addressed accessibility and safety measures for the event.</w:t>
      </w:r>
      <w:r/>
    </w:p>
    <w:p>
      <w:pPr>
        <w:pStyle w:val="ListNumber"/>
        <w:spacing w:line="240" w:lineRule="auto"/>
        <w:ind w:left="720"/>
      </w:pPr>
      <w:r/>
      <w:hyperlink r:id="rId12">
        <w:r>
          <w:rPr>
            <w:color w:val="0000EE"/>
            <w:u w:val="single"/>
          </w:rPr>
          <w:t>https://www.trilliumhealth.org/rochester-pride</w:t>
        </w:r>
      </w:hyperlink>
      <w:r>
        <w:t xml:space="preserve"> - Trillium Health's Rochester Pride page highlighted the theme 'Enchanted Pride' for the 2026 celebration. The event included a parade on July 18, 2026, at 11:00 a.m. on South Avenue, followed by a festival at Highland Park. The page provided details on the parade route, festival activities, ticketing, and sponsorship opportunities. It also featured information on the Pride Flag-Raising Ceremony held on July 13, 2026, at Austin Steward Plaza.</w:t>
      </w:r>
      <w:r/>
    </w:p>
    <w:p>
      <w:pPr>
        <w:pStyle w:val="ListNumber"/>
        <w:spacing w:line="240" w:lineRule="auto"/>
        <w:ind w:left="720"/>
      </w:pPr>
      <w:r/>
      <w:hyperlink r:id="rId13">
        <w:r>
          <w:rPr>
            <w:color w:val="0000EE"/>
            <w:u w:val="single"/>
          </w:rPr>
          <w:t>https://www.trilliumhealth.org/rochester-pride/vendors</w:t>
        </w:r>
      </w:hyperlink>
      <w:r>
        <w:t xml:space="preserve"> - The Rochester Pride Festival's vendor application page outlined opportunities for food, retail, and community-based vendors to participate in the event. The application deadlines had passed, with notifications sent to applicants on May 8, 2026. The page also provided contact information for inquiries and highlighted that some sponsorships included vendor space at the festival.</w:t>
      </w:r>
      <w:r/>
    </w:p>
    <w:p>
      <w:pPr>
        <w:pStyle w:val="ListNumber"/>
        <w:spacing w:line="240" w:lineRule="auto"/>
        <w:ind w:left="720"/>
      </w:pPr>
      <w:r/>
      <w:hyperlink r:id="rId14">
        <w:r>
          <w:rPr>
            <w:color w:val="0000EE"/>
            <w:u w:val="single"/>
          </w:rPr>
          <w:t>https://www.greaterrochesterchamber.com/2026/02/26/rochester-pride-parade-and-festival-to-return-july-18/</w:t>
        </w:r>
      </w:hyperlink>
      <w:r>
        <w:t xml:space="preserve"> - The Greater Rochester Chamber of Commerce announced the return of the Rochester Pride Parade and Festival on July 18, 2026, with ESL Federal Credit Union and Trillium Health as presenting sponsors. The event was expected to attract over 20,000 participants and featured music, entertainment, food, crafts, and community vendors. The parade was free to attend, while the festival required a $5 general admission ticket or a $50 VIP lounge ticket. The announcement also provided details on the application process for sponsors, vendors, entertainment, parade participants, and volunteers.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xxinews.org/local-news/2026-07-21/trillium-to-issue-refunds-after-rochester-pride-festival-cancellation#new_tab" TargetMode="External"/><Relationship Id="rId10" Type="http://schemas.openxmlformats.org/officeDocument/2006/relationships/hyperlink" Target="https://www.trilliumhealth.org/rochester-pride/faqs" TargetMode="External"/><Relationship Id="rId11" Type="http://schemas.openxmlformats.org/officeDocument/2006/relationships/hyperlink" Target="https://www.trilliumhealth.org/rochester-pride/festival" TargetMode="External"/><Relationship Id="rId12" Type="http://schemas.openxmlformats.org/officeDocument/2006/relationships/hyperlink" Target="https://www.trilliumhealth.org/rochester-pride" TargetMode="External"/><Relationship Id="rId13" Type="http://schemas.openxmlformats.org/officeDocument/2006/relationships/hyperlink" Target="https://www.trilliumhealth.org/rochester-pride/vendors" TargetMode="External"/><Relationship Id="rId14" Type="http://schemas.openxmlformats.org/officeDocument/2006/relationships/hyperlink" Target="https://www.greaterrochesterchamber.com/2026/02/26/rochester-pride-parade-and-festival-to-return-july-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