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Screams 2026 Highlights: Bryan Fuller, Carrie Anniversary and Portland’s Queer Horror Scene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scratch that, cinema-lovers are turning out: Queer Screams returns August 14–16, 2026 at the Clinton Street Theater in Portland, bringing 30 new queer genre films, live drag and music, a 70s Queer Prom and VIP guests including Bryan Fuller and Nancy Allen; here’s what to expect and why it matters.</w:t>
      </w:r>
      <w:r/>
    </w:p>
    <w:p>
      <w:r/>
      <w:r>
        <w:t>Essential Takeaways</w:t>
      </w:r>
      <w:r/>
      <w:r/>
    </w:p>
    <w:p>
      <w:pPr>
        <w:pStyle w:val="ListBullet"/>
        <w:spacing w:line="240" w:lineRule="auto"/>
        <w:ind w:left="720"/>
      </w:pPr>
      <w:r/>
      <w:r>
        <w:rPr>
          <w:b/>
        </w:rPr>
        <w:t>When and where:</w:t>
      </w:r>
      <w:r>
        <w:t xml:space="preserve"> Queer Screams runs August 14–16, 2026 at the Clinton Street Theater in Portland, Oregon , a snug, atmospheric venue with local roots. </w:t>
      </w:r>
      <w:r/>
    </w:p>
    <w:p>
      <w:pPr>
        <w:pStyle w:val="ListBullet"/>
        <w:spacing w:line="240" w:lineRule="auto"/>
        <w:ind w:left="720"/>
      </w:pPr>
      <w:r/>
      <w:r>
        <w:rPr>
          <w:b/>
        </w:rPr>
        <w:t>Headliners:</w:t>
      </w:r>
      <w:r>
        <w:t xml:space="preserve"> Bryan Fuller receives the 2026 Career Achievement Award and a special screening of his directorial debut, Dust Bunny; Nancy Allen hosts a 50th anniversary Carrie screening. </w:t>
      </w:r>
      <w:r/>
    </w:p>
    <w:p>
      <w:pPr>
        <w:pStyle w:val="ListBullet"/>
        <w:spacing w:line="240" w:lineRule="auto"/>
        <w:ind w:left="720"/>
      </w:pPr>
      <w:r/>
      <w:r>
        <w:rPr>
          <w:b/>
        </w:rPr>
        <w:t>Festival feel:</w:t>
      </w:r>
      <w:r>
        <w:t xml:space="preserve"> Expect 30 new queer genre films, live drag, musical acts, DJ Maxx Bass on vinyl, a Market of Shadows and a community-first atmosphere. </w:t>
      </w:r>
      <w:r/>
    </w:p>
    <w:p>
      <w:pPr>
        <w:pStyle w:val="ListBullet"/>
        <w:spacing w:line="240" w:lineRule="auto"/>
        <w:ind w:left="720"/>
      </w:pPr>
      <w:r/>
      <w:r>
        <w:rPr>
          <w:b/>
        </w:rPr>
        <w:t>Special events:</w:t>
      </w:r>
      <w:r>
        <w:t xml:space="preserve"> A live “70s Queer Prom” precedes Carrie, complete with vinyl DJ and photo booth; proceeds help WeSPARK Cancer Support Center. </w:t>
      </w:r>
      <w:r/>
    </w:p>
    <w:p>
      <w:pPr>
        <w:pStyle w:val="ListBullet"/>
        <w:spacing w:line="240" w:lineRule="auto"/>
        <w:ind w:left="720"/>
      </w:pPr>
      <w:r/>
      <w:r>
        <w:rPr>
          <w:b/>
        </w:rPr>
        <w:t>Why it matters:</w:t>
      </w:r>
      <w:r>
        <w:t xml:space="preserve"> Queer Screams foregrounds queer perspectives in horror, using monsters and the uncanny to explore otherness and reclaim narratives.</w:t>
      </w:r>
      <w:r/>
      <w:r/>
    </w:p>
    <w:p>
      <w:pPr>
        <w:pStyle w:val="Heading2"/>
      </w:pPr>
      <w:r>
        <w:t>A snug, celebratory festival with serious heart</w:t>
      </w:r>
      <w:r/>
    </w:p>
    <w:p>
      <w:r/>
      <w:r>
        <w:t>Queer Screams lands in mid‑August in Portland’s beloved Clinton Street Theater, a cosy, slightly creaky space that suits queer horror perfectly. The venue’s intimate vibe makes screenings feel communal , you can practically hear the popcorn and the nervous laughter sync up. According to the festival schedule, organisers have curated three days of programming that mix premieres with party‑style events, so it’s as much about meeting fellow fans as it is about watching films.</w:t>
      </w:r>
      <w:r/>
    </w:p>
    <w:p>
      <w:r/>
      <w:r>
        <w:t>The festival’s return follows several years of growing momentum for queer genre cinema, and organisers have leaned into that energy. If you like your horror with a dash of community and a pinch of camp, this festival delivers. Practical tip: book early for evening shows if you want a good seat; Clinton Street is small and fills up.</w:t>
      </w:r>
      <w:r/>
    </w:p>
    <w:p>
      <w:pPr>
        <w:pStyle w:val="Heading2"/>
      </w:pPr>
      <w:r>
        <w:t>Bryan Fuller honoured , and Dust Bunny on the big screen</w:t>
      </w:r>
      <w:r/>
    </w:p>
    <w:p>
      <w:r/>
      <w:r>
        <w:t>This year’s Career Achievement Award goes to Bryan Fuller, a writer‑producer-director best known for HANNIBAL, PUSHING DAISIES and other visually bold series. Fuller’s presence is a statement , the festival is recognising creators who shape mainstream and cult genre storytelling with queer sensibilities. Queer Screams will screen Fuller’s directorial debut, Dust Bunny, giving attendees a rare chance to see the work on the big screen and hear context from an industry veteran.</w:t>
      </w:r>
      <w:r/>
    </w:p>
    <w:p>
      <w:r/>
      <w:r>
        <w:t>Film festivals often crown auteurs to draw attention, but in this case it feels earned: Fuller’s projects long explored identity, aesthetics and outsider perspectives, themes central to queer horror. If you’re a fan of stylised visuals and narrative oddities, make space in your schedule for the Fuller spotlight and any accompanying conversations.</w:t>
      </w:r>
      <w:r/>
    </w:p>
    <w:p>
      <w:pPr>
        <w:pStyle w:val="Heading2"/>
      </w:pPr>
      <w:r>
        <w:t>Nancy Allen, Carrie and a vinyl‑spun Queer Prom</w:t>
      </w:r>
      <w:r/>
    </w:p>
    <w:p>
      <w:r/>
      <w:r>
        <w:t>Nancy Allen joins as a special guest to present a 50th anniversary screening of Carrie, and the festival throws a live “70s Queer Prom” beforehand. Picture a packed lobby, a DJ spinning vinyl, folks in sequins and corsages, and a photo booth for keepsakes , it’s designed to feel equal parts nostalgic and joyful. Best of all, part of the ticket proceeds supports WeSPARK Cancer Support Center, so your prom frock helps a good cause.</w:t>
      </w:r>
      <w:r/>
    </w:p>
    <w:p>
      <w:r/>
      <w:r>
        <w:t>There’s an emotional beat to this: Carrie has long resonated with queer audiences as an outsider’s revenge fable, and seeing it with fellow fans in costume adds catharsis. If you want to attend the prom, dress for drama and arrive early , the photo booth line will move slowly once the party’s humming.</w:t>
      </w:r>
      <w:r/>
    </w:p>
    <w:p>
      <w:pPr>
        <w:pStyle w:val="Heading2"/>
      </w:pPr>
      <w:r>
        <w:t>Films, performances and the Market of Shadows</w:t>
      </w:r>
      <w:r/>
    </w:p>
    <w:p>
      <w:r/>
      <w:r>
        <w:t>Programming lists show 30 new queer genre films , shorts and features , alongside live drag and musical performances, plus DJ Maxx Bass spinning vinyl. The Market of Shadows promises merch, zines and indie makers selling horror‑adjacent goods, so it’s worth bringing cash or a card for small buys. The festival’s mix of screenings and live acts keeps the pace lively; you won’t be sitting in a dark room all day.</w:t>
      </w:r>
      <w:r/>
    </w:p>
    <w:p>
      <w:r/>
      <w:r>
        <w:t>For newcomers, here’s how to approach it: prioritise a couple of headline screenings, leave gaps for live performances, and pop by the market between shows. If you’re a writer or filmmaker, the festival’s intimacy is ideal for networking , conversations are easy to start, and people are there to celebrate queer work.</w:t>
      </w:r>
      <w:r/>
    </w:p>
    <w:p>
      <w:pPr>
        <w:pStyle w:val="Heading2"/>
      </w:pPr>
      <w:r>
        <w:t>Why queer horror still matters , and what this festival says about the scene</w:t>
      </w:r>
      <w:r/>
    </w:p>
    <w:p>
      <w:r/>
      <w:r>
        <w:t>Queer horror has a long lineage of using the uncanny to talk about otherness and identity, and Queer Screams leans into that tradition while amplifying new voices. Industry coverage and local listings underline how festivals like this carve out space for marginalised creators and audiences, turning genre tropes into tools of reclamation.</w:t>
      </w:r>
      <w:r/>
    </w:p>
    <w:p>
      <w:r/>
      <w:r>
        <w:t>Looking ahead, the festival’s growing guest list and bold programming suggest queer genre cinema isn’t a niche so much as a vibrant, evolving field. If you care about representation in horror, showing up , whether in person or online , matters. These community festivals are where trends are born and careers get a boost.</w:t>
      </w:r>
      <w:r/>
    </w:p>
    <w:p>
      <w:r/>
      <w:r>
        <w:t>It's a small change that can make every scream feel like company.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2">
        <w:r>
          <w:rPr>
            <w:color w:val="0000EE"/>
            <w:u w:val="single"/>
          </w:rPr>
          <w:t>[2]</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13">
        <w:r>
          <w:rPr>
            <w:color w:val="0000EE"/>
            <w:u w:val="single"/>
          </w:rPr>
          <w:t>[3]</w:t>
        </w:r>
      </w:hyperlink>
      <w:r>
        <w:t xml:space="preserve">, </w:t>
      </w:r>
      <w:hyperlink r:id="rId14">
        <w:r>
          <w:rPr>
            <w:color w:val="0000EE"/>
            <w:u w:val="single"/>
          </w:rPr>
          <w:t>[5]</w:t>
        </w:r>
      </w:hyperlink>
      <w:r>
        <w:t xml:space="preserve">- Paragraph 6: </w:t>
      </w:r>
      <w:hyperlink r:id="rId12">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https://www.horrorsociety.com/2026/07/22/the-fourth-annual-queer-screams-announces-2026-festival-vip-guests/</w:t>
        </w:r>
      </w:hyperlink>
      <w:r>
        <w:t xml:space="preserve"> - Please view link - unable to able to access data</w:t>
      </w:r>
      <w:r/>
    </w:p>
    <w:p>
      <w:pPr>
        <w:pStyle w:val="ListNumber"/>
        <w:spacing w:line="240" w:lineRule="auto"/>
        <w:ind w:left="720"/>
      </w:pPr>
      <w:r/>
      <w:hyperlink r:id="rId12">
        <w:r>
          <w:rPr>
            <w:color w:val="0000EE"/>
            <w:u w:val="single"/>
          </w:rPr>
          <w:t>https://www.fangoria.com/queer-screams-film-festival-2026/</w:t>
        </w:r>
      </w:hyperlink>
      <w:r>
        <w:t xml:space="preserve"> - The Queer Screams Film Festival is returning to Portland's Clinton Street Theater from August 14 to 16, 2026, for its fourth annual celebration of LGBTQ+ genre cinema. The festival will honour Bryan Fuller with the 2026 Queer Screams Career Achievement Award for his significant contributions to queer horror cinema and culture. A special screening of Fuller's directorial debut, 'Dust Bunny', is also scheduled. Additionally, actress Nancy Allen will present a 50th-anniversary screening of 'Carrie', accompanied by a live '70s Queer Prom' event. The festival will feature 30 new queer genre films, live drag and musical performances, a horror market, and more. (</w:t>
      </w:r>
      <w:hyperlink r:id="rId16">
        <w:r>
          <w:rPr>
            <w:color w:val="0000EE"/>
            <w:u w:val="single"/>
          </w:rPr>
          <w:t>fangoria.com</w:t>
        </w:r>
      </w:hyperlink>
      <w:r>
        <w:t>)</w:t>
      </w:r>
      <w:r/>
    </w:p>
    <w:p>
      <w:pPr>
        <w:pStyle w:val="ListNumber"/>
        <w:spacing w:line="240" w:lineRule="auto"/>
        <w:ind w:left="720"/>
      </w:pPr>
      <w:r/>
      <w:hyperlink r:id="rId13">
        <w:r>
          <w:rPr>
            <w:color w:val="0000EE"/>
            <w:u w:val="single"/>
          </w:rPr>
          <w:t>https://queerscreams.com/2026-schedule/</w:t>
        </w:r>
      </w:hyperlink>
      <w:r>
        <w:t xml:space="preserve"> - The Queer Screams Film Festival has announced its 2026 schedule, featuring a variety of events from August 14 to 16 at the Clinton Street Theater in Portland, Oregon. Highlights include a 1970s Queer Prom celebration and a 50th-anniversary screening of 'Carrie' with special guest Nancy Allen on August 14. The festival will also showcase international and local short films, live performances, and a screening of Bryan Fuller's 'Dust Bunny' on August 16. (</w:t>
      </w:r>
      <w:hyperlink r:id="rId17">
        <w:r>
          <w:rPr>
            <w:color w:val="0000EE"/>
            <w:u w:val="single"/>
          </w:rPr>
          <w:t>queerscreams.com</w:t>
        </w:r>
      </w:hyperlink>
      <w:r>
        <w:t>)</w:t>
      </w:r>
      <w:r/>
    </w:p>
    <w:p>
      <w:pPr>
        <w:pStyle w:val="ListNumber"/>
        <w:spacing w:line="240" w:lineRule="auto"/>
        <w:ind w:left="720"/>
      </w:pPr>
      <w:r/>
      <w:hyperlink r:id="rId10">
        <w:r>
          <w:rPr>
            <w:color w:val="0000EE"/>
            <w:u w:val="single"/>
          </w:rPr>
          <w:t>https://cstpdx.com/queer-screams/</w:t>
        </w:r>
      </w:hyperlink>
      <w:r>
        <w:t xml:space="preserve"> - The Clinton Street Theater in Portland, Oregon, is hosting the Queer Screams Film Festival from August 14 to 16, 2026. The festival celebrates LGBTQ+ genre cinema from emerging and established queer artists. Attendees can purchase limited VIP and full three-day passes or tickets to individual film blocks. (</w:t>
      </w:r>
      <w:hyperlink r:id="rId18">
        <w:r>
          <w:rPr>
            <w:color w:val="0000EE"/>
            <w:u w:val="single"/>
          </w:rPr>
          <w:t>cstpdx.com</w:t>
        </w:r>
      </w:hyperlink>
      <w:r>
        <w:t>)</w:t>
      </w:r>
      <w:r/>
    </w:p>
    <w:p>
      <w:pPr>
        <w:pStyle w:val="ListNumber"/>
        <w:spacing w:line="240" w:lineRule="auto"/>
        <w:ind w:left="720"/>
      </w:pPr>
      <w:r/>
      <w:hyperlink r:id="rId14">
        <w:r>
          <w:rPr>
            <w:color w:val="0000EE"/>
            <w:u w:val="single"/>
          </w:rPr>
          <w:t>https://www.portlandunderthestars.com/</w:t>
        </w:r>
      </w:hyperlink>
      <w:r>
        <w:t xml:space="preserve"> - Portland Under the Stars is an IMDb-accredited independent film festival celebrating bold storytelling and the artists behind it. The festival features curated screenings of independent films from around the world, filmmaker Q&amp;As, awards presentations, and opportunities to connect with Portland’s vibrant creative community. The 2026 edition is scheduled for August 14–15 at the McMenamins Mission Theater &amp; Pub in Portland, Oregon. (</w:t>
      </w:r>
      <w:hyperlink r:id="rId19">
        <w:r>
          <w:rPr>
            <w:color w:val="0000EE"/>
            <w:u w:val="single"/>
          </w:rPr>
          <w:t>portlandunderthestars.com</w:t>
        </w:r>
      </w:hyperlink>
      <w:r>
        <w:t>)</w:t>
      </w:r>
      <w:r/>
    </w:p>
    <w:p>
      <w:pPr>
        <w:pStyle w:val="ListNumber"/>
        <w:spacing w:line="240" w:lineRule="auto"/>
        <w:ind w:left="720"/>
      </w:pPr>
      <w:r/>
      <w:hyperlink r:id="rId11">
        <w:r>
          <w:rPr>
            <w:color w:val="0000EE"/>
            <w:u w:val="single"/>
          </w:rPr>
          <w:t>https://kinocalendar.com/portland/theaters/clinton-street-theater.html</w:t>
        </w:r>
      </w:hyperlink>
      <w:r>
        <w:t xml:space="preserve"> - KinoCalendar provides a detailed schedule for the Clinton Street Theater in Portland, Oregon, including the Queer Screams 2026 events. The schedule lists screenings and special events from August 14 to 16, 2026, such as the '70s Queer Prom and the 50th Anniversary Screening of 'Carrie' with Nancy Allen. (</w:t>
      </w:r>
      <w:hyperlink r:id="rId20">
        <w:r>
          <w:rPr>
            <w:color w:val="0000EE"/>
            <w:u w:val="single"/>
          </w:rPr>
          <w:t>kinocalendar.com</w:t>
        </w:r>
      </w:hyperlink>
      <w:r>
        <w:t>)</w:t>
      </w:r>
      <w:r/>
    </w:p>
    <w:p>
      <w:pPr>
        <w:pStyle w:val="ListNumber"/>
        <w:spacing w:line="240" w:lineRule="auto"/>
        <w:ind w:left="720"/>
      </w:pPr>
      <w:r/>
      <w:hyperlink r:id="rId15">
        <w:r>
          <w:rPr>
            <w:color w:val="0000EE"/>
            <w:u w:val="single"/>
          </w:rPr>
          <w:t>https://www.portlandeventsandfilm.com/supported-events</w:t>
        </w:r>
      </w:hyperlink>
      <w:r>
        <w:t xml:space="preserve"> - The Portland Events and Film Office lists supported events in Portland, including the Queer Screams Film Festival from August 14 to 16, 2026. The festival is part of a series of events happening in Portland during that period, such as the Portland Festival of Cinema, Animation &amp; Technology (PFCAT) from August 18 to 23. (</w:t>
      </w:r>
      <w:hyperlink r:id="rId21">
        <w:r>
          <w:rPr>
            <w:color w:val="0000EE"/>
            <w:u w:val="single"/>
          </w:rPr>
          <w:t>portlandeventsandfilm.com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orrorsociety.com/2026/07/22/the-fourth-annual-queer-screams-announces-2026-festival-vip-guests/" TargetMode="External"/><Relationship Id="rId10" Type="http://schemas.openxmlformats.org/officeDocument/2006/relationships/hyperlink" Target="https://cstpdx.com/queer-screams/" TargetMode="External"/><Relationship Id="rId11" Type="http://schemas.openxmlformats.org/officeDocument/2006/relationships/hyperlink" Target="https://kinocalendar.com/portland/theaters/clinton-street-theater.html" TargetMode="External"/><Relationship Id="rId12" Type="http://schemas.openxmlformats.org/officeDocument/2006/relationships/hyperlink" Target="https://www.fangoria.com/queer-screams-film-festival-2026/" TargetMode="External"/><Relationship Id="rId13" Type="http://schemas.openxmlformats.org/officeDocument/2006/relationships/hyperlink" Target="https://queerscreams.com/2026-schedule/" TargetMode="External"/><Relationship Id="rId14" Type="http://schemas.openxmlformats.org/officeDocument/2006/relationships/hyperlink" Target="https://www.portlandunderthestars.com/" TargetMode="External"/><Relationship Id="rId15" Type="http://schemas.openxmlformats.org/officeDocument/2006/relationships/hyperlink" Target="https://www.portlandeventsandfilm.com/supported-events" TargetMode="External"/><Relationship Id="rId16" Type="http://schemas.openxmlformats.org/officeDocument/2006/relationships/hyperlink" Target="https://www.fangoria.com/queer-screams-film-festival-2026/?utm_source=openai" TargetMode="External"/><Relationship Id="rId17" Type="http://schemas.openxmlformats.org/officeDocument/2006/relationships/hyperlink" Target="https://queerscreams.com/2026-schedule/?utm_source=openai" TargetMode="External"/><Relationship Id="rId18" Type="http://schemas.openxmlformats.org/officeDocument/2006/relationships/hyperlink" Target="https://cstpdx.com/queer-screams/?utm_source=openai" TargetMode="External"/><Relationship Id="rId19" Type="http://schemas.openxmlformats.org/officeDocument/2006/relationships/hyperlink" Target="https://www.portlandunderthestars.com/?utm_source=openai" TargetMode="External"/><Relationship Id="rId20" Type="http://schemas.openxmlformats.org/officeDocument/2006/relationships/hyperlink" Target="https://kinocalendar.com/portland/theaters/clinton-street-theater.html?utm_source=openai" TargetMode="External"/><Relationship Id="rId21" Type="http://schemas.openxmlformats.org/officeDocument/2006/relationships/hyperlink" Target="https://www.portlandeventsandfilm.com/supported-event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