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Prom Sponsors: Why Pornhub’s Platinum Role Matters for LGBTQ Events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supporters have noticed big-name brands stepping into queer spaces , and this year Pornhub’s Platinum sponsorship of Grooby and Flaming Heart Media’s Queer Prom in Hollywood is sparking conversation. It’s a practical boost for an intimate community night out, and a reminder that funding and visibility matter for safe, joyful queer gatherings.</w:t>
      </w:r>
      <w:r/>
    </w:p>
    <w:p>
      <w:r/>
      <w:r>
        <w:t>Essential Takeaways</w:t>
      </w:r>
      <w:r/>
      <w:r/>
    </w:p>
    <w:p>
      <w:pPr>
        <w:pStyle w:val="ListBullet"/>
        <w:spacing w:line="240" w:lineRule="auto"/>
        <w:ind w:left="720"/>
      </w:pPr>
      <w:r/>
      <w:r>
        <w:rPr>
          <w:b/>
        </w:rPr>
        <w:t>Platinum sponsorship:</w:t>
      </w:r>
      <w:r>
        <w:t xml:space="preserve"> Pornhub is the Platinum Sponsor for Grooby and Flaming Heart Media’s Queer Prom, set for 25 September at Bardot in Hollywood, California. </w:t>
      </w:r>
      <w:r/>
    </w:p>
    <w:p>
      <w:pPr>
        <w:pStyle w:val="ListBullet"/>
        <w:spacing w:line="240" w:lineRule="auto"/>
        <w:ind w:left="720"/>
      </w:pPr>
      <w:r/>
      <w:r>
        <w:rPr>
          <w:b/>
        </w:rPr>
        <w:t>Community focus:</w:t>
      </w:r>
      <w:r>
        <w:t xml:space="preserve"> Ticket and sponsorship revenue goes straight into event costs, keeping tickets affordable at $45 and prioritising accessibility. </w:t>
      </w:r>
      <w:r/>
    </w:p>
    <w:p>
      <w:pPr>
        <w:pStyle w:val="ListBullet"/>
        <w:spacing w:line="240" w:lineRule="auto"/>
        <w:ind w:left="720"/>
      </w:pPr>
      <w:r/>
      <w:r>
        <w:rPr>
          <w:b/>
        </w:rPr>
        <w:t>Industry ties:</w:t>
      </w:r>
      <w:r>
        <w:t xml:space="preserve"> The company has supported other trans-centred events, including the Trans Erotica Awards, which organisers cite as background for the partnership. </w:t>
      </w:r>
      <w:r/>
    </w:p>
    <w:p>
      <w:pPr>
        <w:pStyle w:val="ListBullet"/>
        <w:spacing w:line="240" w:lineRule="auto"/>
        <w:ind w:left="720"/>
      </w:pPr>
      <w:r/>
      <w:r>
        <w:rPr>
          <w:b/>
        </w:rPr>
        <w:t>Organisers’ vision:</w:t>
      </w:r>
      <w:r>
        <w:t xml:space="preserve"> Queer Prom was created as a celebratory do-over of high school prom, aiming to give LGBTQ people a joyous, judgement-free night. </w:t>
      </w:r>
      <w:r/>
    </w:p>
    <w:p>
      <w:pPr>
        <w:pStyle w:val="ListBullet"/>
        <w:spacing w:line="240" w:lineRule="auto"/>
        <w:ind w:left="720"/>
      </w:pPr>
      <w:r/>
      <w:r>
        <w:rPr>
          <w:b/>
        </w:rPr>
        <w:t>How to join:</w:t>
      </w:r>
      <w:r>
        <w:t xml:space="preserve"> Tickets and sponsorship details are available at QueerProm.com; media and sponsor enquiries directed to Kristel Penn.</w:t>
      </w:r>
      <w:r/>
      <w:r/>
    </w:p>
    <w:p>
      <w:pPr>
        <w:pStyle w:val="Heading2"/>
      </w:pPr>
      <w:r>
        <w:t>Why this sponsorship feels different , and a little louder</w:t>
      </w:r>
      <w:r/>
    </w:p>
    <w:p>
      <w:r/>
      <w:r>
        <w:t>The headline grabber here is obvious: an adult entertainment platform backing a community prom feels provocative, which is partly the point. Organisers say Pornhub aligns with the event’s themes of sexual freedom and authenticity, and the company’s spokesperson framed the sponsorship as support for diversity. The result is extra funding and visibility for a small but meaningful night out that otherwise depends on tight budgets.</w:t>
      </w:r>
      <w:r/>
    </w:p>
    <w:p>
      <w:r/>
      <w:r>
        <w:t>It’s also a reminder that queer nightlife and queer ceremony have always relied on eclectic partners. When groups want to keep entrance fees low and production values high, unconventional sponsors can be the difference between “cancelled” and “sold out”.</w:t>
      </w:r>
      <w:r/>
    </w:p>
    <w:p>
      <w:pPr>
        <w:pStyle w:val="Heading2"/>
      </w:pPr>
      <w:r>
        <w:t>A do-over prom with purpose</w:t>
      </w:r>
      <w:r/>
    </w:p>
    <w:p>
      <w:r/>
      <w:r>
        <w:t>Queer Prom started as a simple idea , what if prom could be reimagined so everyone felt welcome? According to event producer Kristel Penn, that dream blossomed into a 2024 debut that was warmly received, prompting a second run. The emotion of a prom-style night , the dress-up, the music, the speeches , is intentionally nostalgic but recalibrated to be inclusive.</w:t>
      </w:r>
      <w:r/>
    </w:p>
    <w:p>
      <w:r/>
      <w:r>
        <w:t>Organisers emphasise that ticket and sponsorship money directly underwrites venue hire, production and accessibility measures. That’s important: low ticket prices make the event reachable for younger attendees or those with limited funds, keeping the event true to its communal intent.</w:t>
      </w:r>
      <w:r/>
    </w:p>
    <w:p>
      <w:pPr>
        <w:pStyle w:val="Heading2"/>
      </w:pPr>
      <w:r>
        <w:t>What critics and supporters are saying</w:t>
      </w:r>
      <w:r/>
    </w:p>
    <w:p>
      <w:r/>
      <w:r>
        <w:t>There’s predictable debate. Some people welcome the financial support and increased reach; others question whether an adult platform’s brand belongs at a queer community celebration. Coverage from outlets highlighting similar deals shows this is part of a broader conversation about branding and queer spaces , how far community events should lean on corporate or adult industry money when it’s offered.</w:t>
      </w:r>
      <w:r/>
    </w:p>
    <w:p>
      <w:r/>
      <w:r>
        <w:t>Organisers point to a track record of the company supporting trans-focused programming, and say the relationship is collaborative rather than transactional. For attendees, the measure is usually practical: does the event feel safe, fun and well-run? If yes, sponsorships tend to recede into the background.</w:t>
      </w:r>
      <w:r/>
    </w:p>
    <w:p>
      <w:pPr>
        <w:pStyle w:val="Heading2"/>
      </w:pPr>
      <w:r>
        <w:t>Practical tips if you’re going , what to expect and how to prepare</w:t>
      </w:r>
      <w:r/>
    </w:p>
    <w:p>
      <w:r/>
      <w:r>
        <w:t>Buy tickets early , they’re priced at $45 and tend to move. Expect a prom vibe: themed décor, music, and a crowd that’s there to celebrate rather than perform. If accessibility matters to you, check QueerProm.com for details or email Kristel Penn; organisers are transparent that ticket and sponsor revenue funds accessibility and production.</w:t>
      </w:r>
      <w:r/>
    </w:p>
    <w:p>
      <w:r/>
      <w:r>
        <w:t>Bring friends, a spare comfy pair of shoes, and a small cashless payment method for merch or drinks. If you have concerns about sponsors, consider what matters most to you: visibility, safety, or the vibe. You can support community events in many ways, from buying a ticket to volunteering or spreading the word.</w:t>
      </w:r>
      <w:r/>
    </w:p>
    <w:p>
      <w:pPr>
        <w:pStyle w:val="Heading2"/>
      </w:pPr>
      <w:r>
        <w:t>Looking ahead: sponsorships, safety and queer events</w:t>
      </w:r>
      <w:r/>
    </w:p>
    <w:p>
      <w:r/>
      <w:r>
        <w:t>Funding matters, and so does context. As more brands , mainstream and adult , enter queer spaces, organisers will need to balance financial realities with community values. For now, Queer Prom’s return shows there’s appetite for intimate, celebratory nights that prioritise dignity and joy.</w:t>
      </w:r>
      <w:r/>
    </w:p>
    <w:p>
      <w:r/>
      <w:r>
        <w:t>If you’re curious, the safest first step is to visit QueerProm.com, check the programme, and decide whether the event’s values match yours. After all, it’s supposed to be a night of fun; if the music’s good and the crowd’s warm, that’s what most people will remember.</w:t>
      </w:r>
      <w:r/>
    </w:p>
    <w:p>
      <w:r/>
      <w:r>
        <w:t>It’s a small change that can make every prom safer and more joyful.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[7]</w:t>
        </w:r>
      </w:hyperlink>
      <w:r>
        <w:t xml:space="preserve">- Paragraph 3: </w:t>
      </w:r>
      <w:hyperlink r:id="rId10">
        <w:r>
          <w:rPr>
            <w:color w:val="0000EE"/>
            <w:u w:val="single"/>
          </w:rPr>
          <w:t>[2]</w:t>
        </w:r>
      </w:hyperlink>
      <w:r>
        <w:t xml:space="preserve">, </w:t>
      </w:r>
      <w:hyperlink r:id="rId12">
        <w:r>
          <w:rPr>
            <w:color w:val="0000EE"/>
            <w:u w:val="single"/>
          </w:rPr>
          <w:t>[7]</w:t>
        </w:r>
      </w:hyperlink>
      <w:r>
        <w:t xml:space="preserve">- Paragraph 4: </w:t>
      </w:r>
      <w:hyperlink r:id="rId13">
        <w:r>
          <w:rPr>
            <w:color w:val="0000EE"/>
            <w:u w:val="single"/>
          </w:rPr>
          <w:t>[3]</w:t>
        </w:r>
      </w:hyperlink>
      <w:r>
        <w:t xml:space="preserve">, </w:t>
      </w:r>
      <w:hyperlink r:id="rId11">
        <w:r>
          <w:rPr>
            <w:color w:val="0000EE"/>
            <w:u w:val="single"/>
          </w:rPr>
          <w:t>[4]</w:t>
        </w:r>
      </w:hyperlink>
      <w:r>
        <w:t xml:space="preserve">- Paragraph 5: </w:t>
      </w:r>
      <w:hyperlink r:id="rId10">
        <w:r>
          <w:rPr>
            <w:color w:val="0000EE"/>
            <w:u w:val="single"/>
          </w:rPr>
          <w:t>[2]</w:t>
        </w:r>
      </w:hyperlink>
      <w:r>
        <w:t xml:space="preserve">, </w:t>
      </w:r>
      <w:hyperlink r:id="rId12">
        <w:r>
          <w:rPr>
            <w:color w:val="0000EE"/>
            <w:u w:val="single"/>
          </w:rPr>
          <w:t>[7]</w:t>
        </w:r>
      </w:hyperlink>
      <w:r>
        <w:t xml:space="preserve">- Paragraph 6: </w:t>
      </w:r>
      <w:hyperlink r:id="rId14">
        <w:r>
          <w:rPr>
            <w:color w:val="0000EE"/>
            <w:u w:val="single"/>
          </w:rPr>
          <w:t>[6]</w:t>
        </w:r>
      </w:hyperlink>
      <w:r>
        <w:t xml:space="preserve">, </w:t>
      </w:r>
      <w:hyperlink r:id="rId15">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https://www.ynot.com/pornhub-platinum-sponsor-queer-prom/</w:t>
        </w:r>
      </w:hyperlink>
      <w:r>
        <w:t xml:space="preserve"> - Please view link - unable to able to access data</w:t>
      </w:r>
      <w:r/>
    </w:p>
    <w:p>
      <w:pPr>
        <w:pStyle w:val="ListNumber"/>
        <w:spacing w:line="240" w:lineRule="auto"/>
        <w:ind w:left="720"/>
      </w:pPr>
      <w:r/>
      <w:hyperlink r:id="rId10">
        <w:r>
          <w:rPr>
            <w:color w:val="0000EE"/>
            <w:u w:val="single"/>
          </w:rPr>
          <w:t>https://www.xbiz.com/news/283325/pornhub-signs-on-as-platinum-sponsor-for-fhm-x-groobys-la-queer-prom</w:t>
        </w:r>
      </w:hyperlink>
      <w:r>
        <w:t xml:space="preserve"> - Pornhub has been announced as the Platinum Sponsor for the inaugural 'Queer Prom' event, scheduled for September 4, 2024, at the Avalon nightclub in Hollywood. The event, co-hosted by Flaming Hearts Media (FHM) and Grooby, aims to celebrate the trans adult industry community and its allies. Alex Kekesi, Pornhub's Head of Brand and Community, expressed excitement about supporting an event that fosters inclusivity and authenticity. FHM co-founder Kristel Penn highlighted Pornhub's longstanding support for the community, noting their role as Presenting Sponsor at the Trans Erotica Awards and their significant presence at Queer Prom. Tickets for the event are priced at $40, including one drink ticket, with proceeds donated to charity. For more information or to RSVP, visit FlamingHeartsMedia.com.</w:t>
      </w:r>
      <w:r/>
    </w:p>
    <w:p>
      <w:pPr>
        <w:pStyle w:val="ListNumber"/>
        <w:spacing w:line="240" w:lineRule="auto"/>
        <w:ind w:left="720"/>
      </w:pPr>
      <w:r/>
      <w:hyperlink r:id="rId13">
        <w:r>
          <w:rPr>
            <w:color w:val="0000EE"/>
            <w:u w:val="single"/>
          </w:rPr>
          <w:t>https://www.them.us/story/news/pornhub-sapphic</w:t>
        </w:r>
      </w:hyperlink>
      <w:r>
        <w:t xml:space="preserve"> - Pornhub has launched 'Pornhub Sapphic', a new site dedicated to lesbian and non-binary content and creators, designed specifically for women-loving-women audiences. The platform features content curated for the female gaze, inclusive of lesbian, trans, bisexual, and non-binary identities. Alex Kekesi, VP of Brand and Community at Pornhub, stated that the site was created in direct response to feedback from lesbian, queer, and straight women who desired an experience tailored for them. The launch aims to provide a space where women-loving-women content is featured and celebrated, offering creators new opportunities to connect with an engaged audience actively seeking their categories of content.</w:t>
      </w:r>
      <w:r/>
    </w:p>
    <w:p>
      <w:pPr>
        <w:pStyle w:val="ListNumber"/>
        <w:spacing w:line="240" w:lineRule="auto"/>
        <w:ind w:left="720"/>
      </w:pPr>
      <w:r/>
      <w:hyperlink r:id="rId11">
        <w:r>
          <w:rPr>
            <w:color w:val="0000EE"/>
            <w:u w:val="single"/>
          </w:rPr>
          <w:t>https://www.thepinknews.com/2026/05/27/pornhub-sapphic-lesbian-bisexual-trans-women/</w:t>
        </w:r>
      </w:hyperlink>
      <w:r>
        <w:t xml:space="preserve"> - Pornhub has introduced 'Pornhub Sapphic', a dedicated site for lesbian and non-binary content and creators, designed specifically for women-loving-women audiences. The platform features content curated for the female gaze, inclusive of lesbian, trans, bisexual, and non-binary identities. Alex Kekesi, VP of Brand and Community at Pornhub, stated that the site was created in direct response to feedback from lesbian, queer, and straight women who desired an experience tailored for them. The launch aims to provide a space where women-loving-women content is featured and celebrated, offering creators new opportunities to connect with an engaged audience actively seeking their categories of content.</w:t>
      </w:r>
      <w:r/>
    </w:p>
    <w:p>
      <w:pPr>
        <w:pStyle w:val="ListNumber"/>
        <w:spacing w:line="240" w:lineRule="auto"/>
        <w:ind w:left="720"/>
      </w:pPr>
      <w:r/>
      <w:hyperlink r:id="rId15">
        <w:r>
          <w:rPr>
            <w:color w:val="0000EE"/>
            <w:u w:val="single"/>
          </w:rPr>
          <w:t>https://www.xbiz.com/news/298487/2026-pornhub-awards-winners-announced</w:t>
        </w:r>
      </w:hyperlink>
      <w:r>
        <w:t xml:space="preserve"> - The Eighth Annual Pornhub Awards took place at Sunset Marquis in Los Angeles, sponsored by 1win. The ceremony celebrated the creativity and contributions of performers and creators in the adult industry. Winners were announced across various categories, including Most Popular Female Newcomer, Most Popular Male Newcomer, Top Lesbian Performer, Top Anal Performer, Top DP Performer, Top Blowjob Performer, and Top Solo Performer. The event highlighted the vibrant and evolving nature of the adult entertainment community, recognising the achievements of its members and their impact on the industry.</w:t>
      </w:r>
      <w:r/>
    </w:p>
    <w:p>
      <w:pPr>
        <w:pStyle w:val="ListNumber"/>
        <w:spacing w:line="240" w:lineRule="auto"/>
        <w:ind w:left="720"/>
      </w:pPr>
      <w:r/>
      <w:hyperlink r:id="rId14">
        <w:r>
          <w:rPr>
            <w:color w:val="0000EE"/>
            <w:u w:val="single"/>
          </w:rPr>
          <w:t>https://gigazine.net/news/20260623-pornhub-gay-pride-insights/</w:t>
        </w:r>
      </w:hyperlink>
      <w:r>
        <w:t xml:space="preserve"> - Pornhub released global viewer statistics on gay pornography in celebration of Pride Month, analysing viewer data worldwide. The 'Gay Pride Insights 2026' report revealed that nearly half of gay pornography viewers are women. The report also highlighted popular search terms by region, noting that 'twink' is preferred in Europe, Canada, and South America, while 'black' is popular in the United States and several African countries. The findings underscore the diverse and global nature of the adult entertainment audience and the varied preferences within different demographics.</w:t>
      </w:r>
      <w:r/>
    </w:p>
    <w:p>
      <w:pPr>
        <w:pStyle w:val="ListNumber"/>
        <w:spacing w:line="240" w:lineRule="auto"/>
        <w:ind w:left="720"/>
      </w:pPr>
      <w:r/>
      <w:hyperlink r:id="rId12">
        <w:r>
          <w:rPr>
            <w:color w:val="0000EE"/>
            <w:u w:val="single"/>
          </w:rPr>
          <w:t>https://goaffirmations.org/prom/</w:t>
        </w:r>
      </w:hyperlink>
      <w:r>
        <w:t xml:space="preserve"> - Affirmations Queer Prom ReDeux is an annual queer prom for adults in Metro Detroit, scheduled for May 9, 2026, from 8 pm to 11 pm. The event offers a glamorous night of dancing, celebration, and community in Michigan's Gayborhood. Proceeds from Prom ReDeux support LGBTQ+ programming at Affirmations, helping sustain the work for the LGBTQ+ community of Southeast Michigan and beyond. Attendees can come solo, with a date, or with their whole chosen family, with no prior prom experience required. Dress however makes you feel most iconic.</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ynot.com/pornhub-platinum-sponsor-queer-prom/" TargetMode="External"/><Relationship Id="rId10" Type="http://schemas.openxmlformats.org/officeDocument/2006/relationships/hyperlink" Target="https://www.xbiz.com/news/283325/pornhub-signs-on-as-platinum-sponsor-for-fhm-x-groobys-la-queer-prom" TargetMode="External"/><Relationship Id="rId11" Type="http://schemas.openxmlformats.org/officeDocument/2006/relationships/hyperlink" Target="https://www.thepinknews.com/2026/05/27/pornhub-sapphic-lesbian-bisexual-trans-women/" TargetMode="External"/><Relationship Id="rId12" Type="http://schemas.openxmlformats.org/officeDocument/2006/relationships/hyperlink" Target="https://goaffirmations.org/prom/" TargetMode="External"/><Relationship Id="rId13" Type="http://schemas.openxmlformats.org/officeDocument/2006/relationships/hyperlink" Target="https://www.them.us/story/news/pornhub-sapphic" TargetMode="External"/><Relationship Id="rId14" Type="http://schemas.openxmlformats.org/officeDocument/2006/relationships/hyperlink" Target="https://gigazine.net/news/20260623-pornhub-gay-pride-insights/" TargetMode="External"/><Relationship Id="rId15" Type="http://schemas.openxmlformats.org/officeDocument/2006/relationships/hyperlink" Target="https://www.xbiz.com/news/298487/2026-pornhub-awards-winners-announce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