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Notts Pride 2026 Guide: What to See, Do and Where to Celebrate in Sneinton Market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Bursting with colour and music, Notts Pride returns bolder and brighter on Saturday 25 July, bringing a full day of march, drag, live music, poetry and family-friendly programming to Sneinton Market and the new Rainbow Quarter , here's what to expect and how to make the most of the day.</w:t>
      </w:r>
      <w:r/>
    </w:p>
    <w:p>
      <w:r/>
      <w:r>
        <w:t>Essential Takeaways</w:t>
      </w:r>
      <w:r/>
      <w:r/>
    </w:p>
    <w:p>
      <w:pPr>
        <w:pStyle w:val="ListBullet"/>
        <w:spacing w:line="240" w:lineRule="auto"/>
        <w:ind w:left="720"/>
      </w:pPr>
      <w:r/>
      <w:r>
        <w:rPr>
          <w:b/>
        </w:rPr>
        <w:t>When and where:</w:t>
      </w:r>
      <w:r>
        <w:t xml:space="preserve"> Notts Pride takes place Saturday 25 July, starting with the march from Lister Gate to Sneinton Market. </w:t>
      </w:r>
      <w:r/>
    </w:p>
    <w:p>
      <w:pPr>
        <w:pStyle w:val="ListBullet"/>
        <w:spacing w:line="240" w:lineRule="auto"/>
        <w:ind w:left="720"/>
      </w:pPr>
      <w:r/>
      <w:r>
        <w:rPr>
          <w:b/>
        </w:rPr>
        <w:t>Main attractions:</w:t>
      </w:r>
      <w:r>
        <w:t xml:space="preserve"> Big-stage drag, live sets from Meek and local artist LYVIA, plus Drag Race UK star Nyongbella and Nottingham favourites. </w:t>
      </w:r>
      <w:r/>
    </w:p>
    <w:p>
      <w:pPr>
        <w:pStyle w:val="ListBullet"/>
        <w:spacing w:line="240" w:lineRule="auto"/>
        <w:ind w:left="720"/>
      </w:pPr>
      <w:r/>
      <w:r>
        <w:rPr>
          <w:b/>
        </w:rPr>
        <w:t>Family-friendly:</w:t>
      </w:r>
      <w:r>
        <w:t xml:space="preserve"> Dedicated family area at Blend Square (quiet hour at midday, activities 1–3pm) with drag story time and crafts. </w:t>
      </w:r>
      <w:r/>
    </w:p>
    <w:p>
      <w:pPr>
        <w:pStyle w:val="ListBullet"/>
        <w:spacing w:line="240" w:lineRule="auto"/>
        <w:ind w:left="720"/>
      </w:pPr>
      <w:r/>
      <w:r>
        <w:rPr>
          <w:b/>
        </w:rPr>
        <w:t>New spaces:</w:t>
      </w:r>
      <w:r>
        <w:t xml:space="preserve"> The Grove returns as an acoustic alternative stage; Rainbow Quarter venues host extra events and late-night afterparties. </w:t>
      </w:r>
      <w:r/>
    </w:p>
    <w:p>
      <w:pPr>
        <w:pStyle w:val="ListBullet"/>
        <w:spacing w:line="240" w:lineRule="auto"/>
        <w:ind w:left="720"/>
      </w:pPr>
      <w:r/>
      <w:r>
        <w:rPr>
          <w:b/>
        </w:rPr>
        <w:t>Free and volunteer-led:</w:t>
      </w:r>
      <w:r>
        <w:t xml:space="preserve"> The 29th Notts Pride is run by a charity and volunteers, kept free thanks to sponsors and local partners.</w:t>
      </w:r>
      <w:r/>
      <w:r/>
    </w:p>
    <w:p>
      <w:pPr>
        <w:pStyle w:val="Heading2"/>
      </w:pPr>
      <w:r>
        <w:t>What’s new this year , bolder, brighter, and louder</w:t>
      </w:r>
      <w:r/>
    </w:p>
    <w:p>
      <w:r/>
      <w:r>
        <w:t>Notts Pride organisers have dialled up the spectacle, promising a day that feels bigger and sunnier than ever, with glittering pop and drag energy right in the heart of Sneinton Market. The headline pop slot for Meek, fresh from a TV appearance, gives the mainstage real festival fizz, while the Grove stage offers a quieter, intimate contrast for poetry, acoustic sets and comedy. It’s the right balance , full-throttle celebration on the main stage, thoughtful showcases in the acoustic space.</w:t>
      </w:r>
      <w:r/>
    </w:p>
    <w:p>
      <w:r/>
      <w:r>
        <w:t>Expect visual theatre as much as music. According to organisers, the line-up includes touring tribute acts, ballroom collectives and the city’s strongest drag talent, so you’ll move between confetti, choreography and quieter spoken-word moments all afternoon. If you like variety, this edition is curated for you.</w:t>
      </w:r>
      <w:r/>
    </w:p>
    <w:p>
      <w:pPr>
        <w:pStyle w:val="Heading2"/>
      </w:pPr>
      <w:r>
        <w:t>How the day flows , marching, markets and mainstage moments</w:t>
      </w:r>
      <w:r/>
    </w:p>
    <w:p>
      <w:r/>
      <w:r>
        <w:t>The day still begins where it always has, with the march from Lister Gate through the city to Sneinton Market , a lively procession that anchors Pride’s message of visibility and protest. Once at Sneinton, the market becomes a pop-up carnival: stages, food stalls, and community hubs make for easy wandering. The Grove stage’s return gives people a chance to catch emerging voices away from the mainstage volume, so if you’re after conversation and lyrics that linger, head there between headline acts.</w:t>
      </w:r>
      <w:r/>
    </w:p>
    <w:p>
      <w:r/>
      <w:r>
        <w:t>Practical tip: arrive early for the march if you want a good spot at Sneinton or to settle children into the family area before the busiest hour around 12.30–1.30pm.</w:t>
      </w:r>
      <w:r/>
    </w:p>
    <w:p>
      <w:pPr>
        <w:pStyle w:val="Heading2"/>
      </w:pPr>
      <w:r>
        <w:t>Family-friendly Pride , quieter corners and creative play</w:t>
      </w:r>
      <w:r/>
    </w:p>
    <w:p>
      <w:r/>
      <w:r>
        <w:t>This year’s expanded family area at Blend Square aims to be genuinely welcoming, with a designated quiet hour at 12pm and activities from 1–3pm. The Spencer Trust has helped shape the space, so you’ll find drag story time alongside face painting, crafts and gentle games , designed to keep things relaxed for younger attendees and nervous grown-ups alike. Parents should allow time to settle in; organisers suggest the area will feel busiest just after midday.</w:t>
      </w:r>
      <w:r/>
    </w:p>
    <w:p>
      <w:r/>
      <w:r>
        <w:t>If your group values low-stimulation pockets, make use of the quiet hour and the family slot early, and scout where to exit the market quickly if little ones need a break.</w:t>
      </w:r>
      <w:r/>
    </w:p>
    <w:p>
      <w:pPr>
        <w:pStyle w:val="Heading2"/>
      </w:pPr>
      <w:r>
        <w:t>Night-time, the Rainbow Quarter and afterparties</w:t>
      </w:r>
      <w:r/>
    </w:p>
    <w:p>
      <w:r/>
      <w:r>
        <w:t>Notts Pride now stretches beyond the daytime with the Rainbow Quarter’s pubs and venues offering their own celebrations. The Lord Roberts and The New Foresters will stage continuous entertainment, and for those wanting to press on into the night, the first official Notts Pride afterparty at The Palais promises drag, burlesque and club sets hosted by Gladrags. There’s also a Notts Pride Special at The Bodega presented by Homoelectric, with part of ticket sales going back to Pride , a handy way to support the charity while dancing.</w:t>
      </w:r>
      <w:r/>
    </w:p>
    <w:p>
      <w:r/>
      <w:r>
        <w:t>If you prefer calmer evenings, check the schedule at local venues for early-evening acoustic sets instead of club shows.</w:t>
      </w:r>
      <w:r/>
    </w:p>
    <w:p>
      <w:pPr>
        <w:pStyle w:val="Heading2"/>
      </w:pPr>
      <w:r>
        <w:t>Why this matters , community, campaigning and keeping Pride free</w:t>
      </w:r>
      <w:r/>
    </w:p>
    <w:p>
      <w:r/>
      <w:r>
        <w:t>Notts Pride’s organisers are clear the event is about joy and protest in equal measure. Craig Martin, vice-chair of Nottinghamshire Pride, has highlighted that the charity’s work runs all year, creating safer spaces and supporting grassroots groups across the county. The festival’s free, volunteer-led model depends on sponsors, from Sladen Estates to city partners, which keeps the day accessible to everyone.</w:t>
      </w:r>
      <w:r/>
    </w:p>
    <w:p>
      <w:r/>
      <w:r>
        <w:t>There’s a local civic note too: Nottingham’s Rainbow Quarter and backing from organisations like It’s in Nottingham show how Pride has become part of the city’s cultural calendar. It’s both celebration and a reminder that visibility still matters.</w:t>
      </w:r>
      <w:r/>
    </w:p>
    <w:p>
      <w:r/>
      <w:r>
        <w:t>It's a small change that can make every Pride moment safer and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2">
        <w:r>
          <w:rPr>
            <w:color w:val="0000EE"/>
            <w:u w:val="single"/>
          </w:rPr>
          <w:t>[5]</w:t>
        </w:r>
      </w:hyperlink>
      <w:r>
        <w:t xml:space="preserve">- Paragraph 4: </w:t>
      </w:r>
      <w:hyperlink r:id="rId9">
        <w:r>
          <w:rPr>
            <w:color w:val="0000EE"/>
            <w:u w:val="single"/>
          </w:rPr>
          <w:t>[2]</w:t>
        </w:r>
      </w:hyperlink>
      <w:r>
        <w:t xml:space="preserve">, </w:t>
      </w:r>
      <w:hyperlink r:id="rId13">
        <w:r>
          <w:rPr>
            <w:color w:val="0000EE"/>
            <w:u w:val="single"/>
          </w:rPr>
          <w:t>[6]</w:t>
        </w:r>
      </w:hyperlink>
      <w:r>
        <w:t xml:space="preserve">- Paragraph 5: </w:t>
      </w:r>
      <w:hyperlink r:id="rId9">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https://www.nottinghampost.com/whats-on/notts-pride-bolder-brighter-weekend-11067553</w:t>
        </w:r>
      </w:hyperlink>
      <w:r>
        <w:t xml:space="preserve"> - Please view link - unable to able to access data</w:t>
      </w:r>
      <w:r/>
    </w:p>
    <w:p>
      <w:pPr>
        <w:pStyle w:val="ListNumber"/>
        <w:spacing w:line="240" w:lineRule="auto"/>
        <w:ind w:left="720"/>
      </w:pPr>
      <w:r/>
      <w:hyperlink r:id="rId9">
        <w:r>
          <w:rPr>
            <w:color w:val="0000EE"/>
            <w:u w:val="single"/>
          </w:rPr>
          <w:t>https://www.nottinghampost.com/whats-on/notts-pride-bolder-brighter-weekend-11067553</w:t>
        </w:r>
      </w:hyperlink>
      <w:r>
        <w:t xml:space="preserve"> - Notts Pride 2026, themed 'Bolder and Brighter', is scheduled for Saturday, July 25. The event will commence with a march from Lister Gate to Sneinton Market, featuring a diverse programme of drag performances, live music, poetry, and comedy. Notable acts include pop sensation Meek, Drag Race UK alumni Nyongbella, and local artists such as Bin Bag and Vibrations. The Grove stage will offer an acoustic and alternative space, while family-friendly activities will be available at Blend Square. The event is free to attend, with support from various sponsors.</w:t>
      </w:r>
      <w:r/>
    </w:p>
    <w:p>
      <w:pPr>
        <w:pStyle w:val="ListNumber"/>
        <w:spacing w:line="240" w:lineRule="auto"/>
        <w:ind w:left="720"/>
      </w:pPr>
      <w:r/>
      <w:hyperlink r:id="rId10">
        <w:r>
          <w:rPr>
            <w:color w:val="0000EE"/>
            <w:u w:val="single"/>
          </w:rPr>
          <w:t>https://www.sneintonmarketavenues.com/whats-on/notts-pride-1</w:t>
        </w:r>
      </w:hyperlink>
      <w:r>
        <w:t xml:space="preserve"> - Notts Pride 2026 returns to Sneinton Market Avenues on Saturday, July 25, promising the largest celebration of Nottingham's LGBTQ+ community to date. The event includes a parade, live entertainment, and activities for all ages. The theme 'Bolder and Brighter' is highlighted by a new logo created by queer comic artist PJ Dracovich. The main stage at Sneinton Market Square will host performances from local LGBTQ+ artists, with additional events in Hockley and the Rainbow Quarter. The event remains free to attend, fostering a safe and inclusive environment.</w:t>
      </w:r>
      <w:r/>
    </w:p>
    <w:p>
      <w:pPr>
        <w:pStyle w:val="ListNumber"/>
        <w:spacing w:line="240" w:lineRule="auto"/>
        <w:ind w:left="720"/>
      </w:pPr>
      <w:r/>
      <w:hyperlink r:id="rId11">
        <w:r>
          <w:rPr>
            <w:color w:val="0000EE"/>
            <w:u w:val="single"/>
          </w:rPr>
          <w:t>https://www.gaydio.co.uk/uk/events/the-guide/event/nottinghamshire-pride1/</w:t>
        </w:r>
      </w:hyperlink>
      <w:r>
        <w:t xml:space="preserve"> - Nottinghamshire Pride is set for Saturday, July 25, 2026, featuring a parade and festival across Nottingham city centre, Hockley, and the Lace Market. As one of the East Midlands' largest LGBTQ+ events, it offers a free programme of parade, main stage, and community activities throughout the day. The 2026 line-up has yet to be confirmed, but attendees can expect live music, drag performances, community stalls, and family programming. The event is free to enter, with donations and supporter contributions helping to keep it accessible.</w:t>
      </w:r>
      <w:r/>
    </w:p>
    <w:p>
      <w:pPr>
        <w:pStyle w:val="ListNumber"/>
        <w:spacing w:line="240" w:lineRule="auto"/>
        <w:ind w:left="720"/>
      </w:pPr>
      <w:r/>
      <w:hyperlink r:id="rId12">
        <w:r>
          <w:rPr>
            <w:color w:val="0000EE"/>
            <w:u w:val="single"/>
          </w:rPr>
          <w:t>https://www.sneintonmarketavenues.com/whats-on</w:t>
        </w:r>
      </w:hyperlink>
      <w:r>
        <w:t xml:space="preserve"> - Sneinton Market Avenues hosts a variety of events, including Notts Pride 2026 on Saturday, July 25. The venue is known for its vibrant community atmosphere, offering a range of activities and festivals throughout the year. Notts Pride 2026 promises to be the biggest and brightest celebration of Nottingham's LGBTQ+ community, featuring a parade, live entertainment, and activities for all ages. The event is free to attend, with a focus on creating a safe and inclusive space for everyone.</w:t>
      </w:r>
      <w:r/>
    </w:p>
    <w:p>
      <w:pPr>
        <w:pStyle w:val="ListNumber"/>
        <w:spacing w:line="240" w:lineRule="auto"/>
        <w:ind w:left="720"/>
      </w:pPr>
      <w:r/>
      <w:hyperlink r:id="rId13">
        <w:r>
          <w:rPr>
            <w:color w:val="0000EE"/>
            <w:u w:val="single"/>
          </w:rPr>
          <w:t>https://www.trentstudents.org/events/notts-pride</w:t>
        </w:r>
      </w:hyperlink>
      <w:r>
        <w:t xml:space="preserve"> - Nottingham Trent Students' Union (NTSU) and Nottingham Trent University are participating in Notts Pride 2026 on Saturday, July 25. The event includes a march from Lister Gate to Sneinton Square, with a meeting point at Tiger Beans Café, NTSU City Campus, at 10:45 am. The day features a market and main stage at Sneinton Square, with more events listed on the Notts Pride website. Attendees are encouraged to bring their glitter, flags, and energy to celebrate love, identity, and community together.</w:t>
      </w:r>
      <w:r/>
    </w:p>
    <w:p>
      <w:pPr>
        <w:pStyle w:val="ListNumber"/>
        <w:spacing w:line="240" w:lineRule="auto"/>
        <w:ind w:left="720"/>
      </w:pPr>
      <w:r/>
      <w:hyperlink r:id="rId14">
        <w:r>
          <w:rPr>
            <w:color w:val="0000EE"/>
            <w:u w:val="single"/>
          </w:rPr>
          <w:t>https://www.visit-nottinghamshire.co.uk/whats-on/nottinghamshire-pride-p655661</w:t>
        </w:r>
      </w:hyperlink>
      <w:r>
        <w:t xml:space="preserve"> - Nottinghamshire Pride is scheduled for Saturday, July 25, 2026, in Nottingham city centre. The event is free to attend and includes a parade starting at 12 pm from Lister Gate, ending at Sneinton Square. The main stage at Sneinton Square will host entertainment from 12:45 pm to 7 pm. The event aims to celebrate Nottingham's LGBTQ+ community, with a focus on creating a safe and inclusive space for everyone. More details, including a map and directions, are available on the Visit Nottinghamshire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ttinghampost.com/whats-on/notts-pride-bolder-brighter-weekend-11067553" TargetMode="External"/><Relationship Id="rId10" Type="http://schemas.openxmlformats.org/officeDocument/2006/relationships/hyperlink" Target="https://www.sneintonmarketavenues.com/whats-on/notts-pride-1" TargetMode="External"/><Relationship Id="rId11" Type="http://schemas.openxmlformats.org/officeDocument/2006/relationships/hyperlink" Target="https://www.gaydio.co.uk/uk/events/the-guide/event/nottinghamshire-pride1/" TargetMode="External"/><Relationship Id="rId12" Type="http://schemas.openxmlformats.org/officeDocument/2006/relationships/hyperlink" Target="https://www.sneintonmarketavenues.com/whats-on" TargetMode="External"/><Relationship Id="rId13" Type="http://schemas.openxmlformats.org/officeDocument/2006/relationships/hyperlink" Target="https://www.trentstudents.org/events/notts-pride" TargetMode="External"/><Relationship Id="rId14" Type="http://schemas.openxmlformats.org/officeDocument/2006/relationships/hyperlink" Target="https://www.visit-nottinghamshire.co.uk/whats-on/nottinghamshire-pride-p65566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