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2026 Guide: Tickets, Line-up and Arena Times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revellers are gearing up for Newcastle Pride this weekend , the city centre will brim with colour, music and community events, with the Pride Arena ticketed and most other zones free. Here’s what to expect, who’s playing and where to go so you don’t miss the big moments.</w:t>
      </w:r>
      <w:r/>
    </w:p>
    <w:p>
      <w:r/>
      <w:r>
        <w:t>Essential Takeaways</w:t>
      </w:r>
      <w:r/>
      <w:r/>
    </w:p>
    <w:p>
      <w:pPr>
        <w:pStyle w:val="ListBullet"/>
        <w:spacing w:line="240" w:lineRule="auto"/>
        <w:ind w:left="720"/>
      </w:pPr>
      <w:r/>
      <w:r>
        <w:rPr>
          <w:b/>
        </w:rPr>
        <w:t>Ticket basics:</w:t>
      </w:r>
      <w:r>
        <w:t xml:space="preserve"> Pride Arena is the only ticketed area; full weekend GA is £30.50, Platinum VIP £44.50, day tickets available. </w:t>
      </w:r>
      <w:r/>
    </w:p>
    <w:p>
      <w:pPr>
        <w:pStyle w:val="ListBullet"/>
        <w:spacing w:line="240" w:lineRule="auto"/>
        <w:ind w:left="720"/>
      </w:pPr>
      <w:r/>
      <w:r>
        <w:rPr>
          <w:b/>
        </w:rPr>
        <w:t>Free zones:</w:t>
      </w:r>
      <w:r>
        <w:t xml:space="preserve"> Pride March, Family &amp; Youth Zone (Theatre Royal on Sunday), Trans+ Zone (Saturday at Northern Stage) and Monument market are free. </w:t>
      </w:r>
      <w:r/>
    </w:p>
    <w:p>
      <w:pPr>
        <w:pStyle w:val="ListBullet"/>
        <w:spacing w:line="240" w:lineRule="auto"/>
        <w:ind w:left="720"/>
      </w:pPr>
      <w:r/>
      <w:r>
        <w:rPr>
          <w:b/>
        </w:rPr>
        <w:t>Saturday headliners:</w:t>
      </w:r>
      <w:r>
        <w:t xml:space="preserve"> Nadine Coyle, Bimini and Katy B feature in the Pride Arena billing. </w:t>
      </w:r>
      <w:r/>
    </w:p>
    <w:p>
      <w:pPr>
        <w:pStyle w:val="ListBullet"/>
        <w:spacing w:line="240" w:lineRule="auto"/>
        <w:ind w:left="720"/>
      </w:pPr>
      <w:r/>
      <w:r>
        <w:rPr>
          <w:b/>
        </w:rPr>
        <w:t>Sunday highlights:</w:t>
      </w:r>
      <w:r>
        <w:t xml:space="preserve"> Tribute shows, drag favourites and a candlelit vigil close the weekend. </w:t>
      </w:r>
      <w:r/>
    </w:p>
    <w:p>
      <w:pPr>
        <w:pStyle w:val="ListBullet"/>
        <w:spacing w:line="240" w:lineRule="auto"/>
        <w:ind w:left="720"/>
      </w:pPr>
      <w:r/>
      <w:r>
        <w:rPr>
          <w:b/>
        </w:rPr>
        <w:t>Practical vibe:</w:t>
      </w:r>
      <w:r>
        <w:t xml:space="preserve"> Expect big crowds, a lively market village and family-friendly activities during daylight hours.</w:t>
      </w:r>
      <w:r/>
      <w:r/>
    </w:p>
    <w:p>
      <w:pPr>
        <w:pStyle w:val="Heading2"/>
      </w:pPr>
      <w:r>
        <w:t>What’s ticketed , and what’s free</w:t>
      </w:r>
      <w:r/>
    </w:p>
    <w:p>
      <w:r/>
      <w:r>
        <w:t>The clearest change this year is that only the Pride Arena in Times Square requires a ticket, which keeps the heart of the festival organised and manageable. The rest of the city’s celebrations , from the Pride March to the Family &amp; Youth Zone at the Theatre Royal and the Trans+ Zone at Northern Stage , remain free and open to all, so you can pick and choose how much you want to spend.</w:t>
      </w:r>
      <w:r/>
    </w:p>
    <w:p>
      <w:r/>
      <w:r>
        <w:t>Organisers are aiming to balance a ticketed main stage experience with accessible community spaces. If you want guaranteed seats, or to see headline acts up close, grab an Arena pass; otherwise you can still soak up parade energy and drag performances around Monument and the Theatre Royal.</w:t>
      </w:r>
      <w:r/>
    </w:p>
    <w:p>
      <w:pPr>
        <w:pStyle w:val="Heading2"/>
      </w:pPr>
      <w:r>
        <w:t>Saturday’s schedule , party energy and big names</w:t>
      </w:r>
      <w:r/>
    </w:p>
    <w:p>
      <w:r/>
      <w:r>
        <w:t>Saturday starts with community performances and the march, then moves into a full day of acts in the Pride Arena. The afternoon brings local groups and winners of drag contests, and by evening the mood shifts to pop and dance with Nadine Coyle, Bimini and Katy B all on the bill.</w:t>
      </w:r>
      <w:r/>
    </w:p>
    <w:p>
      <w:r/>
      <w:r>
        <w:t>Expect a festive, noisy crowd , sequins, flags and a steady beat. If you’re planning to arrive early, check the Pride Arena times so you don’t miss the afternoon showcases, and consider public transport or a meeting point: it will be busy.</w:t>
      </w:r>
      <w:r/>
    </w:p>
    <w:p>
      <w:pPr>
        <w:pStyle w:val="Heading2"/>
      </w:pPr>
      <w:r>
        <w:t>Sunday , family-friendly, reflective and theatrical</w:t>
      </w:r>
      <w:r/>
    </w:p>
    <w:p>
      <w:r/>
      <w:r>
        <w:t>Sunday leans into family and youth activities during the day, with Theatre Royal’s Family &amp; Youth Zone offering workshops and performances. Later there’s a mix of tribute acts, drag shows and a candlelit vigil to close the weekend on a more reflective note.</w:t>
      </w:r>
      <w:r/>
    </w:p>
    <w:p>
      <w:r/>
      <w:r>
        <w:t>This is the day to bring kids or older relatives who want quieter programming during daylight, then stay for the communal moment at the end. The vigil is a reminder that Pride is both party and platform, and it gives the weekend emotional weight.</w:t>
      </w:r>
      <w:r/>
    </w:p>
    <w:p>
      <w:pPr>
        <w:pStyle w:val="Heading2"/>
      </w:pPr>
      <w:r>
        <w:t>How to plan your visit , tips that make the day smoother</w:t>
      </w:r>
      <w:r/>
    </w:p>
    <w:p>
      <w:r/>
      <w:r>
        <w:t>Buy Pride Arena tickets in advance if you want to guarantee entry; weekend passes save money if you plan both days. Pack for the weather , a compact raincoat and lightweight layers work best for Newcastle’s unpredictable skies. Wear comfortable shoes: the march and arena areas involve standing and walking on cobbles and pavement.</w:t>
      </w:r>
      <w:r/>
    </w:p>
    <w:p>
      <w:r/>
      <w:r>
        <w:t>If mobility access or quiet spaces matter to you, check Northern Stage and Theatre Royal listings for Trans+ and Family Zone details before you go. And bring a reusable water bottle , there are vendors but queues build fast.</w:t>
      </w:r>
      <w:r/>
    </w:p>
    <w:p>
      <w:pPr>
        <w:pStyle w:val="Heading2"/>
      </w:pPr>
      <w:r>
        <w:t>Why this Pride feels different</w:t>
      </w:r>
      <w:r/>
    </w:p>
    <w:p>
      <w:r/>
      <w:r>
        <w:t>This year’s parade route change and headline speakers add fresh momentum to a long-running festival. With a celebrity voice helping to kick off events and an emphasis on accessible free zones, organisers seem focused on widening participation while keeping the main-stage experience polished.</w:t>
      </w:r>
      <w:r/>
    </w:p>
    <w:p>
      <w:r/>
      <w:r>
        <w:t>Locals will tell you the city centre feels alive in a way other weekends don’t, and for many attendees Pride is both celebration and civic statement , noisy, warm and occasionally moving.</w:t>
      </w:r>
      <w:r/>
    </w:p>
    <w:p>
      <w:r/>
      <w:r>
        <w:t>It's a small change that can make every visit feel intentional and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10">
        <w:r>
          <w:rPr>
            <w:color w:val="0000EE"/>
            <w:u w:val="single"/>
          </w:rPr>
          <w:t>[6]</w:t>
        </w:r>
      </w:hyperlink>
      <w:r>
        <w:t xml:space="preserve">, </w:t>
      </w:r>
      <w:hyperlink r:id="rId12">
        <w:r>
          <w:rPr>
            <w:color w:val="0000EE"/>
            <w:u w:val="single"/>
          </w:rPr>
          <w:t>[5]</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https://www.chroniclelive.co.uk/whats-on/music-nightlife-news/newcastle-pride-tickets-lineup-times-34326756</w:t>
        </w:r>
      </w:hyperlink>
      <w:r>
        <w:t xml:space="preserve"> - Please view link - unable to able to access data</w:t>
      </w:r>
      <w:r/>
    </w:p>
    <w:p>
      <w:pPr>
        <w:pStyle w:val="ListNumber"/>
        <w:spacing w:line="240" w:lineRule="auto"/>
        <w:ind w:left="720"/>
      </w:pPr>
      <w:r/>
      <w:hyperlink r:id="rId9">
        <w:r>
          <w:rPr>
            <w:color w:val="0000EE"/>
            <w:u w:val="single"/>
          </w:rPr>
          <w:t>https://www.chroniclelive.co.uk/whats-on/music-nightlife-news/newcastle-pride-tickets-lineup-times-34326756</w:t>
        </w:r>
      </w:hyperlink>
      <w:r>
        <w:t xml:space="preserve"> - This article provides detailed information about Newcastle Pride 2026, including ticket prices and stage times for the Saturday and Sunday celebrations. It highlights the Pride Arena at Times Square, featuring performances by Nadine Coyle, Katy B, Danny Beard, Queenz, and local drag icons. The article also mentions the Pride March, which will have a different route this year and features a speech from Olympic legend Dame Kelly Holmes at Grey's Monument. Additional events include the Family &amp; Youth Zone at the Theatre Royal and the Trans+ Zone at Northern Stage.</w:t>
      </w:r>
      <w:r/>
    </w:p>
    <w:p>
      <w:pPr>
        <w:pStyle w:val="ListNumber"/>
        <w:spacing w:line="240" w:lineRule="auto"/>
        <w:ind w:left="720"/>
      </w:pPr>
      <w:r/>
      <w:hyperlink r:id="rId11">
        <w:r>
          <w:rPr>
            <w:color w:val="0000EE"/>
            <w:u w:val="single"/>
          </w:rPr>
          <w:t>https://www.newcastlepride.co.uk/</w:t>
        </w:r>
      </w:hyperlink>
      <w:r>
        <w:t xml:space="preserve"> - The official website for Newcastle Pride 2026, scheduled for 25th and 26th July 2026 in Newcastle City Centre. The site offers information about the festival's return to the city centre, city-wide celebrations, and a Pride weekend designed with the community at its heart. It provides details about the Pride Arena at Times Square, including ticket information and the event's lineup. The website also features news updates, including announcements about sponsors and partners supporting the event.</w:t>
      </w:r>
      <w:r/>
    </w:p>
    <w:p>
      <w:pPr>
        <w:pStyle w:val="ListNumber"/>
        <w:spacing w:line="240" w:lineRule="auto"/>
        <w:ind w:left="720"/>
      </w:pPr>
      <w:r/>
      <w:hyperlink r:id="rId13">
        <w:r>
          <w:rPr>
            <w:color w:val="0000EE"/>
            <w:u w:val="single"/>
          </w:rPr>
          <w:t>https://www.newcastlepridearena.co.uk/</w:t>
        </w:r>
      </w:hyperlink>
      <w:r>
        <w:t xml:space="preserve"> - The official website for the Newcastle Pride Arena, a key part of the city-wide Pride celebrations led by Curious Futures. The site provides information about the event's return to Times Square for two days of colour, music, and Pride energy. It highlights the lineup for 2026, including performances by Nadine Coyle, Katy B, Bimini, and Danny Beard, as well as other live acts, tribute powerhouses, and Pride favourites. The website also offers ticket information and details about the event's production and partners.</w:t>
      </w:r>
      <w:r/>
    </w:p>
    <w:p>
      <w:pPr>
        <w:pStyle w:val="ListNumber"/>
        <w:spacing w:line="240" w:lineRule="auto"/>
        <w:ind w:left="720"/>
      </w:pPr>
      <w:r/>
      <w:hyperlink r:id="rId12">
        <w:r>
          <w:rPr>
            <w:color w:val="0000EE"/>
            <w:u w:val="single"/>
          </w:rPr>
          <w:t>https://www.theatreroyal.co.uk/whats-on/pride-family-zone/</w:t>
        </w:r>
      </w:hyperlink>
      <w:r>
        <w:t xml:space="preserve"> - The Theatre Royal's page for Newcastle Pride's Family &amp; Youth Zone, scheduled for Sunday, 26th July 2026. The event is free and runs from 10:30 am to 4:30 pm. The page provides details about activities and entertainment, including badge making, flower headdresses, face painting, a quiet/sensory zone, and a mini Pride market. It also lists in-studio events such as a catwalk extravaganza, family sing-along, mini disco, and youth takeover. The page encourages attendees to come along without booking.</w:t>
      </w:r>
      <w:r/>
    </w:p>
    <w:p>
      <w:pPr>
        <w:pStyle w:val="ListNumber"/>
        <w:spacing w:line="240" w:lineRule="auto"/>
        <w:ind w:left="720"/>
      </w:pPr>
      <w:r/>
      <w:hyperlink r:id="rId10">
        <w:r>
          <w:rPr>
            <w:color w:val="0000EE"/>
            <w:u w:val="single"/>
          </w:rPr>
          <w:t>https://www.fatsoma.com/e/h8ghr9g9/newcastle-pride-arena-2026-times-square-newcastle</w:t>
        </w:r>
      </w:hyperlink>
      <w:r>
        <w:t xml:space="preserve"> - An event listing for Newcastle Pride Arena 2026 at Times Square, Newcastle, scheduled for Saturday, 25th July 2026, from 12:00 pm to 11:00 pm. The page provides ticket information, including prices ranging from £8 to £46.90, and mentions age restrictions (under 16s accompanied by a paying adult). It also notes last entry times at 6 pm on both Saturday and Sunday. The page includes event details and a link to purchase tickets.</w:t>
      </w:r>
      <w:r/>
    </w:p>
    <w:p>
      <w:pPr>
        <w:pStyle w:val="ListNumber"/>
        <w:spacing w:line="240" w:lineRule="auto"/>
        <w:ind w:left="720"/>
      </w:pPr>
      <w:r/>
      <w:hyperlink r:id="rId14">
        <w:r>
          <w:rPr>
            <w:color w:val="0000EE"/>
            <w:u w:val="single"/>
          </w:rPr>
          <w:t>https://www.songkick.com/festivals/1314323-newcastle-pride/id/43274076-newcastle-pride-2026</w:t>
        </w:r>
      </w:hyperlink>
      <w:r>
        <w:t xml:space="preserve"> - A Songkick event page for Newcastle Pride 2026, featuring performances by Bimini. The event is scheduled from Friday, 24th July 2026 to Sunday, 26th July 2026, at Times Square, Newcastle Upon Tyne, UK. The page provides information about the venue, lineup, and dates, as well as a brief biography of Bimini, a London-based DJ, musician, and writer known for their electronic music and punk attitude.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music-nightlife-news/newcastle-pride-tickets-lineup-times-34326756" TargetMode="External"/><Relationship Id="rId10" Type="http://schemas.openxmlformats.org/officeDocument/2006/relationships/hyperlink" Target="https://www.fatsoma.com/e/h8ghr9g9/newcastle-pride-arena-2026-times-square-newcastle" TargetMode="External"/><Relationship Id="rId11" Type="http://schemas.openxmlformats.org/officeDocument/2006/relationships/hyperlink" Target="https://www.newcastlepride.co.uk/" TargetMode="External"/><Relationship Id="rId12" Type="http://schemas.openxmlformats.org/officeDocument/2006/relationships/hyperlink" Target="https://www.theatreroyal.co.uk/whats-on/pride-family-zone/" TargetMode="External"/><Relationship Id="rId13" Type="http://schemas.openxmlformats.org/officeDocument/2006/relationships/hyperlink" Target="https://www.newcastlepridearena.co.uk/" TargetMode="External"/><Relationship Id="rId14" Type="http://schemas.openxmlformats.org/officeDocument/2006/relationships/hyperlink" Target="https://www.songkick.com/festivals/1314323-newcastle-pride/id/43274076-newcastle-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