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Films: Why Jess McLeod’s Honest, Messy Nonbinary Stories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tuning into a wave of queer storytelling that prefers messy honesty over tidy answers , and Jess McLeod’s rise this year proves why. The actor, writer and director is turning a personal short into a hopeful feature, popping up in buzzy queer projects and insisting representation should feel human, complicated and welcoming.</w:t>
      </w:r>
      <w:r/>
    </w:p>
    <w:p>
      <w:r/>
      <w:r>
        <w:t>Essential Takeaways</w:t>
      </w:r>
      <w:r/>
      <w:r/>
    </w:p>
    <w:p>
      <w:pPr>
        <w:pStyle w:val="ListBullet"/>
        <w:spacing w:line="240" w:lineRule="auto"/>
        <w:ind w:left="720"/>
      </w:pPr>
      <w:r/>
      <w:r>
        <w:rPr>
          <w:b/>
        </w:rPr>
        <w:t>Breakout year:</w:t>
      </w:r>
      <w:r>
        <w:t xml:space="preserve"> McLeod has appeared in high-profile projects including Teenage Sex and Death at Camp Miasma and AMC’s The Audacity, bringing a textured nonbinary presence to screens.</w:t>
      </w:r>
      <w:r/>
    </w:p>
    <w:p>
      <w:pPr>
        <w:pStyle w:val="ListBullet"/>
        <w:spacing w:line="240" w:lineRule="auto"/>
        <w:ind w:left="720"/>
      </w:pPr>
      <w:r/>
      <w:r>
        <w:rPr>
          <w:b/>
        </w:rPr>
        <w:t>Personal storytelling:</w:t>
      </w:r>
      <w:r>
        <w:t xml:space="preserve"> Their short film She’s Nonbinary , written, directed and starring McLeod , is being expanded into a feature with executive producers including Bob Odenkirk and Jane Schoenbrun.</w:t>
      </w:r>
      <w:r/>
    </w:p>
    <w:p>
      <w:pPr>
        <w:pStyle w:val="ListBullet"/>
        <w:spacing w:line="240" w:lineRule="auto"/>
        <w:ind w:left="720"/>
      </w:pPr>
      <w:r/>
      <w:r>
        <w:rPr>
          <w:b/>
        </w:rPr>
        <w:t>Nuanced characters:</w:t>
      </w:r>
      <w:r>
        <w:t xml:space="preserve"> McLeod wants nonbinary people to be shown as morally complicated, not moral paragons, making characters feel honest and recognisable.</w:t>
      </w:r>
      <w:r/>
    </w:p>
    <w:p>
      <w:pPr>
        <w:pStyle w:val="ListBullet"/>
        <w:spacing w:line="240" w:lineRule="auto"/>
        <w:ind w:left="720"/>
      </w:pPr>
      <w:r/>
      <w:r>
        <w:rPr>
          <w:b/>
        </w:rPr>
        <w:t>Emotional texture:</w:t>
      </w:r>
      <w:r>
        <w:t xml:space="preserve"> The feature will treat identity and relationships with warmth and humour , McLeod describes it as a romantic comedy with a happy ending.</w:t>
      </w:r>
      <w:r/>
    </w:p>
    <w:p>
      <w:pPr>
        <w:pStyle w:val="ListBullet"/>
        <w:spacing w:line="240" w:lineRule="auto"/>
        <w:ind w:left="720"/>
      </w:pPr>
      <w:r/>
      <w:r>
        <w:rPr>
          <w:b/>
        </w:rPr>
        <w:t>Festival-ready:</w:t>
      </w:r>
      <w:r>
        <w:t xml:space="preserve"> The short has played festivals and the feature is gathering industry attention, signalling wider appetite for imperfect queer narratives.</w:t>
      </w:r>
      <w:r/>
      <w:r/>
    </w:p>
    <w:p>
      <w:pPr>
        <w:pStyle w:val="Heading2"/>
      </w:pPr>
      <w:r>
        <w:t>Why messy characters feel truer than perfection</w:t>
      </w:r>
      <w:r/>
    </w:p>
    <w:p>
      <w:r/>
      <w:r>
        <w:t>The strongest thing about McLeod’s work is its refusal to tidy up human contradiction , you can almost feel the friction in a line reading. According to interviews, they’re drawn to roles that lean into moral grey areas rather than presenting nonbinary people as flawless moral compasses. That choice lands: audiences recognise themselves in people who muddle through.</w:t>
      </w:r>
      <w:r/>
    </w:p>
    <w:p>
      <w:r/>
      <w:r>
        <w:t>This approach matters because representation often ossifies into stereotypes , the saintly mentor, the tragic figure, the token friend. By choosing messy, funny, ethically dubious roles, McLeod and collaborators are widening the script of what queer life can look like on screen. For viewers still figuring things out, that frankness can be a relief.</w:t>
      </w:r>
      <w:r/>
    </w:p>
    <w:p>
      <w:pPr>
        <w:pStyle w:val="Heading2"/>
      </w:pPr>
      <w:r>
        <w:t>From short film to feature: expanding She’s Nonbinary</w:t>
      </w:r>
      <w:r/>
    </w:p>
    <w:p>
      <w:r/>
      <w:r>
        <w:t>She’s Nonbinary began as a short about Max and their cis boyfriend navigating the fallout of top surgery, and McLeod wore all three hats , writer, director, performer. The project’s festival presence and warm industry attention have helped it evolve into a feature, with Bob Odenkirk and Jane Schoenbrun attached as executive producers.</w:t>
      </w:r>
      <w:r/>
    </w:p>
    <w:p>
      <w:r/>
      <w:r>
        <w:t>Rather than simply stretching the short, McLeod says the feature reframes the story into a romantic comedy about two people learning to define themselves apart from their relationship and maybe coming back together. Practically, that means broader scenes, more character beats and room to explore how identity and intimacy shift over time. If you liked the short’s emotional honesty, expect more nuance and lightness in the longer cut.</w:t>
      </w:r>
      <w:r/>
    </w:p>
    <w:p>
      <w:pPr>
        <w:pStyle w:val="Heading2"/>
      </w:pPr>
      <w:r>
        <w:t>How this fits the bigger queer film moment</w:t>
      </w:r>
      <w:r/>
    </w:p>
    <w:p>
      <w:r/>
      <w:r>
        <w:t>McLeod’s year has coincided with a surge of queer projects that refuse neat categorisation , campy slasher satire, dark Silicon Valley farce, tender indie romcoms. They’ve just appeared in Jane Schoenbrun’s Teenage Sex and Death at Camp Miasma, and joined the cast of AMC’s The Audacity, a show that satirises tech power with a cast of morally messy characters.</w:t>
      </w:r>
      <w:r/>
    </w:p>
    <w:p>
      <w:r/>
      <w:r>
        <w:t>Industry appetite for these stories suggests audiences want authenticity over clichés. Festivals and streaming platforms are increasingly willing to back queer creators who mix tone and take risks. For filmmakers and viewers alike, that means more room for stories that are funny, unsettling, romantic and oddly comforting all at once.</w:t>
      </w:r>
      <w:r/>
    </w:p>
    <w:p>
      <w:pPr>
        <w:pStyle w:val="Heading2"/>
      </w:pPr>
      <w:r>
        <w:t>Practical tips if you want to watch or support work like this</w:t>
      </w:r>
      <w:r/>
    </w:p>
    <w:p>
      <w:r/>
      <w:r>
        <w:t>If you’re drawn to honest queer storytelling, start with the short and follow its festival run , that’s often where features are seeded. Look out for McLeod’s projects on festival lineups and platform announcements, and consider supporting films via ticket buys, social sharing or funding initiatives that help shorts turn into features.</w:t>
      </w:r>
      <w:r/>
    </w:p>
    <w:p>
      <w:r/>
      <w:r>
        <w:t>For creators, the takeaway is simple: lean into complexity. Stories that sit in contradiction tend to feel more alive, and they invite audiences in rather than telling them how to feel. Casting and creators who reflect lived experience will always sharpen the emotional truth.</w:t>
      </w:r>
      <w:r/>
    </w:p>
    <w:p>
      <w:pPr>
        <w:pStyle w:val="Heading2"/>
      </w:pPr>
      <w:r>
        <w:t>What’s next for McLeod and friends</w:t>
      </w:r>
      <w:r/>
    </w:p>
    <w:p>
      <w:r/>
      <w:r>
        <w:t>McLeod says they’re eager to keep doing things and working with people they admire. Season two of The Audacity is reportedly darker, and She’s Nonbinary’s feature incarnation looks set to reach wider audiences. The overall mood is optimistic , messy, but heading somewhere hopeful.</w:t>
      </w:r>
      <w:r/>
    </w:p>
    <w:p>
      <w:r/>
      <w:r>
        <w:t>It’s a small shift in tone, but letting queer characters be flawed and funny makes them feel human, and that’s the point.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5">
        <w:r>
          <w:rPr>
            <w:color w:val="0000EE"/>
            <w:u w:val="single"/>
          </w:rPr>
          <w:t>[5]</w:t>
        </w:r>
      </w:hyperlink>
      <w:r>
        <w:t xml:space="preserve">- Paragraph 4: </w:t>
      </w:r>
      <w:hyperlink r:id="rId12">
        <w:r>
          <w:rPr>
            <w:color w:val="0000EE"/>
            <w:u w:val="single"/>
          </w:rPr>
          <w:t>[3]</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https://gayety.com/jess-mcleod-messy-morally-complicated-nonbinary-characters</w:t>
        </w:r>
      </w:hyperlink>
      <w:r>
        <w:t xml:space="preserve"> - Please view link - unable to able to access data</w:t>
      </w:r>
      <w:r/>
    </w:p>
    <w:p>
      <w:pPr>
        <w:pStyle w:val="ListNumber"/>
        <w:spacing w:line="240" w:lineRule="auto"/>
        <w:ind w:left="720"/>
      </w:pPr>
      <w:r/>
      <w:hyperlink r:id="rId10">
        <w:r>
          <w:rPr>
            <w:color w:val="0000EE"/>
            <w:u w:val="single"/>
          </w:rPr>
          <w:t>https://www.imdb.com/title/tt37279099/</w:t>
        </w:r>
      </w:hyperlink>
      <w:r>
        <w:t xml:space="preserve"> - 'She's Nonbinary' is a 2025 short film directed by Jess McLeod, who also stars as Max, a nonbinary individual navigating a relationship crisis with their cisgender boyfriend, Jake. The film explores themes of identity and intimacy, particularly focusing on the impact of top surgery on their relationship. The cast includes Alexander Steele Zonjic as Jake. The film is executive produced by Bob Odenkirk and Jane Schoenbrun. (</w:t>
      </w:r>
      <w:hyperlink r:id="rId16">
        <w:r>
          <w:rPr>
            <w:color w:val="0000EE"/>
            <w:u w:val="single"/>
          </w:rPr>
          <w:t>imdb.com</w:t>
        </w:r>
      </w:hyperlink>
      <w:r>
        <w:t>)</w:t>
      </w:r>
      <w:r/>
    </w:p>
    <w:p>
      <w:pPr>
        <w:pStyle w:val="ListNumber"/>
        <w:spacing w:line="240" w:lineRule="auto"/>
        <w:ind w:left="720"/>
      </w:pPr>
      <w:r/>
      <w:hyperlink r:id="rId12">
        <w:r>
          <w:rPr>
            <w:color w:val="0000EE"/>
            <w:u w:val="single"/>
          </w:rPr>
          <w:t>https://filmthreat.com/reviews/shes-nonbinary/</w:t>
        </w:r>
      </w:hyperlink>
      <w:r>
        <w:t xml:space="preserve"> - In this review, Bradley Gibson discusses 'She's Nonbinary,' a short film directed by Jess McLeod. The narrative centres on Max, portrayed by McLeod, and their cisgender boyfriend, Jake, as they confront an identity crisis triggered by an accidental misgendering. The film delves into the complexities of identity and the challenges within their relationship. (</w:t>
      </w:r>
      <w:hyperlink r:id="rId17">
        <w:r>
          <w:rPr>
            <w:color w:val="0000EE"/>
            <w:u w:val="single"/>
          </w:rPr>
          <w:t>filmthreat.com</w:t>
        </w:r>
      </w:hyperlink>
      <w:r>
        <w:t>)</w:t>
      </w:r>
      <w:r/>
    </w:p>
    <w:p>
      <w:pPr>
        <w:pStyle w:val="ListNumber"/>
        <w:spacing w:line="240" w:lineRule="auto"/>
        <w:ind w:left="720"/>
      </w:pPr>
      <w:r/>
      <w:hyperlink r:id="rId14">
        <w:r>
          <w:rPr>
            <w:color w:val="0000EE"/>
            <w:u w:val="single"/>
          </w:rPr>
          <w:t>https://tribecafilm.com/films/she-s-nonbinary-2026</w:t>
        </w:r>
      </w:hyperlink>
      <w:r>
        <w:t xml:space="preserve"> - 'She's Nonbinary' is a short narrative film directed by Jess McLeod, with a runtime of 10 minutes. The film is set in Canada and is presented in English. It falls under the genres of comedy, drama, LGBTQIA+, and romance. The story follows Max, a nonbinary individual, and their straight, cisgender boyfriend, Jake, as they navigate a significant identity crisis when Max reveals they are off the waitlist for top surgery. The film features a cast including Jess McLeod and Alexander Steele Zonjic. Executive producers are Bob Odenkirk and Jane Schoenbrun. (</w:t>
      </w:r>
      <w:hyperlink r:id="rId18">
        <w:r>
          <w:rPr>
            <w:color w:val="0000EE"/>
            <w:u w:val="single"/>
          </w:rPr>
          <w:t>tribecafilm.com</w:t>
        </w:r>
      </w:hyperlink>
      <w:r>
        <w:t>)</w:t>
      </w:r>
      <w:r/>
    </w:p>
    <w:p>
      <w:pPr>
        <w:pStyle w:val="ListNumber"/>
        <w:spacing w:line="240" w:lineRule="auto"/>
        <w:ind w:left="720"/>
      </w:pPr>
      <w:r/>
      <w:hyperlink r:id="rId15">
        <w:r>
          <w:rPr>
            <w:color w:val="0000EE"/>
            <w:u w:val="single"/>
          </w:rPr>
          <w:t>https://www.clevelandfilm.org/films/shes-nonbinary-2026/</w:t>
        </w:r>
      </w:hyperlink>
      <w:r>
        <w:t xml:space="preserve"> - 'She's Nonbinary' is a short film directed by Jess McLeod, featuring a runtime of 10 minutes. The film is presented in English and is set in Canada. It falls under the genres of comedy, drama, LGBTQIA+, and romance. The narrative revolves around Max, a nonbinary individual, and their cisgender male partner, Jake, as they confront an identity crisis following Max's announcement about top surgery. The film stars Jess McLeod and Alexander Steele Zonjic. The production team includes producers Erin Purghart, Eva Tavares, and Jess McLeod. (</w:t>
      </w:r>
      <w:hyperlink r:id="rId19">
        <w:r>
          <w:rPr>
            <w:color w:val="0000EE"/>
            <w:u w:val="single"/>
          </w:rPr>
          <w:t>clevelandfilm.org</w:t>
        </w:r>
      </w:hyperlink>
      <w:r>
        <w:t>)</w:t>
      </w:r>
      <w:r/>
    </w:p>
    <w:p>
      <w:pPr>
        <w:pStyle w:val="ListNumber"/>
        <w:spacing w:line="240" w:lineRule="auto"/>
        <w:ind w:left="720"/>
      </w:pPr>
      <w:r/>
      <w:hyperlink r:id="rId11">
        <w:r>
          <w:rPr>
            <w:color w:val="0000EE"/>
            <w:u w:val="single"/>
          </w:rPr>
          <w:t>https://www.comingsoon.net/movies/trailers/2143682-jess-mcleod-shes-nonbinary-teaser-trailer</w:t>
        </w:r>
      </w:hyperlink>
      <w:r>
        <w:t xml:space="preserve"> - This article presents the teaser trailer for 'She's Nonbinary,' a short film directed by Jess McLeod. The film is executive produced by Bob Odenkirk and Jane Schoenbrun. The narrative follows Max, a nonbinary individual, and their cisgender boyfriend, Jake, as they navigate a relationship crisis triggered by an accidental misgendering. The film is set to premiere at the Tribeca Film Festival and is being adapted into a full-length movie. (</w:t>
      </w:r>
      <w:hyperlink r:id="rId20">
        <w:r>
          <w:rPr>
            <w:color w:val="0000EE"/>
            <w:u w:val="single"/>
          </w:rPr>
          <w:t>comingsoon.net</w:t>
        </w:r>
      </w:hyperlink>
      <w:r>
        <w:t>)</w:t>
      </w:r>
      <w:r/>
    </w:p>
    <w:p>
      <w:pPr>
        <w:pStyle w:val="ListNumber"/>
        <w:spacing w:line="240" w:lineRule="auto"/>
        <w:ind w:left="720"/>
      </w:pPr>
      <w:r/>
      <w:hyperlink r:id="rId13">
        <w:r>
          <w:rPr>
            <w:color w:val="0000EE"/>
            <w:u w:val="single"/>
          </w:rPr>
          <w:t>https://gayety.com/jess-mcleods-shes-nonbinary-is-the-breakup-story</w:t>
        </w:r>
      </w:hyperlink>
      <w:r>
        <w:t xml:space="preserve"> - This article discusses 'She's Nonbinary,' a short film directed by Jess McLeod, who also stars as Max. The film explores themes of identity and intimacy, focusing on a relationship crisis between Max and their cisgender boyfriend, Jake, following an accidental misgendering. The film is executive produced by Bob Odenkirk and Jane Schoenbrun. (</w:t>
      </w:r>
      <w:hyperlink r:id="rId21">
        <w:r>
          <w:rPr>
            <w:color w:val="0000EE"/>
            <w:u w:val="single"/>
          </w:rPr>
          <w:t>gayety.com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jess-mcleod-messy-morally-complicated-nonbinary-characters" TargetMode="External"/><Relationship Id="rId10" Type="http://schemas.openxmlformats.org/officeDocument/2006/relationships/hyperlink" Target="https://www.imdb.com/title/tt37279099/" TargetMode="External"/><Relationship Id="rId11" Type="http://schemas.openxmlformats.org/officeDocument/2006/relationships/hyperlink" Target="https://www.comingsoon.net/movies/trailers/2143682-jess-mcleod-shes-nonbinary-teaser-trailer" TargetMode="External"/><Relationship Id="rId12" Type="http://schemas.openxmlformats.org/officeDocument/2006/relationships/hyperlink" Target="https://filmthreat.com/reviews/shes-nonbinary/" TargetMode="External"/><Relationship Id="rId13" Type="http://schemas.openxmlformats.org/officeDocument/2006/relationships/hyperlink" Target="https://gayety.com/jess-mcleods-shes-nonbinary-is-the-breakup-story" TargetMode="External"/><Relationship Id="rId14" Type="http://schemas.openxmlformats.org/officeDocument/2006/relationships/hyperlink" Target="https://tribecafilm.com/films/she-s-nonbinary-2026" TargetMode="External"/><Relationship Id="rId15" Type="http://schemas.openxmlformats.org/officeDocument/2006/relationships/hyperlink" Target="https://www.clevelandfilm.org/films/shes-nonbinary-2026/" TargetMode="External"/><Relationship Id="rId16" Type="http://schemas.openxmlformats.org/officeDocument/2006/relationships/hyperlink" Target="https://www.imdb.com/title/tt37279099/?utm_source=openai" TargetMode="External"/><Relationship Id="rId17" Type="http://schemas.openxmlformats.org/officeDocument/2006/relationships/hyperlink" Target="https://filmthreat.com/reviews/shes-nonbinary/?utm_source=openai" TargetMode="External"/><Relationship Id="rId18" Type="http://schemas.openxmlformats.org/officeDocument/2006/relationships/hyperlink" Target="https://tribecafilm.com/films/she-s-nonbinary-2026?utm_source=openai" TargetMode="External"/><Relationship Id="rId19" Type="http://schemas.openxmlformats.org/officeDocument/2006/relationships/hyperlink" Target="https://www.clevelandfilm.org/films/shes-nonbinary-2026/?utm_source=openai" TargetMode="External"/><Relationship Id="rId20" Type="http://schemas.openxmlformats.org/officeDocument/2006/relationships/hyperlink" Target="https://www.comingsoon.net/movies/trailers/2143682-jess-mcleod-shes-nonbinary-teaser-trailer?utm_source=openai" TargetMode="External"/><Relationship Id="rId21" Type="http://schemas.openxmlformats.org/officeDocument/2006/relationships/hyperlink" Target="https://gayety.com/jess-mcleods-shes-nonbinary-is-the-breakup-stor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