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Pride Anthem: Why "Lavender Forever" by Jake Wesley Rogers Resonates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up the volume on Jake Wesley Rogers’ “Lavender Forever,” a lustrous pop single that’s become a favourite among LGBTQ+ listeners and pop fans for its poetic lyrics, warm production, andanthemic chorus , a perfect pick for playlists, Pride parties and quiet evenings alike.</w:t>
      </w:r>
      <w:r/>
    </w:p>
    <w:p>
      <w:r/>
      <w:r>
        <w:t>Essential Takeaways</w:t>
      </w:r>
      <w:r/>
      <w:r/>
    </w:p>
    <w:p>
      <w:pPr>
        <w:pStyle w:val="ListBullet"/>
        <w:spacing w:line="240" w:lineRule="auto"/>
        <w:ind w:left="720"/>
      </w:pPr>
      <w:r/>
      <w:r>
        <w:rPr>
          <w:b/>
        </w:rPr>
        <w:t>Standout vocals:</w:t>
      </w:r>
      <w:r>
        <w:t xml:space="preserve"> Jake Wesley Rogers delivers expressive, nuanced singing that carries the song’s emotional arc.</w:t>
      </w:r>
      <w:r/>
    </w:p>
    <w:p>
      <w:pPr>
        <w:pStyle w:val="ListBullet"/>
        <w:spacing w:line="240" w:lineRule="auto"/>
        <w:ind w:left="720"/>
      </w:pPr>
      <w:r/>
      <w:r>
        <w:rPr>
          <w:b/>
        </w:rPr>
        <w:t>Sleek production:</w:t>
      </w:r>
      <w:r>
        <w:t xml:space="preserve"> Piano-led opening, sturdy bass and stomping programmed drums give the track a glossy, modern pop feel.</w:t>
      </w:r>
      <w:r/>
    </w:p>
    <w:p>
      <w:pPr>
        <w:pStyle w:val="ListBullet"/>
        <w:spacing w:line="240" w:lineRule="auto"/>
        <w:ind w:left="720"/>
      </w:pPr>
      <w:r/>
      <w:r>
        <w:rPr>
          <w:b/>
        </w:rPr>
        <w:t>Meaningful motif:</w:t>
      </w:r>
      <w:r>
        <w:t xml:space="preserve"> Lavender imagery threads through the lyrics, tapping into calm, queer cultural history and personal identity.</w:t>
      </w:r>
      <w:r/>
    </w:p>
    <w:p>
      <w:pPr>
        <w:pStyle w:val="ListBullet"/>
        <w:spacing w:line="240" w:lineRule="auto"/>
        <w:ind w:left="720"/>
      </w:pPr>
      <w:r/>
      <w:r>
        <w:rPr>
          <w:b/>
        </w:rPr>
        <w:t>Memorable chorus:</w:t>
      </w:r>
      <w:r>
        <w:t xml:space="preserve"> Hooky, singable lines make it a natural addition to Pride playlists and singalongs.</w:t>
      </w:r>
      <w:r/>
    </w:p>
    <w:p>
      <w:pPr>
        <w:pStyle w:val="ListBullet"/>
        <w:spacing w:line="240" w:lineRule="auto"/>
        <w:ind w:left="720"/>
      </w:pPr>
      <w:r/>
      <w:r>
        <w:rPr>
          <w:b/>
        </w:rPr>
        <w:t>Versatile mood:</w:t>
      </w:r>
      <w:r>
        <w:t xml:space="preserve"> Equally at home as a dance-pop moment or a reflective late-night listen.</w:t>
      </w:r>
      <w:r/>
      <w:r/>
    </w:p>
    <w:p>
      <w:pPr>
        <w:pStyle w:val="Heading2"/>
      </w:pPr>
      <w:r>
        <w:t>Opening hook: a pop song that feels both intimate and celebratory</w:t>
      </w:r>
      <w:r/>
    </w:p>
    <w:p>
      <w:r/>
      <w:r>
        <w:t>From the first piano riff you get a sense this isn’t a throwaway single; it’s carefully fashioned. The instrumentals arrive with a warm, tactile quality , a bright piano, a roomy bass and percussion that stomps just enough to make you want to move. According to music coverage, the track’s production helps Rogers’ voice shine, which is where the song’s emotional truth lives.</w:t>
      </w:r>
      <w:r/>
    </w:p>
    <w:p>
      <w:pPr>
        <w:pStyle w:val="Heading2"/>
      </w:pPr>
      <w:r>
        <w:t>Backstory: where the lavender idea comes from</w:t>
      </w:r>
      <w:r/>
    </w:p>
    <w:p>
      <w:r/>
      <w:r>
        <w:t>Lavender has long carried associations of calm and remembrance, and it’s been reclaimed in queer cultural contexts over the years. Reports on the single point out that Rogers leans into that symbolism, making “Lavender Forever” feel like a personal anthem rather than a generic pop tune. The result is a song that nods to history while staking its own colourful claim.</w:t>
      </w:r>
      <w:r/>
    </w:p>
    <w:p>
      <w:pPr>
        <w:pStyle w:val="Heading2"/>
      </w:pPr>
      <w:r>
        <w:t>What makes the song pop: songwriting and production notes</w:t>
      </w:r>
      <w:r/>
    </w:p>
    <w:p>
      <w:r/>
      <w:r>
        <w:t>Critics and music listings highlight the song’s clever, poetic lyrics , lines that balance whimsy with yearning , and a bridge that lands hard emotionally. The arrangement is smart: delicate piano figures open the track, then layers of synth and programmed drums lift it into a fuller, celebratory space. If you like pop that rewards repeat listens, this one’s crafted to reveal little details each time.</w:t>
      </w:r>
      <w:r/>
    </w:p>
    <w:p>
      <w:pPr>
        <w:pStyle w:val="Heading2"/>
      </w:pPr>
      <w:r>
        <w:t>How it fits Pride playlists and everyday listening</w:t>
      </w:r>
      <w:r/>
    </w:p>
    <w:p>
      <w:r/>
      <w:r>
        <w:t>This is the sort of track that works in different contexts: it’s joyful enough for a Pride parade playlist, intimate enough for a reflective late-night session. Fans say the chorus is irresistibly singable, and streaming and press listings note its steady popularity among LGBTQ+ audiences. Tip: play it loud with a group, or in headphones when you need a confident, tender boost.</w:t>
      </w:r>
      <w:r/>
    </w:p>
    <w:p>
      <w:pPr>
        <w:pStyle w:val="Heading2"/>
      </w:pPr>
      <w:r>
        <w:t>Practical tips: how to enjoy and share the track</w:t>
      </w:r>
      <w:r/>
    </w:p>
    <w:p>
      <w:r/>
      <w:r>
        <w:t>If you’re curating a playlist, pair “Lavender Forever” with other contemporary queer-pop anthems and a few slower ballads for balance. On a technical note, the vocals sit forward in the mix, so decent speakers or headphones reveal the most nuance. And if you’re bringing it to a gathering, expect people to pick up the chorus quickly , it’s that sticky.</w:t>
      </w:r>
      <w:r/>
    </w:p>
    <w:p>
      <w:r/>
      <w:r>
        <w:t>It's a small change to your playlist that can make every Pride listen feel brighter.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[3]</w:t>
        </w:r>
      </w:hyperlink>
      <w:r>
        <w:t xml:space="preserve">, </w:t>
      </w:r>
      <w:hyperlink r:id="rId14">
        <w:r>
          <w:rPr>
            <w:color w:val="0000EE"/>
            <w:u w:val="single"/>
          </w:rPr>
          <w:t>[7]</w:t>
        </w:r>
      </w:hyperlink>
      <w:r>
        <w:t xml:space="preserve">- Paragraph 4: </w:t>
      </w:r>
      <w:hyperlink r:id="rId15">
        <w:r>
          <w:rPr>
            <w:color w:val="0000EE"/>
            <w:u w:val="single"/>
          </w:rPr>
          <w:t>[2]</w:t>
        </w:r>
      </w:hyperlink>
      <w:r>
        <w:t xml:space="preserve">, </w:t>
      </w:r>
      <w:hyperlink r:id="rId13">
        <w:r>
          <w:rPr>
            <w:color w:val="0000EE"/>
            <w:u w:val="single"/>
          </w:rPr>
          <w:t>[5]</w:t>
        </w:r>
      </w:hyperlink>
      <w:r>
        <w:t xml:space="preserve">- Paragraph 5: </w:t>
      </w:r>
      <w:hyperlink r:id="rId11">
        <w:r>
          <w:rPr>
            <w:color w:val="0000EE"/>
            <w:u w:val="single"/>
          </w:rPr>
          <w:t>[6]</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https://themusicalhype.com/jake-wesley-rogers-lavender-forever-beaming-with-pride/</w:t>
        </w:r>
      </w:hyperlink>
      <w:r>
        <w:t xml:space="preserve"> - Please view link - unable to able to access data</w:t>
      </w:r>
      <w:r/>
    </w:p>
    <w:p>
      <w:pPr>
        <w:pStyle w:val="ListNumber"/>
        <w:spacing w:line="240" w:lineRule="auto"/>
        <w:ind w:left="720"/>
      </w:pPr>
      <w:r/>
      <w:hyperlink r:id="rId15">
        <w:r>
          <w:rPr>
            <w:color w:val="0000EE"/>
            <w:u w:val="single"/>
          </w:rPr>
          <w:t>https://sonichits.com/video/Jake_Wesley_Rogers/Lavender_Forever</w:t>
        </w:r>
      </w:hyperlink>
      <w:r>
        <w:t xml:space="preserve"> - This page provides lyrics and information about Jake Wesley Rogers' song 'Lavender Forever'. It includes details about the artist and the track, offering insights into the song's content and context.</w:t>
      </w:r>
      <w:r/>
    </w:p>
    <w:p>
      <w:pPr>
        <w:pStyle w:val="ListNumber"/>
        <w:spacing w:line="240" w:lineRule="auto"/>
        <w:ind w:left="720"/>
      </w:pPr>
      <w:r/>
      <w:hyperlink r:id="rId10">
        <w:r>
          <w:rPr>
            <w:color w:val="0000EE"/>
            <w:u w:val="single"/>
          </w:rPr>
          <w:t>https://preludepress.com/news/2022/03/24/jake-wesley-rogers-lavender-forever/</w:t>
        </w:r>
      </w:hyperlink>
      <w:r>
        <w:t xml:space="preserve"> - An article discussing Jake Wesley Rogers' release of 'Lavender Forever', highlighting the song's inspiration and its significance as a personal anthem for the artist.</w:t>
      </w:r>
      <w:r/>
    </w:p>
    <w:p>
      <w:pPr>
        <w:pStyle w:val="ListNumber"/>
        <w:spacing w:line="240" w:lineRule="auto"/>
        <w:ind w:left="720"/>
      </w:pPr>
      <w:r/>
      <w:hyperlink r:id="rId12">
        <w:r>
          <w:rPr>
            <w:color w:val="0000EE"/>
            <w:u w:val="single"/>
          </w:rPr>
          <w:t>https://en.wikipedia.org/wiki/Jake_Wesley_Rogers</w:t>
        </w:r>
      </w:hyperlink>
      <w:r>
        <w:t xml:space="preserve"> - The Wikipedia page for Jake Wesley Rogers provides comprehensive information about his life, career, and discography, including details about his early life, musical influences, and notable achievements.</w:t>
      </w:r>
      <w:r/>
    </w:p>
    <w:p>
      <w:pPr>
        <w:pStyle w:val="ListNumber"/>
        <w:spacing w:line="240" w:lineRule="auto"/>
        <w:ind w:left="720"/>
      </w:pPr>
      <w:r/>
      <w:hyperlink r:id="rId13">
        <w:r>
          <w:rPr>
            <w:color w:val="0000EE"/>
            <w:u w:val="single"/>
          </w:rPr>
          <w:t>https://www.broadwayworld.com/bwwmusic/article/Jake-Wesley-Rogers-Shares-Lavender-Forever-Purple-Crush-Legendary-Remix-20220520</w:t>
        </w:r>
      </w:hyperlink>
      <w:r>
        <w:t xml:space="preserve"> - An article announcing the release of the 'Purple Crush Legendary Remix' of Jake Wesley Rogers' 'Lavender Forever', discussing the remix's energetic style and the artist's upcoming performances.</w:t>
      </w:r>
      <w:r/>
    </w:p>
    <w:p>
      <w:pPr>
        <w:pStyle w:val="ListNumber"/>
        <w:spacing w:line="240" w:lineRule="auto"/>
        <w:ind w:left="720"/>
      </w:pPr>
      <w:r/>
      <w:hyperlink r:id="rId11">
        <w:r>
          <w:rPr>
            <w:color w:val="0000EE"/>
            <w:u w:val="single"/>
          </w:rPr>
          <w:t>https://www.allmusic.com/album/release/lavender-forever-mr0005628498</w:t>
        </w:r>
      </w:hyperlink>
      <w:r>
        <w:t xml:space="preserve"> - AllMusic's page for 'Lavender Forever' by Jake Wesley Rogers, providing details about the single's release, track listing, and credits.</w:t>
      </w:r>
      <w:r/>
    </w:p>
    <w:p>
      <w:pPr>
        <w:pStyle w:val="ListNumber"/>
        <w:spacing w:line="240" w:lineRule="auto"/>
        <w:ind w:left="720"/>
      </w:pPr>
      <w:r/>
      <w:hyperlink r:id="rId14">
        <w:r>
          <w:rPr>
            <w:color w:val="0000EE"/>
            <w:u w:val="single"/>
          </w:rPr>
          <w:t>https://paroles2chansons.lemonde.fr/paroles-jake-wesley-rogers/paroles-lavender-forever.html</w:t>
        </w:r>
      </w:hyperlink>
      <w:r>
        <w:t xml:space="preserve"> - A French website offering the lyrics and translation of Jake Wesley Rogers' 'Lavender Forever', allowing non-English speakers to understand the song's content.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musicalhype.com/jake-wesley-rogers-lavender-forever-beaming-with-pride/" TargetMode="External"/><Relationship Id="rId10" Type="http://schemas.openxmlformats.org/officeDocument/2006/relationships/hyperlink" Target="https://preludepress.com/news/2022/03/24/jake-wesley-rogers-lavender-forever/" TargetMode="External"/><Relationship Id="rId11" Type="http://schemas.openxmlformats.org/officeDocument/2006/relationships/hyperlink" Target="https://www.allmusic.com/album/release/lavender-forever-mr0005628498" TargetMode="External"/><Relationship Id="rId12" Type="http://schemas.openxmlformats.org/officeDocument/2006/relationships/hyperlink" Target="https://en.wikipedia.org/wiki/Jake_Wesley_Rogers" TargetMode="External"/><Relationship Id="rId13" Type="http://schemas.openxmlformats.org/officeDocument/2006/relationships/hyperlink" Target="https://www.broadwayworld.com/bwwmusic/article/Jake-Wesley-Rogers-Shares-Lavender-Forever-Purple-Crush-Legendary-Remix-20220520" TargetMode="External"/><Relationship Id="rId14" Type="http://schemas.openxmlformats.org/officeDocument/2006/relationships/hyperlink" Target="https://paroles2chansons.lemonde.fr/paroles-jake-wesley-rogers/paroles-lavender-forever.html" TargetMode="External"/><Relationship Id="rId15" Type="http://schemas.openxmlformats.org/officeDocument/2006/relationships/hyperlink" Target="https://sonichits.com/video/Jake_Wesley_Rogers/Lavender_Forev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