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New Latin Pop Voice: Matt Louis and Queer Pride in Every Song</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of new music are flocking to Matt Louis , the queer, Black Puerto Rican pop and R&amp;B artist from Ponce who stopped softening his truth and began making music that demands attention; his debut album GAMMA and bold live shows are putting Afro‑Caribbean queerness centre stage.</w:t>
      </w:r>
      <w:r/>
    </w:p>
    <w:p>
      <w:r/>
      <w:r>
        <w:t>Essential Takeaways</w:t>
      </w:r>
      <w:r/>
      <w:r/>
    </w:p>
    <w:p>
      <w:pPr>
        <w:pStyle w:val="ListBullet"/>
        <w:spacing w:line="240" w:lineRule="auto"/>
        <w:ind w:left="720"/>
      </w:pPr>
      <w:r/>
      <w:r>
        <w:rPr>
          <w:b/>
        </w:rPr>
        <w:t>Origin story:</w:t>
      </w:r>
      <w:r>
        <w:t xml:space="preserve"> Raised in Ponce’s Residencial Dr. Pila and Los Caobos, Louis blends classical and jazz training with streetwise Caribbean rhythms.</w:t>
      </w:r>
      <w:r/>
    </w:p>
    <w:p>
      <w:pPr>
        <w:pStyle w:val="ListBullet"/>
        <w:spacing w:line="240" w:lineRule="auto"/>
        <w:ind w:left="720"/>
      </w:pPr>
      <w:r/>
      <w:r>
        <w:rPr>
          <w:b/>
        </w:rPr>
        <w:t>Artistic pivot:</w:t>
      </w:r>
      <w:r>
        <w:t xml:space="preserve"> He moved from gender‑neutral lyrics to openly naming his queerness, a change that made his music feel more genuine and confident.</w:t>
      </w:r>
      <w:r/>
    </w:p>
    <w:p>
      <w:pPr>
        <w:pStyle w:val="ListBullet"/>
        <w:spacing w:line="240" w:lineRule="auto"/>
        <w:ind w:left="720"/>
      </w:pPr>
      <w:r/>
      <w:r>
        <w:rPr>
          <w:b/>
        </w:rPr>
        <w:t>Debut release:</w:t>
      </w:r>
      <w:r>
        <w:t xml:space="preserve"> GAMMA is a 10‑track record mixing R&amp;B, soul, house and bomba/plena influences, with notable collaborators and producers.</w:t>
      </w:r>
      <w:r/>
    </w:p>
    <w:p>
      <w:pPr>
        <w:pStyle w:val="ListBullet"/>
        <w:spacing w:line="240" w:lineRule="auto"/>
        <w:ind w:left="720"/>
      </w:pPr>
      <w:r/>
      <w:r>
        <w:rPr>
          <w:b/>
        </w:rPr>
        <w:t>Live energy:</w:t>
      </w:r>
      <w:r>
        <w:t xml:space="preserve"> He’s mounted milestone performances in Puerto Rico and has international dates lined up, giving the songs room to breathe and shimmer live.</w:t>
      </w:r>
      <w:r/>
    </w:p>
    <w:p>
      <w:pPr>
        <w:pStyle w:val="ListBullet"/>
        <w:spacing w:line="240" w:lineRule="auto"/>
        <w:ind w:left="720"/>
      </w:pPr>
      <w:r/>
      <w:r>
        <w:rPr>
          <w:b/>
        </w:rPr>
        <w:t>Aesthetic and message:</w:t>
      </w:r>
      <w:r>
        <w:t xml:space="preserve"> Louis pairs a strong, masculine presence with deliberate softness, challenging Latin machismo and making love songs for queer listeners feel visible.</w:t>
      </w:r>
      <w:r/>
      <w:r/>
    </w:p>
    <w:p>
      <w:pPr>
        <w:pStyle w:val="Heading2"/>
      </w:pPr>
      <w:r>
        <w:t>From Ponce projects to a voice that won’t be muted</w:t>
      </w:r>
      <w:r/>
    </w:p>
    <w:p>
      <w:r/>
      <w:r>
        <w:t>Matt Louis’ story begins in the Residencial Dr. Pila housing projects and the Los Caobos neighbourhood of Ponce, where the island’s rhythms are always close at hand, and you can almost hear the plena in a passing melody. He trained in jazz and classical music, studied marketing and worked as a photographer for major Latin acts before stepping into the spotlight himself. That combination of street and study gives his songs a tactile feel , sleek production with roots you can touch.</w:t>
      </w:r>
      <w:r/>
    </w:p>
    <w:p>
      <w:r/>
      <w:r>
        <w:t>He paid his dues behind the lens, touring with big names, which taught him both craft and grit. The shift from crew member to frontman feels earned, not manufactured, and that authenticity is what listeners are picking up on.</w:t>
      </w:r>
      <w:r/>
    </w:p>
    <w:p>
      <w:pPr>
        <w:pStyle w:val="Heading2"/>
      </w:pPr>
      <w:r>
        <w:t>Why naming queerness changed everything</w:t>
      </w:r>
      <w:r/>
    </w:p>
    <w:p>
      <w:r/>
      <w:r>
        <w:t>For a long time Louis kept pronouns neutral, thinking it would broaden his audience. Then, in a late‑night conversation in Río Piedras, he made a different choice: to be explicit about being Black and gay in his lyrics and visuals. The result? Songs that feel more immediate and personal. According to coverage of his evolution, once he stopped softening his identity, his project started to feel more honest.</w:t>
      </w:r>
      <w:r/>
    </w:p>
    <w:p>
      <w:r/>
      <w:r>
        <w:t>It’s a smart artistic move as well as a political one. In a musical climate where representation matters, calling things by their proper names makes his work resonate in new ways, particularly in Latin scenes where queer visibility is still fighting for space.</w:t>
      </w:r>
      <w:r/>
    </w:p>
    <w:p>
      <w:pPr>
        <w:pStyle w:val="Heading2"/>
      </w:pPr>
      <w:r>
        <w:t>GAMMA: a debut that mixes the club and the barrio</w:t>
      </w:r>
      <w:r/>
    </w:p>
    <w:p>
      <w:r/>
      <w:r>
        <w:t>GAMMA, his 10‑track debut, pulls R&amp;B and soul through house pulses and Caribbean percussion, folding in plena and bomba traditions from Ponce’s San Antón neighbourhood. There’s a deliberate Afrofuturist thread , imagining future sounds that honour ancestral rhythms , and collaborators help broaden the palette. The record feels both intimate and expansive, suited for headphones as much as a packed venue.</w:t>
      </w:r>
      <w:r/>
    </w:p>
    <w:p>
      <w:r/>
      <w:r>
        <w:t>If you want practical listening advice: start with the tracks that foreground percussion and vocals together , they’re the clearest statement of his aesthetic. For fans of rhythmically rich pop who also want lyrical honesty, GAMMA is a tidy entrance.</w:t>
      </w:r>
      <w:r/>
    </w:p>
    <w:p>
      <w:pPr>
        <w:pStyle w:val="Heading2"/>
      </w:pPr>
      <w:r>
        <w:t>Live: ceremonies, art spaces and international turns</w:t>
      </w:r>
      <w:r/>
    </w:p>
    <w:p>
      <w:r/>
      <w:r>
        <w:t>Louis has turned stages into ceremonies, from milestone nights in Puerto Rican museums to club sets that flex both spectacle and tenderness. His live shows lean into the visual , body, movement and costume work together to underline the music’s themes. He’s described his record as “sassy,” and that sass translates onstage as confidence and warmth.</w:t>
      </w:r>
      <w:r/>
    </w:p>
    <w:p>
      <w:r/>
      <w:r>
        <w:t>He’s also expanding internationally with dates planned beyond the island. For listeners and promoters, that’s a sign: his music travels. If you’re considering going to a show, expect a performance that balances tight vocal moments with danceable arrangements.</w:t>
      </w:r>
      <w:r/>
    </w:p>
    <w:p>
      <w:pPr>
        <w:pStyle w:val="Heading2"/>
      </w:pPr>
      <w:r>
        <w:t>Why Matt Louis matters beyond the playlist</w:t>
      </w:r>
      <w:r/>
    </w:p>
    <w:p>
      <w:r/>
      <w:r>
        <w:t>There’s a cultural ripple to what Louis is doing. He’s not just adding another queer voice to Latin pop; he’s insisting that Afro‑Caribbean textures and openly queer stories coexist unapologetically. That challenges old notions of masculinity in Latin music and offers younger artists a blueprint for being both tender and bold.</w:t>
      </w:r>
      <w:r/>
    </w:p>
    <w:p>
      <w:r/>
      <w:r>
        <w:t>For listeners, the takeaway is simple: music that’s honest about identity often hits harder. And for those curating playlists or booking artists, Matt Louis is a look forward , contemporary, rooted and ready to crowd‑plead.</w:t>
      </w:r>
      <w:r/>
    </w:p>
    <w:p>
      <w:r/>
      <w:r>
        <w:t>It's a small change that can make every song feel like a declaration.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0">
        <w:r>
          <w:rPr>
            <w:color w:val="0000EE"/>
            <w:u w:val="single"/>
          </w:rPr>
          <w:t>[2]</w:t>
        </w:r>
      </w:hyperlink>
      <w:r>
        <w:t xml:space="preserve">, </w:t>
      </w:r>
      <w:hyperlink r:id="rId12">
        <w:r>
          <w:rPr>
            <w:color w:val="0000EE"/>
            <w:u w:val="single"/>
          </w:rPr>
          <w:t>[6]</w:t>
        </w:r>
      </w:hyperlink>
      <w:r>
        <w:t xml:space="preserve">- Paragraph 3: </w:t>
      </w:r>
      <w:hyperlink r:id="rId13">
        <w:r>
          <w:rPr>
            <w:color w:val="0000EE"/>
            <w:u w:val="single"/>
          </w:rPr>
          <w:t>[3]</w:t>
        </w:r>
      </w:hyperlink>
      <w:r>
        <w:t xml:space="preserve">, </w:t>
      </w:r>
      <w:hyperlink r:id="rId14">
        <w:r>
          <w:rPr>
            <w:color w:val="0000EE"/>
            <w:u w:val="single"/>
          </w:rPr>
          <w:t>[5]</w:t>
        </w:r>
      </w:hyperlink>
      <w:r>
        <w:t xml:space="preserve">- Paragraph 4: </w:t>
      </w:r>
      <w:hyperlink r:id="rId10">
        <w:r>
          <w:rPr>
            <w:color w:val="0000EE"/>
            <w:u w:val="single"/>
          </w:rPr>
          <w:t>[2]</w:t>
        </w:r>
      </w:hyperlink>
      <w:r>
        <w:t xml:space="preserve">, </w:t>
      </w:r>
      <w:hyperlink r:id="rId15">
        <w:r>
          <w:rPr>
            <w:color w:val="0000EE"/>
            <w:u w:val="single"/>
          </w:rPr>
          <w:t>[4]</w:t>
        </w:r>
      </w:hyperlink>
      <w:r>
        <w:t xml:space="preserve">- Paragraph 5: </w:t>
      </w:r>
      <w:hyperlink r:id="rId10">
        <w:r>
          <w:rPr>
            <w:color w:val="0000EE"/>
            <w:u w:val="single"/>
          </w:rPr>
          <w:t>[2]</w:t>
        </w:r>
      </w:hyperlink>
      <w:r>
        <w:t xml:space="preserve">, </w:t>
      </w:r>
      <w:hyperlink r:id="rId9">
        <w:r>
          <w:rPr>
            <w:color w:val="0000EE"/>
            <w:u w:val="single"/>
          </w:rPr>
          <w:t>[1]</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https://www.dnamagazine.com.au/matt-louis-queer-puerto-rican-pop-star/</w:t>
        </w:r>
      </w:hyperlink>
      <w:r>
        <w:t xml:space="preserve"> - Please view link - unable to able to access data</w:t>
      </w:r>
      <w:r/>
    </w:p>
    <w:p>
      <w:pPr>
        <w:pStyle w:val="ListNumber"/>
        <w:spacing w:line="240" w:lineRule="auto"/>
        <w:ind w:left="720"/>
      </w:pPr>
      <w:r/>
      <w:hyperlink r:id="rId10">
        <w:r>
          <w:rPr>
            <w:color w:val="0000EE"/>
            <w:u w:val="single"/>
          </w:rPr>
          <w:t>https://www.metro.pr/entretenimiento/2025/08/03/matt-louis-celebra-una-noche-historica-en-el-museo-de-arte-de-puerto-rico/</w:t>
        </w:r>
      </w:hyperlink>
      <w:r>
        <w:t xml:space="preserve"> - Matt Louis held a historic concert at the Puerto Rico Museum of Art on August 2, 2025. This was his first solo performance on the island, where he showcased his acclaimed album 'GAMMA' in an intimate setting that blended music, art, and emotion. The event featured special guests like RaiNao, Buscabulla, and Pao pao, each delivering unique collaborations that added depth to the evening. The performance was a multisensory journey, with visuals and atmospheres designed to amplify the emotional impact of the music. Louis used the platform to highlight diverse identities and connect emotionally with the audience, reaffirming the power of music as a medium for cultural expression. (</w:t>
      </w:r>
      <w:hyperlink r:id="rId16">
        <w:r>
          <w:rPr>
            <w:color w:val="0000EE"/>
            <w:u w:val="single"/>
          </w:rPr>
          <w:t>metro.pr</w:t>
        </w:r>
      </w:hyperlink>
      <w:r>
        <w:t>)</w:t>
      </w:r>
      <w:r/>
    </w:p>
    <w:p>
      <w:pPr>
        <w:pStyle w:val="ListNumber"/>
        <w:spacing w:line="240" w:lineRule="auto"/>
        <w:ind w:left="720"/>
      </w:pPr>
      <w:r/>
      <w:hyperlink r:id="rId13">
        <w:r>
          <w:rPr>
            <w:color w:val="0000EE"/>
            <w:u w:val="single"/>
          </w:rPr>
          <w:t>https://music.apple.com/us/album/gamma/1811175689</w:t>
        </w:r>
      </w:hyperlink>
      <w:r>
        <w:t xml:space="preserve"> - 'GAMMA' is the debut album by Puerto Rican artist Matt Louis, released on April 17, 2025. The album comprises ten tracks that blend R&amp;B, soul, house, and Caribbean rhythms. Notable collaborations include a feature from RaiNao and production by William Ross. The album reflects Louis's Afro-Puerto Rican heritage, incorporating elements of plena and bomba traditions from his hometown of Ponce. Louis describes the record as 'sassy as fuck,' highlighting its bold and unapologetic nature. (</w:t>
      </w:r>
      <w:hyperlink r:id="rId17">
        <w:r>
          <w:rPr>
            <w:color w:val="0000EE"/>
            <w:u w:val="single"/>
          </w:rPr>
          <w:t>music.apple.com</w:t>
        </w:r>
      </w:hyperlink>
      <w:r>
        <w:t>)</w:t>
      </w:r>
      <w:r/>
    </w:p>
    <w:p>
      <w:pPr>
        <w:pStyle w:val="ListNumber"/>
        <w:spacing w:line="240" w:lineRule="auto"/>
        <w:ind w:left="720"/>
      </w:pPr>
      <w:r/>
      <w:hyperlink r:id="rId15">
        <w:r>
          <w:rPr>
            <w:color w:val="0000EE"/>
            <w:u w:val="single"/>
          </w:rPr>
          <w:t>https://www.metro.pr/entretenimiento/2026/04/24/matt-louis-lanza-tema-juanga-inspirado-en-la-esencia-del-legendario-juan-gabriel/</w:t>
        </w:r>
      </w:hyperlink>
      <w:r>
        <w:t xml:space="preserve"> - Matt Louis released the single 'Juanga' on April 24, 2026, drawing inspiration from the legendary Juan Gabriel. The track reinterprets Latin house and pop fusion, infusing contemporary sensitivity into the classic sounds. Louis aims to capture the expressive intensity of Juan Gabriel's era, focusing on vocal performance and emotional depth. The song showcases Louis's ability to blend traditional Latin influences with modern musical styles, creating a unique and evocative listening experience. (</w:t>
      </w:r>
      <w:hyperlink r:id="rId18">
        <w:r>
          <w:rPr>
            <w:color w:val="0000EE"/>
            <w:u w:val="single"/>
          </w:rPr>
          <w:t>metro.pr</w:t>
        </w:r>
      </w:hyperlink>
      <w:r>
        <w:t>)</w:t>
      </w:r>
      <w:r/>
    </w:p>
    <w:p>
      <w:pPr>
        <w:pStyle w:val="ListNumber"/>
        <w:spacing w:line="240" w:lineRule="auto"/>
        <w:ind w:left="720"/>
      </w:pPr>
      <w:r/>
      <w:hyperlink r:id="rId14">
        <w:r>
          <w:rPr>
            <w:color w:val="0000EE"/>
            <w:u w:val="single"/>
          </w:rPr>
          <w:t>https://desdepuebla.com/2022/05/17/to-los-dias-es-el-primer-sencillo-del-puertorriqueno-matt-louis/</w:t>
        </w:r>
      </w:hyperlink>
      <w:r>
        <w:t xml:space="preserve"> - 'To’ los días' is the debut solo single by Puerto Rican artist Matt Louis, released in May 2022. The track is a nostalgic fusion of R&amp;B, techno, and Latin trap, produced by Wiso Rivera and Giovanni Ortiz. Louis, born Matthews Louis Charlotten in Ponce, Puerto Rico, began his career as a photographer, collaborating with artists like Tainy, Jhoy Cortés, and Álvaro Díaz. He gained recognition on the television program 'La Banda,' which formed the boy band CNCO. 'To’ los días' marks his transition into a solo music career, showcasing his versatility and cultural roots. (</w:t>
      </w:r>
      <w:hyperlink r:id="rId19">
        <w:r>
          <w:rPr>
            <w:color w:val="0000EE"/>
            <w:u w:val="single"/>
          </w:rPr>
          <w:t>desdepuebla.com</w:t>
        </w:r>
      </w:hyperlink>
      <w:r>
        <w:t>)</w:t>
      </w:r>
      <w:r/>
    </w:p>
    <w:p>
      <w:pPr>
        <w:pStyle w:val="ListNumber"/>
        <w:spacing w:line="240" w:lineRule="auto"/>
        <w:ind w:left="720"/>
      </w:pPr>
      <w:r/>
      <w:hyperlink r:id="rId12">
        <w:r>
          <w:rPr>
            <w:color w:val="0000EE"/>
            <w:u w:val="single"/>
          </w:rPr>
          <w:t>https://puertoricoposts.com/65608/</w:t>
        </w:r>
      </w:hyperlink>
      <w:r>
        <w:t xml:space="preserve"> - Matt Louis released 'Bandido' on July 10, 2026, an electronic bachata that explores new sonic territories. The song blends electronic and pop elements with the essence of bachata, reflecting Louis's innovative approach to Latin music. 'Bandido' delves into themes of internal conflict, portraying a character who finds themselves in a paradoxical situation within their relationships. The track invites listeners to embrace vulnerability through dance, turning contradiction into movement. (</w:t>
      </w:r>
      <w:hyperlink r:id="rId20">
        <w:r>
          <w:rPr>
            <w:color w:val="0000EE"/>
            <w:u w:val="single"/>
          </w:rPr>
          <w:t>puertoricoposts.com</w:t>
        </w:r>
      </w:hyperlink>
      <w:r>
        <w:t>)</w:t>
      </w:r>
      <w:r/>
    </w:p>
    <w:p>
      <w:pPr>
        <w:pStyle w:val="ListNumber"/>
        <w:spacing w:line="240" w:lineRule="auto"/>
        <w:ind w:left="720"/>
      </w:pPr>
      <w:r/>
      <w:hyperlink r:id="rId11">
        <w:r>
          <w:rPr>
            <w:color w:val="0000EE"/>
            <w:u w:val="single"/>
          </w:rPr>
          <w:t>https://www.viberate.com/artist/matt-louis/</w:t>
        </w:r>
      </w:hyperlink>
      <w:r>
        <w:t xml:space="preserve"> - Matt Louis is a Puerto Rican R&amp;B and contemporary R&amp;B artist known for his soulful vocals and emotive lyrics. His music combines traditional R&amp;B with modern beats, creating a distinctive sound that resonates with listeners. Louis's songs often explore themes of love, heartbreak, and self-discovery, reflecting his Afro-Puerto Rican heritage. He has gained recognition for his ability to express emotion through music, building a dedicated following that connects with his experiences. (</w:t>
      </w:r>
      <w:hyperlink r:id="rId21">
        <w:r>
          <w:rPr>
            <w:color w:val="0000EE"/>
            <w:u w:val="single"/>
          </w:rPr>
          <w:t>viberate.com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dnamagazine.com.au/matt-louis-queer-puerto-rican-pop-star/" TargetMode="External"/><Relationship Id="rId10" Type="http://schemas.openxmlformats.org/officeDocument/2006/relationships/hyperlink" Target="https://www.metro.pr/entretenimiento/2025/08/03/matt-louis-celebra-una-noche-historica-en-el-museo-de-arte-de-puerto-rico/" TargetMode="External"/><Relationship Id="rId11" Type="http://schemas.openxmlformats.org/officeDocument/2006/relationships/hyperlink" Target="https://www.viberate.com/artist/matt-louis/" TargetMode="External"/><Relationship Id="rId12" Type="http://schemas.openxmlformats.org/officeDocument/2006/relationships/hyperlink" Target="https://puertoricoposts.com/65608/" TargetMode="External"/><Relationship Id="rId13" Type="http://schemas.openxmlformats.org/officeDocument/2006/relationships/hyperlink" Target="https://music.apple.com/us/album/gamma/1811175689" TargetMode="External"/><Relationship Id="rId14" Type="http://schemas.openxmlformats.org/officeDocument/2006/relationships/hyperlink" Target="https://desdepuebla.com/2022/05/17/to-los-dias-es-el-primer-sencillo-del-puertorriqueno-matt-louis/" TargetMode="External"/><Relationship Id="rId15" Type="http://schemas.openxmlformats.org/officeDocument/2006/relationships/hyperlink" Target="https://www.metro.pr/entretenimiento/2026/04/24/matt-louis-lanza-tema-juanga-inspirado-en-la-esencia-del-legendario-juan-gabriel/" TargetMode="External"/><Relationship Id="rId16" Type="http://schemas.openxmlformats.org/officeDocument/2006/relationships/hyperlink" Target="https://www.metro.pr/entretenimiento/2025/08/03/matt-louis-celebra-una-noche-historica-en-el-museo-de-arte-de-puerto-rico/?utm_source=openai" TargetMode="External"/><Relationship Id="rId17" Type="http://schemas.openxmlformats.org/officeDocument/2006/relationships/hyperlink" Target="https://music.apple.com/us/album/gamma/1811175689?utm_source=openai" TargetMode="External"/><Relationship Id="rId18" Type="http://schemas.openxmlformats.org/officeDocument/2006/relationships/hyperlink" Target="https://www.metro.pr/entretenimiento/2026/04/24/matt-louis-lanza-tema-juanga-inspirado-en-la-esencia-del-legendario-juan-gabriel/?utm_source=openai" TargetMode="External"/><Relationship Id="rId19" Type="http://schemas.openxmlformats.org/officeDocument/2006/relationships/hyperlink" Target="https://desdepuebla.com/2022/05/17/to-los-dias-es-el-primer-sencillo-del-puertorriqueno-matt-louis/?utm_source=openai" TargetMode="External"/><Relationship Id="rId20" Type="http://schemas.openxmlformats.org/officeDocument/2006/relationships/hyperlink" Target="https://puertoricoposts.com/65608/?utm_source=openai" TargetMode="External"/><Relationship Id="rId21" Type="http://schemas.openxmlformats.org/officeDocument/2006/relationships/hyperlink" Target="https://www.viberate.com/artist/matt-louis/?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