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Books on HIV History: Why Straight Women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a missing chapter in AIDS history , straight women at the frontlines , thanks to Victoria “Viki” Noe’s new book. Her follow-up to Fag Hags, Divas and Moms spotlights overlooked activism, care and resilience, and explains why that history still matters for funding, policy and community memory.</w:t>
      </w:r>
      <w:r/>
    </w:p>
    <w:p>
      <w:r/>
      <w:r>
        <w:t>Essential Takeaways</w:t>
      </w:r>
      <w:r/>
      <w:r/>
    </w:p>
    <w:p>
      <w:pPr>
        <w:pStyle w:val="ListBullet"/>
        <w:spacing w:line="240" w:lineRule="auto"/>
        <w:ind w:left="720"/>
      </w:pPr>
      <w:r/>
      <w:r>
        <w:rPr>
          <w:b/>
        </w:rPr>
        <w:t>Author and focus:</w:t>
      </w:r>
      <w:r>
        <w:t xml:space="preserve"> Victoria Noe expands her work documenting straight women’s roles in the HIV movement, centring caregiving, activism and policy fights.</w:t>
      </w:r>
      <w:r/>
    </w:p>
    <w:p>
      <w:pPr>
        <w:pStyle w:val="ListBullet"/>
        <w:spacing w:line="240" w:lineRule="auto"/>
        <w:ind w:left="720"/>
      </w:pPr>
      <w:r/>
      <w:r>
        <w:rPr>
          <w:b/>
        </w:rPr>
        <w:t>Emotional through-line:</w:t>
      </w:r>
      <w:r>
        <w:t xml:space="preserve"> The book mixes grief and anger with hope, giving the narrative a raw, human feel and archival urgency.</w:t>
      </w:r>
      <w:r/>
    </w:p>
    <w:p>
      <w:pPr>
        <w:pStyle w:val="ListBullet"/>
        <w:spacing w:line="240" w:lineRule="auto"/>
        <w:ind w:left="720"/>
      </w:pPr>
      <w:r/>
      <w:r>
        <w:rPr>
          <w:b/>
        </w:rPr>
        <w:t>Political context:</w:t>
      </w:r>
      <w:r>
        <w:t xml:space="preserve"> Recent shifts in US politics and funding frame the book , the fight now includes defending previously won services.</w:t>
      </w:r>
      <w:r/>
    </w:p>
    <w:p>
      <w:pPr>
        <w:pStyle w:val="ListBullet"/>
        <w:spacing w:line="240" w:lineRule="auto"/>
        <w:ind w:left="720"/>
      </w:pPr>
      <w:r/>
      <w:r>
        <w:rPr>
          <w:b/>
        </w:rPr>
        <w:t>Practical wins:</w:t>
      </w:r>
      <w:r>
        <w:t xml:space="preserve"> Stories show how women organised clinics, pushed for access to meds, and supported communities in quiet, steady ways.</w:t>
      </w:r>
      <w:r/>
    </w:p>
    <w:p>
      <w:pPr>
        <w:pStyle w:val="ListBullet"/>
        <w:spacing w:line="240" w:lineRule="auto"/>
        <w:ind w:left="720"/>
      </w:pPr>
      <w:r/>
      <w:r>
        <w:rPr>
          <w:b/>
        </w:rPr>
        <w:t>Accessible next steps:</w:t>
      </w:r>
      <w:r>
        <w:t xml:space="preserve"> Noe is translating her work into Spanish and launching a podcast, widening reach for underrepresented voices.</w:t>
      </w:r>
      <w:r/>
      <w:r/>
    </w:p>
    <w:p>
      <w:pPr>
        <w:pStyle w:val="Heading2"/>
      </w:pPr>
      <w:r>
        <w:t>An urgent corrective with a human pulse</w:t>
      </w:r>
      <w:r/>
    </w:p>
    <w:p>
      <w:r/>
      <w:r>
        <w:t>Victoria Noe opens the conversation by insisting straight women have always been part of the epidemic’s fabric, and that omission is not accidental but structural. The prose carries a quiet intensity , you can almost feel the weariness of years spent collecting oral histories , and that makes the book both intimate and insistent. According to background reporting and Noe’s earlier volume, the stories mix tenderness , the soft, stubborn care of volunteers , with bureaucratic anger about lost services.</w:t>
      </w:r>
      <w:r/>
    </w:p>
    <w:p>
      <w:pPr>
        <w:pStyle w:val="Heading2"/>
      </w:pPr>
      <w:r>
        <w:t>From “fag hag” controversy to broader recognition</w:t>
      </w:r>
      <w:r/>
    </w:p>
    <w:p>
      <w:r/>
      <w:r>
        <w:t>Noe’s earlier book used a provocative title that drew heat as well as attention; it sparked debate about language, ownership and who gets to tell the story. Publishers Weekly and Kirkus noted the candid approach in Fag Hags, Divas and Moms, and Noe’s latest shows she hasn’t backed down. The backlash she’s faced, including gatekeeping from within the community, has sharpened her voice rather than silenced it. The point isn’t to pit communities against one another but to broaden the narrative so everyone’s labour is visible.</w:t>
      </w:r>
      <w:r/>
    </w:p>
    <w:p>
      <w:pPr>
        <w:pStyle w:val="Heading2"/>
      </w:pPr>
      <w:r>
        <w:t>Politics changed the tone , and the stakes</w:t>
      </w:r>
      <w:r/>
    </w:p>
    <w:p>
      <w:r/>
      <w:r>
        <w:t>Unstoppable doesn’t just update personal histories; it tracks how policy and politics altered the terrain. Noe revisited sources as funding threats and rhetoric shifted, and that anger she documents is political grief , the loss of services and gains people fought for. Readers should see this as timely: the book is as much a warning as a history lesson, explaining why vigilance matters if you care about care, treatment access, and community-run services.</w:t>
      </w:r>
      <w:r/>
    </w:p>
    <w:p>
      <w:pPr>
        <w:pStyle w:val="Heading2"/>
      </w:pPr>
      <w:r>
        <w:t>Stories that stick: caregiving, faith, and survival</w:t>
      </w:r>
      <w:r/>
    </w:p>
    <w:p>
      <w:r/>
      <w:r>
        <w:t>Some chapters stand out, particularly profiles of women who navigated disability, fought for medications, and supported each other in faith communities that often stigmatised them. Those scenes are textured , the worn clinic chairs, the phone calls in the small hours, the soft rituals that kept people going. For anyone wondering how to tell complex stories well, Noe’s method , combining archival research with oral history , offers a model and a reminder to tend to sources’ emotional labour.</w:t>
      </w:r>
      <w:r/>
    </w:p>
    <w:p>
      <w:pPr>
        <w:pStyle w:val="Heading2"/>
      </w:pPr>
      <w:r>
        <w:t>Why this matters for readers and activists now</w:t>
      </w:r>
      <w:r/>
    </w:p>
    <w:p>
      <w:r/>
      <w:r>
        <w:t>If you teach, fundraise, volunteer, or simply care about community memory, this book is a prompt to look again at who’s been written out of history. Noe is translating the books into Spanish and launching a podcast, moves that will put these narratives into new hands and ears. Practical takeaway: encourage local archives to collect women’s stories, support community-run services, and read with an eye for what’s missing in mainstream chronicles.</w:t>
      </w:r>
      <w:r/>
    </w:p>
    <w:p>
      <w:r/>
      <w:r>
        <w:t>It's a small but vital recalibration of the story we tell about the epidemic.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https://marksking.com/my-fabulous-disease/viki-noe-wont-shut-up-about-straight-women/</w:t>
        </w:r>
      </w:hyperlink>
      <w:r>
        <w:t xml:space="preserve"> - Please view link - unable to able to access data</w:t>
      </w:r>
      <w:r/>
    </w:p>
    <w:p>
      <w:pPr>
        <w:pStyle w:val="ListNumber"/>
        <w:spacing w:line="240" w:lineRule="auto"/>
        <w:ind w:left="720"/>
      </w:pPr>
      <w:r/>
      <w:hyperlink r:id="rId10">
        <w:r>
          <w:rPr>
            <w:color w:val="0000EE"/>
            <w:u w:val="single"/>
          </w:rPr>
          <w:t>https://victorianoe.com/product/fag-hags-divas-and-moms</w:t>
        </w:r>
      </w:hyperlink>
      <w:r>
        <w:t xml:space="preserve"> - Victoria Noe's book, 'Fag Hags, Divas and Moms: The Legacy of Straight Women in the AIDS Community', highlights the often-overlooked contributions of straight women in the HIV/AIDS epidemic. Drawing on personal interviews and archival research, the book showcases the stories of women worldwide who have been affected by HIV/AIDS for nearly forty years. These women have fought for inclusion in clinical trials, raised awareness, and devoted their lives to caregiving, medical research, and advocacy. The book aims to ensure their place in women's history and their determination to end the epidemic once and for all. (</w:t>
      </w:r>
      <w:hyperlink r:id="rId16">
        <w:r>
          <w:rPr>
            <w:color w:val="0000EE"/>
            <w:u w:val="single"/>
          </w:rPr>
          <w:t>victorianoe.com</w:t>
        </w:r>
      </w:hyperlink>
      <w:r>
        <w:t>)</w:t>
      </w:r>
      <w:r/>
    </w:p>
    <w:p>
      <w:pPr>
        <w:pStyle w:val="ListNumber"/>
        <w:spacing w:line="240" w:lineRule="auto"/>
        <w:ind w:left="720"/>
      </w:pPr>
      <w:r/>
      <w:hyperlink r:id="rId11">
        <w:r>
          <w:rPr>
            <w:color w:val="0000EE"/>
            <w:u w:val="single"/>
          </w:rPr>
          <w:t>https://www.kirkusreviews.com/book-reviews/victoria-noe/fag-hags-divas-and-moms-the-legacy-of-straight-wom/</w:t>
        </w:r>
      </w:hyperlink>
      <w:r>
        <w:t xml:space="preserve"> - Kirkus Reviews praises Victoria Noe's 'Fag Hags, Divas and Moms: The Legacy of Straight Women in the AIDS Community' as a moving tribute to the unsung heroes of the AIDS crisis. The review highlights Noe's focus on the contributions of straight women, including activists like Terri Wilder and Iris De La Cruz, as well as public figures such as Elizabeth Taylor and Princess Diana. The book sheds light on the vital roles these women have played in battling the AIDS epidemic. (</w:t>
      </w:r>
      <w:hyperlink r:id="rId17">
        <w:r>
          <w:rPr>
            <w:color w:val="0000EE"/>
            <w:u w:val="single"/>
          </w:rPr>
          <w:t>kirkusreviews.com</w:t>
        </w:r>
      </w:hyperlink>
      <w:r>
        <w:t>)</w:t>
      </w:r>
      <w:r/>
    </w:p>
    <w:p>
      <w:pPr>
        <w:pStyle w:val="ListNumber"/>
        <w:spacing w:line="240" w:lineRule="auto"/>
        <w:ind w:left="720"/>
      </w:pPr>
      <w:r/>
      <w:hyperlink r:id="rId12">
        <w:r>
          <w:rPr>
            <w:color w:val="0000EE"/>
            <w:u w:val="single"/>
          </w:rPr>
          <w:t>https://www.publishersweekly.com/9780990308195</w:t>
        </w:r>
      </w:hyperlink>
      <w:r>
        <w:t xml:space="preserve"> - Publishers Weekly reviews Victoria Noe's 'Fag Hags, Divas and Moms: The Legacy of Straight Women in the AIDS Community', noting its well-researched account of the AIDS epidemic with a focus on the contributions of straight women. The review mentions key figures like Elizabeth Taylor and Princess Diana, as well as lesser-known women whose influence affected thousands. The book provides a valuable timeline for those interested in and impacted by the AIDS crisis. (</w:t>
      </w:r>
      <w:hyperlink r:id="rId18">
        <w:r>
          <w:rPr>
            <w:color w:val="0000EE"/>
            <w:u w:val="single"/>
          </w:rPr>
          <w:t>publishersweekly.com</w:t>
        </w:r>
      </w:hyperlink>
      <w:r>
        <w:t>)</w:t>
      </w:r>
      <w:r/>
    </w:p>
    <w:p>
      <w:pPr>
        <w:pStyle w:val="ListNumber"/>
        <w:spacing w:line="240" w:lineRule="auto"/>
        <w:ind w:left="720"/>
      </w:pPr>
      <w:r/>
      <w:hyperlink r:id="rId13">
        <w:r>
          <w:rPr>
            <w:color w:val="0000EE"/>
            <w:u w:val="single"/>
          </w:rPr>
          <w:t>https://books.google.com/books/about/Fag_Hags_Divas_and_Moms.html?id=SuhQwwEACAAJ</w:t>
        </w:r>
      </w:hyperlink>
      <w:r>
        <w:t xml:space="preserve"> - Google Books provides information on Victoria Noe's 'Fag Hags, Divas and Moms: The Legacy of Straight Women in the AIDS Community', detailing the book's focus on the contributions of straight women in the HIV/AIDS epidemic. The book draws on personal interviews and archival research to share the stories of women around the world who have been affected by HIV/AIDS for almost forty years. It aims to ensure their place in women's history and their determination to end the epidemic once and for all. (</w:t>
      </w:r>
      <w:hyperlink r:id="rId19">
        <w:r>
          <w:rPr>
            <w:color w:val="0000EE"/>
            <w:u w:val="single"/>
          </w:rPr>
          <w:t>books.google.com</w:t>
        </w:r>
      </w:hyperlink>
      <w:r>
        <w:t>)</w:t>
      </w:r>
      <w:r/>
    </w:p>
    <w:p>
      <w:pPr>
        <w:pStyle w:val="ListNumber"/>
        <w:spacing w:line="240" w:lineRule="auto"/>
        <w:ind w:left="720"/>
      </w:pPr>
      <w:r/>
      <w:hyperlink r:id="rId14">
        <w:r>
          <w:rPr>
            <w:color w:val="0000EE"/>
            <w:u w:val="single"/>
          </w:rPr>
          <w:t>https://openlibrary.org/books/OL32427775M/Fag_Hags_Divas_and_Moms</w:t>
        </w:r>
      </w:hyperlink>
      <w:r>
        <w:t xml:space="preserve"> - Open Library lists Victoria Noe's 'Fag Hags, Divas and Moms: The Legacy of Straight Women in the AIDS Community', providing bibliographic details such as the publisher, publication date, and ISBN. The book focuses on the contributions of straight women in the HIV/AIDS epidemic, sharing their stories through personal interviews and archival research. It aims to ensure their place in women's history and their determination to end the epidemic once and for all. (</w:t>
      </w:r>
      <w:hyperlink r:id="rId20">
        <w:r>
          <w:rPr>
            <w:color w:val="0000EE"/>
            <w:u w:val="single"/>
          </w:rPr>
          <w:t>openlibrary.org</w:t>
        </w:r>
      </w:hyperlink>
      <w:r>
        <w:t>)</w:t>
      </w:r>
      <w:r/>
    </w:p>
    <w:p>
      <w:pPr>
        <w:pStyle w:val="ListNumber"/>
        <w:spacing w:line="240" w:lineRule="auto"/>
        <w:ind w:left="720"/>
      </w:pPr>
      <w:r/>
      <w:hyperlink r:id="rId15">
        <w:r>
          <w:rPr>
            <w:color w:val="0000EE"/>
            <w:u w:val="single"/>
          </w:rPr>
          <w:t>https://hi-buddy.org/products/fag-hags-divas-and-moms-the-legacy-of-straight-women-in-the-aids-community</w:t>
        </w:r>
      </w:hyperlink>
      <w:r>
        <w:t xml:space="preserve"> - Buddy Chicago offers Victoria Noe's 'Fag Hags, Divas and Moms: The Legacy of Straight Women in the AIDS Community' for sale. The book highlights the often-overlooked contributions of straight women in the HIV/AIDS epidemic, sharing their stories through personal interviews and archival research. It aims to ensure their place in women's history and their determination to end the epidemic once and for all. (</w:t>
      </w:r>
      <w:hyperlink r:id="rId21">
        <w:r>
          <w:rPr>
            <w:color w:val="0000EE"/>
            <w:u w:val="single"/>
          </w:rPr>
          <w:t>hi-buddy.org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rksking.com/my-fabulous-disease/viki-noe-wont-shut-up-about-straight-women/" TargetMode="External"/><Relationship Id="rId10" Type="http://schemas.openxmlformats.org/officeDocument/2006/relationships/hyperlink" Target="https://victorianoe.com/product/fag-hags-divas-and-moms" TargetMode="External"/><Relationship Id="rId11" Type="http://schemas.openxmlformats.org/officeDocument/2006/relationships/hyperlink" Target="https://www.kirkusreviews.com/book-reviews/victoria-noe/fag-hags-divas-and-moms-the-legacy-of-straight-wom/" TargetMode="External"/><Relationship Id="rId12" Type="http://schemas.openxmlformats.org/officeDocument/2006/relationships/hyperlink" Target="https://www.publishersweekly.com/9780990308195" TargetMode="External"/><Relationship Id="rId13" Type="http://schemas.openxmlformats.org/officeDocument/2006/relationships/hyperlink" Target="https://books.google.com/books/about/Fag_Hags_Divas_and_Moms.html?id=SuhQwwEACAAJ" TargetMode="External"/><Relationship Id="rId14" Type="http://schemas.openxmlformats.org/officeDocument/2006/relationships/hyperlink" Target="https://openlibrary.org/books/OL32427775M/Fag_Hags_Divas_and_Moms" TargetMode="External"/><Relationship Id="rId15" Type="http://schemas.openxmlformats.org/officeDocument/2006/relationships/hyperlink" Target="https://hi-buddy.org/products/fag-hags-divas-and-moms-the-legacy-of-straight-women-in-the-aids-community" TargetMode="External"/><Relationship Id="rId16" Type="http://schemas.openxmlformats.org/officeDocument/2006/relationships/hyperlink" Target="https://victorianoe.com/product/fag-hags-divas-and-moms?utm_source=openai" TargetMode="External"/><Relationship Id="rId17" Type="http://schemas.openxmlformats.org/officeDocument/2006/relationships/hyperlink" Target="https://www.kirkusreviews.com/book-reviews/victoria-noe/fag-hags-divas-and-moms-the-legacy-of-straight-wom/?utm_source=openai" TargetMode="External"/><Relationship Id="rId18" Type="http://schemas.openxmlformats.org/officeDocument/2006/relationships/hyperlink" Target="https://www.publishersweekly.com/9780990308195?utm_source=openai" TargetMode="External"/><Relationship Id="rId19" Type="http://schemas.openxmlformats.org/officeDocument/2006/relationships/hyperlink" Target="https://books.google.com/books/about/Fag_Hags_Divas_and_Moms.html?id=SuhQwwEACAAJ&amp;utm_source=openai" TargetMode="External"/><Relationship Id="rId20" Type="http://schemas.openxmlformats.org/officeDocument/2006/relationships/hyperlink" Target="https://openlibrary.org/books/OL32427775M/Fag_Hags_Divas_and_Moms?utm_source=openai" TargetMode="External"/><Relationship Id="rId21" Type="http://schemas.openxmlformats.org/officeDocument/2006/relationships/hyperlink" Target="https://hi-buddy.org/products/fag-hags-divas-and-moms-the-legacy-of-straight-women-in-the-aids-commun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