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Neon Club Art: Why Blake Cedric’s Club Toilet Murals Are the Talk of San Francisco</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spectacle and lovers of late nights are flocking to see Blake Cedric’s neon-pop murals at Club Oasis, where a dozen newly painted restroom stalls have become a queer art installation that matters , loud, funny and impossible to ignore in the Mission and Castro nightlife scene.</w:t>
      </w:r>
      <w:r/>
    </w:p>
    <w:p>
      <w:r/>
      <w:r>
        <w:t>Essential Takeaways</w:t>
      </w:r>
      <w:r/>
      <w:r/>
    </w:p>
    <w:p>
      <w:pPr>
        <w:pStyle w:val="ListBullet"/>
        <w:spacing w:line="240" w:lineRule="auto"/>
        <w:ind w:left="720"/>
      </w:pPr>
      <w:r/>
      <w:r>
        <w:rPr>
          <w:b/>
        </w:rPr>
        <w:t>Bold visuals:</w:t>
      </w:r>
      <w:r>
        <w:t xml:space="preserve"> Blake Cedric’s fluorescent, campy figures cover multiple stalls at Club Oasis, giving the restrooms a theatrical, immersive feel.</w:t>
      </w:r>
      <w:r/>
    </w:p>
    <w:p>
      <w:pPr>
        <w:pStyle w:val="ListBullet"/>
        <w:spacing w:line="240" w:lineRule="auto"/>
        <w:ind w:left="720"/>
      </w:pPr>
      <w:r/>
      <w:r>
        <w:rPr>
          <w:b/>
        </w:rPr>
        <w:t>Local splash:</w:t>
      </w:r>
      <w:r>
        <w:t xml:space="preserve"> The reopening of Oasis brought together Cedric and six other Bay Area artists to transform private spaces into public art.</w:t>
      </w:r>
      <w:r/>
    </w:p>
    <w:p>
      <w:pPr>
        <w:pStyle w:val="ListBullet"/>
        <w:spacing w:line="240" w:lineRule="auto"/>
        <w:ind w:left="720"/>
      </w:pPr>
      <w:r/>
      <w:r>
        <w:rPr>
          <w:b/>
        </w:rPr>
        <w:t>Hands-on process:</w:t>
      </w:r>
      <w:r>
        <w:t xml:space="preserve"> Cedric paints unconventional canvases , from denim and skateboards to dildos and coffins , with bright, cheeky slogans.</w:t>
      </w:r>
      <w:r/>
    </w:p>
    <w:p>
      <w:pPr>
        <w:pStyle w:val="ListBullet"/>
        <w:spacing w:line="240" w:lineRule="auto"/>
        <w:ind w:left="720"/>
      </w:pPr>
      <w:r/>
      <w:r>
        <w:rPr>
          <w:b/>
        </w:rPr>
        <w:t>Community-first vibe:</w:t>
      </w:r>
      <w:r>
        <w:t xml:space="preserve"> The work doubles as nightlife décor and a queer statement, catching attention while supporting local clubs and events.</w:t>
      </w:r>
      <w:r/>
    </w:p>
    <w:p>
      <w:pPr>
        <w:pStyle w:val="ListBullet"/>
        <w:spacing w:line="240" w:lineRule="auto"/>
        <w:ind w:left="720"/>
      </w:pPr>
      <w:r/>
      <w:r>
        <w:rPr>
          <w:b/>
        </w:rPr>
        <w:t>Practical note:</w:t>
      </w:r>
      <w:r>
        <w:t xml:space="preserve"> Club Oasis offers individual stalls with floor-to-ceiling doors, so the murals are best enjoyed up close and in private.</w:t>
      </w:r>
      <w:r/>
      <w:r/>
    </w:p>
    <w:p>
      <w:pPr>
        <w:pStyle w:val="Heading2"/>
      </w:pPr>
      <w:r>
        <w:t>A bathroom that demands your attention</w:t>
      </w:r>
      <w:r/>
    </w:p>
    <w:p>
      <w:r/>
      <w:r>
        <w:t>Walk into Club Oasis and you might do a double take , the restrooms are no longer just practical, they’re a staged, neon-soaked experience. According to reports, the club reopened with a dozen individual, floor-to-ceiling stalls now painted top to bottom by Blake Cedric and six other local artists. It’s a cheeky, intimate way to put queer art literally in front of the city’s nightlifers.</w:t>
      </w:r>
      <w:r/>
    </w:p>
    <w:p>
      <w:r/>
      <w:r>
        <w:t>This isn’t accidental. Oasis has long been a drag and community hub, and the decision to commission murals for the toilets turns a private moment into a deliberate, joyful encounter with art. If you like something that’s bold, a little rude and defiantly funny, these stalls deliver.</w:t>
      </w:r>
      <w:r/>
    </w:p>
    <w:p>
      <w:pPr>
        <w:pStyle w:val="Heading2"/>
      </w:pPr>
      <w:r>
        <w:t>Camp, colour and a distinctly queer aesthetic</w:t>
      </w:r>
      <w:r/>
    </w:p>
    <w:p>
      <w:r/>
      <w:r>
        <w:t>Cedric’s style reads as neon camp turned into a personal language , cheeky devils, melty mustaches, puffy-eyed club kids and blunt, in-your-face slogans. He mixes Lisa Frank sweetness with a Margaret Keane-eyed stare, but gives everything a raunchy, club-ready spin. The result is playful, punky and designed to provoke smiles or gasps.</w:t>
      </w:r>
      <w:r/>
    </w:p>
    <w:p>
      <w:r/>
      <w:r>
        <w:t>This aesthetic is part of a wider conversation about reclaiming public space for queer expression. Nightclubs have always been galleries of their own kind, and Oasis’s restroom project leans into that: art that’s accessible, rowdy and extremely now. For anyone curating a queer event or looking to spice up a venue, it’s a vivid template.</w:t>
      </w:r>
      <w:r/>
    </w:p>
    <w:p>
      <w:pPr>
        <w:pStyle w:val="Heading2"/>
      </w:pPr>
      <w:r>
        <w:t>From skateboards to stalls , unusual canvases and commissions</w:t>
      </w:r>
      <w:r/>
    </w:p>
    <w:p>
      <w:r/>
      <w:r>
        <w:t>Cedric delights in odd commissions. Over the years he’s painted denim, skateboards, coffins, dentures and yes, dildos. He treats each object like a stage, making the weird feel celebratory rather than merely shocking. That appetite for unconventional surfaces keeps his practice fresh, and clients keep bringing more bizarre ideas.</w:t>
      </w:r>
      <w:r/>
    </w:p>
    <w:p>
      <w:r/>
      <w:r>
        <w:t>If you’re commissioning work, consider what a non-traditional canvas can do for your message. Cedric’s approach shows that an unexpected medium not only turns heads, it creates memorable experiences that friends talk about for years.</w:t>
      </w:r>
      <w:r/>
    </w:p>
    <w:p>
      <w:pPr>
        <w:pStyle w:val="Heading2"/>
      </w:pPr>
      <w:r>
        <w:t>Why this matters for local nightlife and culture</w:t>
      </w:r>
      <w:r/>
    </w:p>
    <w:p>
      <w:r/>
      <w:r>
        <w:t>Reopening Oasis was covered widely in local outlets, and the addition of artist-driven décor is a purposeful cultural statement. It’s one thing to relaunch a club; it’s another to invest in art that centres queer voices and community. The murals turn functional space into programming, offering a quiet resistance to bland, corporatised nightlife.</w:t>
      </w:r>
      <w:r/>
    </w:p>
    <w:p>
      <w:r/>
      <w:r>
        <w:t>For patrons, it’s a reminder that supporting small clubs supports a whole creative ecosystem , artists, DJs and drag performers all feed into the scene. And for venue operators, it’s an easy win: artist-led design can revitalise footfall and give a club a signature that photos and social posts love.</w:t>
      </w:r>
      <w:r/>
    </w:p>
    <w:p>
      <w:pPr>
        <w:pStyle w:val="Heading2"/>
      </w:pPr>
      <w:r>
        <w:t>Practical tips for visitors and hosts</w:t>
      </w:r>
      <w:r/>
    </w:p>
    <w:p>
      <w:r/>
      <w:r>
        <w:t>If you plan to see the murals, go during a quieter slot to savour the details up close , the individual stalls give you that luxury. Take a camera; the saturated colours and cheeky captions photograph well under club lighting. Venue owners thinking of commissioning similar projects should aim for artists who understand the community and can deliver durable paints suited to high-traffic spaces.</w:t>
      </w:r>
      <w:r/>
    </w:p>
    <w:p>
      <w:r/>
      <w:r>
        <w:t>Finally, celebrate the tiny rebellions: small artistic gestures inside everyday places make nights out feel richer, safer and a lot more fun.</w:t>
      </w:r>
      <w:r/>
    </w:p>
    <w:p>
      <w:r/>
      <w:r>
        <w:t>It’s a small change that can make every stall a stage for queer delight.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[6]</w:t>
        </w:r>
      </w:hyperlink>
      <w:r>
        <w:t xml:space="preserve">- Paragraph 2: </w:t>
      </w:r>
      <w:hyperlink r:id="rId10">
        <w:r>
          <w:rPr>
            <w:color w:val="0000EE"/>
            <w:u w:val="single"/>
          </w:rPr>
          <w:t>[3]</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[2]</w:t>
        </w:r>
      </w:hyperlink>
      <w:r>
        <w:t xml:space="preserve">- Paragraph 4: </w:t>
      </w:r>
      <w:hyperlink r:id="rId14">
        <w:r>
          <w:rPr>
            <w:color w:val="0000EE"/>
            <w:u w:val="single"/>
          </w:rPr>
          <w:t>[5]</w:t>
        </w:r>
      </w:hyperlink>
      <w:r>
        <w:t xml:space="preserve">, </w:t>
      </w:r>
      <w:hyperlink r:id="rId15">
        <w:r>
          <w:rPr>
            <w:color w:val="0000EE"/>
            <w:u w:val="single"/>
          </w:rPr>
          <w:t>[7]</w:t>
        </w:r>
      </w:hyperlink>
      <w:r>
        <w:t xml:space="preserve">- Paragraph 5: </w:t>
      </w:r>
      <w:hyperlink r:id="rId9">
        <w:r>
          <w:rPr>
            <w:color w:val="0000EE"/>
            <w:u w:val="single"/>
          </w:rPr>
          <w:t>[1]</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https://48hills.org/2026/07/flushing-things-out-with-artist-blake-cedric/</w:t>
        </w:r>
      </w:hyperlink>
      <w:r>
        <w:t xml:space="preserve"> - Please view link - unable to able to access data</w:t>
      </w:r>
      <w:r/>
    </w:p>
    <w:p>
      <w:pPr>
        <w:pStyle w:val="ListNumber"/>
        <w:spacing w:line="240" w:lineRule="auto"/>
        <w:ind w:left="720"/>
      </w:pPr>
      <w:r/>
      <w:hyperlink r:id="rId13">
        <w:r>
          <w:rPr>
            <w:color w:val="0000EE"/>
            <w:u w:val="single"/>
          </w:rPr>
          <w:t>https://www.sfoasis.com/</w:t>
        </w:r>
      </w:hyperlink>
      <w:r>
        <w:t xml:space="preserve"> - Oasis is a renowned drag show, cabaret, and gay nightclub in San Francisco, offering a variety of performances and events. The venue reopened on July 17, 2026, after extensive renovations, featuring superstar drag shows, cabaret performances, and nightclub dancing. Oasis is committed to creating a space for joy, inclusion, and the celebration of queer identity, with a strict no-tolerance policy for any form of bigotry. Located at 298 Eleventh St., San Francisco, CA 94103, Oasis is a 21+ venue for all events.</w:t>
      </w:r>
      <w:r/>
    </w:p>
    <w:p>
      <w:pPr>
        <w:pStyle w:val="ListNumber"/>
        <w:spacing w:line="240" w:lineRule="auto"/>
        <w:ind w:left="720"/>
      </w:pPr>
      <w:r/>
      <w:hyperlink r:id="rId10">
        <w:r>
          <w:rPr>
            <w:color w:val="0000EE"/>
            <w:u w:val="single"/>
          </w:rPr>
          <w:t>https://www.kqed.org/arts/13991736/oasis-san-francisco-drag-club-reopens-grand-reveal</w:t>
        </w:r>
      </w:hyperlink>
      <w:r>
        <w:t xml:space="preserve"> - KQED reports on the reopening of Oasis, San Francisco's premier drag destination, after a seven-month closure. The club underwent significant renovations, including a redesigned space aimed at creating a more immersive experience for audiences while preserving its vibrant atmosphere. The reopening marks a new chapter for Oasis, which has been a cornerstone of San Francisco's queer nightlife for over a decade. The venue is now under new ownership and management, with plans to build a lasting legacy in the community.</w:t>
      </w:r>
      <w:r/>
    </w:p>
    <w:p>
      <w:pPr>
        <w:pStyle w:val="ListNumber"/>
        <w:spacing w:line="240" w:lineRule="auto"/>
        <w:ind w:left="720"/>
      </w:pPr>
      <w:r/>
      <w:hyperlink r:id="rId12">
        <w:r>
          <w:rPr>
            <w:color w:val="0000EE"/>
            <w:u w:val="single"/>
          </w:rPr>
          <w:t>https://sf.funcheap.com/city-guide/sfs-iconic-drag-nightclub-oasis-reopens-july-17-major-makeover/</w:t>
        </w:r>
      </w:hyperlink>
      <w:r>
        <w:t xml:space="preserve"> - Funcheap San Francisco highlights the reopening of Oasis, the iconic SoMa drag club, after a major transformation. The venue officially reopened on July 17, 2026, with a special celebration dubbed 'The Grand Reveal.' Visitors can expect a redesigned space aimed at creating a more immersive experience for audiences while preserving the energy and atmosphere that made Oasis a cornerstone of San Francisco nightlife. The reopening also marks a new chapter for the organization as Oasis Arts expands its role as a nonprofit arts organization and performance venue focused on supporting queer and BIPOC artists.</w:t>
      </w:r>
      <w:r/>
    </w:p>
    <w:p>
      <w:pPr>
        <w:pStyle w:val="ListNumber"/>
        <w:spacing w:line="240" w:lineRule="auto"/>
        <w:ind w:left="720"/>
      </w:pPr>
      <w:r/>
      <w:hyperlink r:id="rId14">
        <w:r>
          <w:rPr>
            <w:color w:val="0000EE"/>
            <w:u w:val="single"/>
          </w:rPr>
          <w:t>https://www.ebar.com/story/168466</w:t>
        </w:r>
      </w:hyperlink>
      <w:r>
        <w:t xml:space="preserve"> - The Bay Area Reporter covers the festive return of Oasis, the treasured nightclub, showcasing performers and splashy decor. The reopening event featured a celebratory ribbon-cutting with Artistic Director D'Arcy Drollinger and notable drag locals. The club had been closed for renovations and almost faced permanent closure until a significant donation saved it. The event highlighted the community's support and the venue's commitment to providing a space for queer joy and expression.</w:t>
      </w:r>
      <w:r/>
    </w:p>
    <w:p>
      <w:pPr>
        <w:pStyle w:val="ListNumber"/>
        <w:spacing w:line="240" w:lineRule="auto"/>
        <w:ind w:left="720"/>
      </w:pPr>
      <w:r/>
      <w:hyperlink r:id="rId11">
        <w:r>
          <w:rPr>
            <w:color w:val="0000EE"/>
            <w:u w:val="single"/>
          </w:rPr>
          <w:t>https://www.sfchronicle.com/entertainment/article/sf-oasis-reopening-22349533.php</w:t>
        </w:r>
      </w:hyperlink>
      <w:r>
        <w:t xml:space="preserve"> - The San Francisco Chronicle reports on the reopening of Oasis, the beloved drag club, after a seven-month hiatus. The venue welcomed patrons with a newly renovated look and a stacked lineup of entertainment, including the return of popular club nights and a revival of the play 'Disastrous.' The reopening signifies a miraculous save for the club, which had faced financial struggles and was slated to close at the end of the previous year. The community's support and a significant donation played a crucial role in the venue's revival.</w:t>
      </w:r>
      <w:r/>
    </w:p>
    <w:p>
      <w:pPr>
        <w:pStyle w:val="ListNumber"/>
        <w:spacing w:line="240" w:lineRule="auto"/>
        <w:ind w:left="720"/>
      </w:pPr>
      <w:r/>
      <w:hyperlink r:id="rId15">
        <w:r>
          <w:rPr>
            <w:color w:val="0000EE"/>
            <w:u w:val="single"/>
          </w:rPr>
          <w:t>https://sfist.com/2026/06/18/oasis-to-reopen-july/</w:t>
        </w:r>
      </w:hyperlink>
      <w:r>
        <w:t xml:space="preserve"> - SFist announces the reopening of Oasis on July 17, now as the owner of its building. Oasis Arts, thanks to a last-minute foundation grant late last year, is now the proud owner of the Oasis club building. After a light remodel and some internal restructuring over the last six months, the venue reopens in July. The announcement highlights the community's support and the venue's commitment to providing a space for queer expression and nightlife in San Francisco.</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48hills.org/2026/07/flushing-things-out-with-artist-blake-cedric/" TargetMode="External"/><Relationship Id="rId10" Type="http://schemas.openxmlformats.org/officeDocument/2006/relationships/hyperlink" Target="https://www.kqed.org/arts/13991736/oasis-san-francisco-drag-club-reopens-grand-reveal" TargetMode="External"/><Relationship Id="rId11" Type="http://schemas.openxmlformats.org/officeDocument/2006/relationships/hyperlink" Target="https://www.sfchronicle.com/entertainment/article/sf-oasis-reopening-22349533.php" TargetMode="External"/><Relationship Id="rId12" Type="http://schemas.openxmlformats.org/officeDocument/2006/relationships/hyperlink" Target="https://sf.funcheap.com/city-guide/sfs-iconic-drag-nightclub-oasis-reopens-july-17-major-makeover/" TargetMode="External"/><Relationship Id="rId13" Type="http://schemas.openxmlformats.org/officeDocument/2006/relationships/hyperlink" Target="https://www.sfoasis.com/" TargetMode="External"/><Relationship Id="rId14" Type="http://schemas.openxmlformats.org/officeDocument/2006/relationships/hyperlink" Target="https://www.ebar.com/story/168466" TargetMode="External"/><Relationship Id="rId15" Type="http://schemas.openxmlformats.org/officeDocument/2006/relationships/hyperlink" Target="https://sfist.com/2026/06/18/oasis-to-reopen-jul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