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Montrose Pride Banner District: Bringing Rainbow Visibility Back to Westheimer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longtime residents are cheering as Pride banners return to lower Westheimer, restoring a vivid symbol of LGBTQ life in Montrose; the new Montrose Pride Banner District will hang double-sided banners along a stretch of Westheimer to mark Pride and keep visibility in the neighbourhood year-round.</w:t>
      </w:r>
      <w:r/>
    </w:p>
    <w:p>
      <w:r/>
      <w:r>
        <w:t>Essential Takeaways</w:t>
      </w:r>
      <w:r/>
      <w:r/>
    </w:p>
    <w:p>
      <w:pPr>
        <w:pStyle w:val="ListBullet"/>
        <w:spacing w:line="240" w:lineRule="auto"/>
        <w:ind w:left="720"/>
      </w:pPr>
      <w:r/>
      <w:r>
        <w:rPr>
          <w:b/>
        </w:rPr>
        <w:t>New district approved:</w:t>
      </w:r>
      <w:r>
        <w:t xml:space="preserve"> The Montrose Pride Banner District covers Westheimer from Taft to Montrose Boulevard and will display two banners per pole, double-sided.</w:t>
      </w:r>
      <w:r/>
    </w:p>
    <w:p>
      <w:pPr>
        <w:pStyle w:val="ListBullet"/>
        <w:spacing w:line="240" w:lineRule="auto"/>
        <w:ind w:left="720"/>
      </w:pPr>
      <w:r/>
      <w:r>
        <w:rPr>
          <w:b/>
        </w:rPr>
        <w:t>Local leadership:</w:t>
      </w:r>
      <w:r>
        <w:t xml:space="preserve"> Longtime LGBTQ organiser Jack Valinski shepherded the plan, drawing on decades of Pride organisation experience.</w:t>
      </w:r>
      <w:r/>
    </w:p>
    <w:p>
      <w:pPr>
        <w:pStyle w:val="ListBullet"/>
        <w:spacing w:line="240" w:lineRule="auto"/>
        <w:ind w:left="720"/>
      </w:pPr>
      <w:r/>
      <w:r>
        <w:rPr>
          <w:b/>
        </w:rPr>
        <w:t>Temporary but lasting impact:</w:t>
      </w:r>
      <w:r>
        <w:t xml:space="preserve"> Banners are planned for installation around the rescheduled August 15 parade, and will remain after the event within city rules for temporary displays.</w:t>
      </w:r>
      <w:r/>
    </w:p>
    <w:p>
      <w:pPr>
        <w:pStyle w:val="ListBullet"/>
        <w:spacing w:line="240" w:lineRule="auto"/>
        <w:ind w:left="720"/>
      </w:pPr>
      <w:r/>
      <w:r>
        <w:rPr>
          <w:b/>
        </w:rPr>
        <w:t>Funding approach:</w:t>
      </w:r>
      <w:r>
        <w:t xml:space="preserve"> Former council funding was suggested, but the mayor prefers private donations; a public fundraising page will follow an initial pledged contribution.</w:t>
      </w:r>
      <w:r/>
    </w:p>
    <w:p>
      <w:pPr>
        <w:pStyle w:val="ListBullet"/>
        <w:spacing w:line="240" w:lineRule="auto"/>
        <w:ind w:left="720"/>
      </w:pPr>
      <w:r/>
      <w:r>
        <w:rPr>
          <w:b/>
        </w:rPr>
        <w:t>Installation details:</w:t>
      </w:r>
      <w:r>
        <w:t xml:space="preserve"> Ten CenterPoint metal utility poles will be fitted with brackets; final CentrePoint approval is still required.</w:t>
      </w:r>
      <w:r/>
      <w:r/>
    </w:p>
    <w:p>
      <w:pPr>
        <w:pStyle w:val="Heading2"/>
      </w:pPr>
      <w:r>
        <w:t>A colourful return where community memories run deep</w:t>
      </w:r>
      <w:r/>
    </w:p>
    <w:p>
      <w:r/>
      <w:r>
        <w:t>You can almost picture the stretch of Westheimer with banners snapping in the wind, a small instant of reclaiming public space that feels both celebratory and defiant. The banner district takes over the corridor from Taft to Montrose Boulevard, a part of town long linked to Houston’s Pride gatherings before the parade shifted downtown. According to local organisers, the plan is to hang two banners on each of 10 metal poles, creating a steady visual beat along the avenue.</w:t>
      </w:r>
      <w:r/>
    </w:p>
    <w:p>
      <w:pPr>
        <w:pStyle w:val="Heading2"/>
      </w:pPr>
      <w:r>
        <w:t>How this revival came together , and why it matters</w:t>
      </w:r>
      <w:r/>
    </w:p>
    <w:p>
      <w:r/>
      <w:r>
        <w:t>The idea hatched after a demonstration at Taft and Westheimer, the corner where Houston’s rainbow crosswalk once stood; organisers say seeing that site again prompted a push to restore visible Pride markers. Jack Valinski, who has decades of involvement with Houston Pride organisations, led the effort, navigating city offices and energy-company contacts. He emphasises the banners aren’t just decoration , they reconnect Montrose to its history as a gathering place for LGBTQ Houstonians.</w:t>
      </w:r>
      <w:r/>
    </w:p>
    <w:p>
      <w:pPr>
        <w:pStyle w:val="Heading2"/>
      </w:pPr>
      <w:r>
        <w:t>The logistics: poles, brackets and bureaucratic thumbs-ups</w:t>
      </w:r>
      <w:r/>
    </w:p>
    <w:p>
      <w:r/>
      <w:r>
        <w:t>It’s a small technical project with a few big approvals to clear. CentrePoint must sign off on brackets for ten metal utility poles; once fitted, each pole will carry a pair of two-sided banners. City rules for temporary banners mean there are time limits, but organisers plan to keep the artwork installed through the 2026 parade and explore reinstallation or refreshed designs later. The practical challenge , getting the right approvals from multiple agencies , proved the trickiest part, organisers say.</w:t>
      </w:r>
      <w:r/>
    </w:p>
    <w:p>
      <w:pPr>
        <w:pStyle w:val="Heading2"/>
      </w:pPr>
      <w:r>
        <w:t>Money talk: public funds vs private donations</w:t>
      </w:r>
      <w:r/>
    </w:p>
    <w:p>
      <w:r/>
      <w:r>
        <w:t>There was brief movement toward public funding: a former councilmember had set aside $10,000 for the project. But Mayor John Whitmire made it clear he preferred private backing, and has pledged an initial personal donation. Organisers plan a public fundraising page once that seed gift is in place. That mix of private donors and community support feels fitting , in neighbourhoods like Montrose, visibility projects often thrive on grassroots energy as much as on council budgets.</w:t>
      </w:r>
      <w:r/>
    </w:p>
    <w:p>
      <w:pPr>
        <w:pStyle w:val="Heading2"/>
      </w:pPr>
      <w:r>
        <w:t>What this means for Montrose and Houston Pride going forward</w:t>
      </w:r>
      <w:r/>
    </w:p>
    <w:p>
      <w:r/>
      <w:r>
        <w:t>Putting banners back above Westheimer is as much about memory as it is about message. For many, the signs will echo decades of organising, nightlife, and celebration that kept the neighbourhood vibrant. Organisers hope the banners will be a gentle, constant reminder of inclusion in a city where Pride moved downtown but community roots remain local. If the 2026 installation goes smoothly, expect fresh designs and seasonal refreshes to keep the display feeling current.</w:t>
      </w:r>
      <w:r/>
    </w:p>
    <w:p>
      <w:r/>
      <w:r>
        <w:t>It's a small but meaningful change that can make visibility part of everyday life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https://www.outsmartmagazine.com/2026/07/pride-banners-return-montrose/</w:t>
        </w:r>
      </w:hyperlink>
      <w:r>
        <w:t xml:space="preserve"> - Please view link - unable to able to access data</w:t>
      </w:r>
      <w:r/>
    </w:p>
    <w:p>
      <w:pPr>
        <w:pStyle w:val="ListNumber"/>
        <w:spacing w:line="240" w:lineRule="auto"/>
        <w:ind w:left="720"/>
      </w:pPr>
      <w:r/>
      <w:hyperlink r:id="rId10">
        <w:r>
          <w:rPr>
            <w:color w:val="0000EE"/>
            <w:u w:val="single"/>
          </w:rPr>
          <w:t>https://www.houstonchronicle.com/news/houston-texas/trending/article/montrose-rainbow-banners-replace-rainbow-crosswalk-22343106.php</w:t>
        </w:r>
      </w:hyperlink>
      <w:r>
        <w:t xml:space="preserve"> - The Houston Chronicle reports that rainbow banners are set to replace the iconic rainbow crosswalks in Montrose, Houston, following their removal due to state directives. The banners are expected to be installed by August 15, 2026, in time for the rescheduled Pride Parade. This initiative aims to restore LGBTQ+ visibility in the Montrose area, a historic hub for Houston's Pride celebrations. (</w:t>
      </w:r>
      <w:hyperlink r:id="rId14">
        <w:r>
          <w:rPr>
            <w:color w:val="0000EE"/>
            <w:u w:val="single"/>
          </w:rPr>
          <w:t>houstonchronicle.com</w:t>
        </w:r>
      </w:hyperlink>
      <w:r>
        <w:t>)</w:t>
      </w:r>
      <w:r/>
    </w:p>
    <w:p>
      <w:pPr>
        <w:pStyle w:val="ListNumber"/>
        <w:spacing w:line="240" w:lineRule="auto"/>
        <w:ind w:left="720"/>
      </w:pPr>
      <w:r/>
      <w:hyperlink r:id="rId13">
        <w:r>
          <w:rPr>
            <w:color w:val="0000EE"/>
            <w:u w:val="single"/>
          </w:rPr>
          <w:t>https://pridehouston365.org/about/</w:t>
        </w:r>
      </w:hyperlink>
      <w:r>
        <w:t xml:space="preserve"> - Pride Houston 365 is a year-round nonprofit organisation dedicated to promoting equality and inclusion through celebration. They organise large-scale community events and collaborate with civic and industry partners to strengthen the LGBTQ+ presence across Houston. (</w:t>
      </w:r>
      <w:hyperlink r:id="rId15">
        <w:r>
          <w:rPr>
            <w:color w:val="0000EE"/>
            <w:u w:val="single"/>
          </w:rPr>
          <w:t>pridehouston365.org</w:t>
        </w:r>
      </w:hyperlink>
      <w:r>
        <w:t>)</w:t>
      </w:r>
      <w:r/>
    </w:p>
    <w:p>
      <w:pPr>
        <w:pStyle w:val="ListNumber"/>
        <w:spacing w:line="240" w:lineRule="auto"/>
        <w:ind w:left="720"/>
      </w:pPr>
      <w:r/>
      <w:hyperlink r:id="rId16">
        <w:r>
          <w:rPr>
            <w:color w:val="0000EE"/>
            <w:u w:val="single"/>
          </w:rPr>
          <w:t>https://www.houstonmagazine.com/montrose/</w:t>
        </w:r>
      </w:hyperlink>
      <w:r>
        <w:t xml:space="preserve"> - Houston Magazine highlights Montrose as the heart of Houston's LGBTQ+ community, with a rich history dating back to the 1970s. The area is home to numerous bars, clubs, bookstores, and community organisations, making it a vibrant and visible enclave for queer existence. (</w:t>
      </w:r>
      <w:hyperlink r:id="rId17">
        <w:r>
          <w:rPr>
            <w:color w:val="0000EE"/>
            <w:u w:val="single"/>
          </w:rPr>
          <w:t>houstonmagazine.com</w:t>
        </w:r>
      </w:hyperlink>
      <w:r>
        <w:t>)</w:t>
      </w:r>
      <w:r/>
    </w:p>
    <w:p>
      <w:pPr>
        <w:pStyle w:val="ListNumber"/>
        <w:spacing w:line="240" w:lineRule="auto"/>
        <w:ind w:left="720"/>
      </w:pPr>
      <w:r/>
      <w:hyperlink r:id="rId18">
        <w:r>
          <w:rPr>
            <w:color w:val="0000EE"/>
            <w:u w:val="single"/>
          </w:rPr>
          <w:t>https://www.westheimer.com/</w:t>
        </w:r>
      </w:hyperlink>
      <w:r>
        <w:t xml:space="preserve"> - Westheimer Road is a major thoroughfare in Houston, running approximately 18 miles from far West Houston to Midtown. It passes through Montrose, a neighbourhood rich in history and culture, known for its diverse architecture and vibrant LGBTQ+ community. (</w:t>
      </w:r>
      <w:hyperlink r:id="rId19">
        <w:r>
          <w:rPr>
            <w:color w:val="0000EE"/>
            <w:u w:val="single"/>
          </w:rPr>
          <w:t>westheimer.com</w:t>
        </w:r>
      </w:hyperlink>
      <w:r>
        <w:t>)</w:t>
      </w:r>
      <w:r/>
    </w:p>
    <w:p>
      <w:pPr>
        <w:pStyle w:val="ListNumber"/>
        <w:spacing w:line="240" w:lineRule="auto"/>
        <w:ind w:left="720"/>
      </w:pPr>
      <w:r/>
      <w:hyperlink r:id="rId12">
        <w:r>
          <w:rPr>
            <w:color w:val="0000EE"/>
            <w:u w:val="single"/>
          </w:rPr>
          <w:t>https://www.offthekuff.com/wp/?p=124132</w:t>
        </w:r>
      </w:hyperlink>
      <w:r>
        <w:t xml:space="preserve"> - Off the Kuff discusses the return of rainbow Pride banners in Montrose, Houston, following the removal of the rainbow crosswalks. The banners are set to be installed along Westheimer Road, with the project awaiting final approval from CenterPoint Energy. (</w:t>
      </w:r>
      <w:hyperlink r:id="rId20">
        <w:r>
          <w:rPr>
            <w:color w:val="0000EE"/>
            <w:u w:val="single"/>
          </w:rPr>
          <w:t>offthekuff.com</w:t>
        </w:r>
      </w:hyperlink>
      <w:r>
        <w:t>)</w:t>
      </w:r>
      <w:r/>
    </w:p>
    <w:p>
      <w:pPr>
        <w:pStyle w:val="ListNumber"/>
        <w:spacing w:line="240" w:lineRule="auto"/>
        <w:ind w:left="720"/>
      </w:pPr>
      <w:r/>
      <w:hyperlink r:id="rId11">
        <w:r>
          <w:rPr>
            <w:color w:val="0000EE"/>
            <w:u w:val="single"/>
          </w:rPr>
          <w:t>https://www.chron.com/culture/article/houston-montrose-banner-district-22340324.php</w:t>
        </w:r>
      </w:hyperlink>
      <w:r>
        <w:t xml:space="preserve"> - The Houston Chronicle reports on the restoration of the Montrose Banner District in Houston, with rainbow banners set to be installed along Westheimer Road. This initiative aims to replace the previously removed rainbow crosswalks and is expected to be completed by August 15, 2026, in time for the rescheduled Pride Parade. (</w:t>
      </w:r>
      <w:hyperlink r:id="rId21">
        <w:r>
          <w:rPr>
            <w:color w:val="0000EE"/>
            <w:u w:val="single"/>
          </w:rPr>
          <w:t>chron.com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7/pride-banners-return-montrose/" TargetMode="External"/><Relationship Id="rId10" Type="http://schemas.openxmlformats.org/officeDocument/2006/relationships/hyperlink" Target="https://www.houstonchronicle.com/news/houston-texas/trending/article/montrose-rainbow-banners-replace-rainbow-crosswalk-22343106.php" TargetMode="External"/><Relationship Id="rId11" Type="http://schemas.openxmlformats.org/officeDocument/2006/relationships/hyperlink" Target="https://www.chron.com/culture/article/houston-montrose-banner-district-22340324.php" TargetMode="External"/><Relationship Id="rId12" Type="http://schemas.openxmlformats.org/officeDocument/2006/relationships/hyperlink" Target="https://www.offthekuff.com/wp/?p=124132" TargetMode="External"/><Relationship Id="rId13" Type="http://schemas.openxmlformats.org/officeDocument/2006/relationships/hyperlink" Target="https://pridehouston365.org/about/" TargetMode="External"/><Relationship Id="rId14" Type="http://schemas.openxmlformats.org/officeDocument/2006/relationships/hyperlink" Target="https://www.houstonchronicle.com/news/houston-texas/trending/article/montrose-rainbow-banners-replace-rainbow-crosswalk-22343106.php?utm_source=openai" TargetMode="External"/><Relationship Id="rId15" Type="http://schemas.openxmlformats.org/officeDocument/2006/relationships/hyperlink" Target="https://pridehouston365.org/about/?utm_source=openai" TargetMode="External"/><Relationship Id="rId16" Type="http://schemas.openxmlformats.org/officeDocument/2006/relationships/hyperlink" Target="https://www.houstonmagazine.com/montrose/" TargetMode="External"/><Relationship Id="rId17" Type="http://schemas.openxmlformats.org/officeDocument/2006/relationships/hyperlink" Target="https://www.houstonmagazine.com/montrose/?utm_source=openai" TargetMode="External"/><Relationship Id="rId18" Type="http://schemas.openxmlformats.org/officeDocument/2006/relationships/hyperlink" Target="https://www.westheimer.com/" TargetMode="External"/><Relationship Id="rId19" Type="http://schemas.openxmlformats.org/officeDocument/2006/relationships/hyperlink" Target="https://www.westheimer.com/?utm_source=openai" TargetMode="External"/><Relationship Id="rId20" Type="http://schemas.openxmlformats.org/officeDocument/2006/relationships/hyperlink" Target="https://www.offthekuff.com/wp/?p=124132&amp;utm_source=openai" TargetMode="External"/><Relationship Id="rId21" Type="http://schemas.openxmlformats.org/officeDocument/2006/relationships/hyperlink" Target="https://www.chron.com/culture/article/houston-montrose-banner-district-22340324.ph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