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Madonna Inn Wedding Ideas: Midcentury Flower Hats and Bold Pink Florals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couples are falling for maximalist wedding style: a Madonna Inn ceremony with midcentury-inspired, wired flower-hat bouquets and vivid pinks turned one couple’s day into an unapologetically joyful, queer-affirming celebration that felt playful, personal and utterly intentional.</w:t>
      </w:r>
      <w:r/>
    </w:p>
    <w:p>
      <w:r/>
      <w:r>
        <w:t>Essential Takeaways</w:t>
      </w:r>
      <w:r/>
      <w:r/>
    </w:p>
    <w:p>
      <w:pPr>
        <w:pStyle w:val="ListBullet"/>
        <w:spacing w:line="240" w:lineRule="auto"/>
        <w:ind w:left="720"/>
      </w:pPr>
      <w:r/>
      <w:r>
        <w:rPr>
          <w:b/>
        </w:rPr>
        <w:t>Standout florals:</w:t>
      </w:r>
      <w:r>
        <w:t xml:space="preserve"> Hot pink, fuchsia and red arrangements shaped like structured midcentury flower hats, reinforced with wiring for lasting architecture.</w:t>
      </w:r>
      <w:r/>
    </w:p>
    <w:p>
      <w:pPr>
        <w:pStyle w:val="ListBullet"/>
        <w:spacing w:line="240" w:lineRule="auto"/>
        <w:ind w:left="720"/>
      </w:pPr>
      <w:r/>
      <w:r>
        <w:rPr>
          <w:b/>
        </w:rPr>
        <w:t>Venue vibe:</w:t>
      </w:r>
      <w:r>
        <w:t xml:space="preserve"> Madonna Inn’s famously pink, floral interiors became part of the design, not something to hide.</w:t>
      </w:r>
      <w:r/>
    </w:p>
    <w:p>
      <w:pPr>
        <w:pStyle w:val="ListBullet"/>
        <w:spacing w:line="240" w:lineRule="auto"/>
        <w:ind w:left="720"/>
      </w:pPr>
      <w:r/>
      <w:r>
        <w:rPr>
          <w:b/>
        </w:rPr>
        <w:t>Intentional vendor choices:</w:t>
      </w:r>
      <w:r>
        <w:t xml:space="preserve"> Every vendor was chosen for inclusivity and care after the couple experienced discrimination.</w:t>
      </w:r>
      <w:r/>
    </w:p>
    <w:p>
      <w:pPr>
        <w:pStyle w:val="ListBullet"/>
        <w:spacing w:line="240" w:lineRule="auto"/>
        <w:ind w:left="720"/>
      </w:pPr>
      <w:r/>
      <w:r>
        <w:rPr>
          <w:b/>
        </w:rPr>
        <w:t>Personal touches:</w:t>
      </w:r>
      <w:r>
        <w:t xml:space="preserve"> Brides walked together, the wedding party processed alone, and handmade crocheted blankets were gifted.</w:t>
      </w:r>
      <w:r/>
    </w:p>
    <w:p>
      <w:pPr>
        <w:pStyle w:val="ListBullet"/>
        <w:spacing w:line="240" w:lineRule="auto"/>
        <w:ind w:left="720"/>
      </w:pPr>
      <w:r/>
      <w:r>
        <w:rPr>
          <w:b/>
        </w:rPr>
        <w:t>Music and mood:</w:t>
      </w:r>
      <w:r>
        <w:t xml:space="preserve"> A calm, film-score pre-ceremony playlist and Norah Jones’ Unchained Melody set an intimate tone.</w:t>
      </w:r>
      <w:r/>
      <w:r/>
    </w:p>
    <w:p>
      <w:pPr>
        <w:pStyle w:val="Heading2"/>
      </w:pPr>
      <w:r>
        <w:t>Why the Madonna Inn felt made for their wedding</w:t>
      </w:r>
      <w:r/>
    </w:p>
    <w:p>
      <w:r/>
      <w:r>
        <w:t>The Madonna Inn’s flamboyant, pink-drenched public rooms give you a colour-saturated backdrop you can either subdue or embrace. The couple leaned in, and the results were vivid and cohesive: florals matched the hotel’s personality instead of fighting it. According to Madonna Inn wedding pages, the venue offers ceremony, reception and catering packages, so couples can centralise logistics and keep the aesthetic consistent. If you love retro glamour and bold colour, this place practically does half your styling for you.</w:t>
      </w:r>
      <w:r/>
    </w:p>
    <w:p>
      <w:pPr>
        <w:pStyle w:val="Heading2"/>
      </w:pPr>
      <w:r>
        <w:t>Midcentury flower-hat bouquets: what they are and why they work</w:t>
      </w:r>
      <w:r/>
    </w:p>
    <w:p>
      <w:r/>
      <w:r>
        <w:t>Think of structured, wired midsize bouquets that hold shape like vintage millinery, architectural, campy and endlessly photogenic. Their florist was given one brief: “get funky,” and the team delivered bright, saturated blooms wired into sculptural forms that stayed upright through photos and dancing. Practical tip: ask your florist about wiring and reinforcement so your bouquet won’t droop by the time you reach the first dance.</w:t>
      </w:r>
      <w:r/>
    </w:p>
    <w:p>
      <w:pPr>
        <w:pStyle w:val="Heading2"/>
      </w:pPr>
      <w:r>
        <w:t>How the day felt safe and intentionally curated</w:t>
      </w:r>
      <w:r/>
    </w:p>
    <w:p>
      <w:r/>
      <w:r>
        <w:t>The brides describe an underlying feeling of safety that only intentional vendor selection can bring. They documented an early sting of discrimination when a venue answered differently based on the perceived gender of the inquiry; that experience sharpened how they vetted every vendor afterward. When wedding pros show up with inclusive language and genuine warmth, it changes everything, so seek recommendations from LGBTQ+ resources and ask direct questions about experience and policies during booking.</w:t>
      </w:r>
      <w:r/>
    </w:p>
    <w:p>
      <w:pPr>
        <w:pStyle w:val="Heading2"/>
      </w:pPr>
      <w:r>
        <w:t>Small rituals that made the day theirs</w:t>
      </w:r>
      <w:r/>
    </w:p>
    <w:p>
      <w:r/>
      <w:r>
        <w:t>They chose to get ready together, have a quiet first look, and walk down the aisle without being “given away.” Those moments underscore a larger trend: couples are recasting traditions to reflect who they are. Other personal details, crocheted blankets for the wedding party, a drinks menu named for pets, and a pre-ceremony playlist of favourite film scores, turned the celebration into a curated expression rather than a checklist. Want to copy this? Pick three signature elements and spend your budget there.</w:t>
      </w:r>
      <w:r/>
    </w:p>
    <w:p>
      <w:pPr>
        <w:pStyle w:val="Heading2"/>
      </w:pPr>
      <w:r>
        <w:t>Booking the Madonna Inn: what to expect and how to plan</w:t>
      </w:r>
      <w:r/>
    </w:p>
    <w:p>
      <w:r/>
      <w:r>
        <w:t>The Madonna Inn lists a range of wedding and elopement packages that bundle ceremony, reception and food, which makes planning simpler if you want an all-in-one vendor team. Packages can range from intimate elopements to full reception options, so check availability early and ask what’s included, cake and catering often come from the hotel itself. If midcentury or retro styling is your thing, use the venue’s rooms as part of the look: you’ll waste less time battling clashing decor and more time enjoying it.</w:t>
      </w:r>
      <w:r/>
    </w:p>
    <w:p>
      <w:pPr>
        <w:pStyle w:val="Heading2"/>
      </w:pPr>
      <w:r>
        <w:t>The takeaway for couples and vendors</w:t>
      </w:r>
      <w:r/>
    </w:p>
    <w:p>
      <w:r/>
      <w:r>
        <w:t>This wedding is a reminder that authenticity, bold design and careful vendor choices go together. Couples benefit from vendors who advocate for them, and vendors who practise inclusive action build trust that makes the day feel sacred. If you’re planning, prioritise vendors who have experience with diverse couples, be explicit about your needs, and let the venue’s personality inform rather than fight your aesthetic.</w:t>
      </w:r>
      <w:r/>
    </w:p>
    <w:p>
      <w:r/>
      <w:r>
        <w:t>It’s a small change that can make every moment feel more like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2">
        <w:r>
          <w:rPr>
            <w:color w:val="0000EE"/>
            <w:u w:val="single"/>
          </w:rPr>
          <w:t>[5]</w:t>
        </w:r>
      </w:hyperlink>
      <w:r>
        <w:t xml:space="preserve">, </w:t>
      </w:r>
      <w:hyperlink r:id="rId13">
        <w:r>
          <w:rPr>
            <w:color w:val="0000EE"/>
            <w:u w:val="single"/>
          </w:rPr>
          <w:t>[6]</w:t>
        </w:r>
      </w:hyperlink>
      <w:r>
        <w:t xml:space="preserve">- Paragraph 6: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https://equallywed.com/madonna-inn-wedding-florals-modeled-after-midcentury-flower-hats/</w:t>
        </w:r>
      </w:hyperlink>
      <w:r>
        <w:t xml:space="preserve"> - Please view link - unable to able to access data</w:t>
      </w:r>
      <w:r/>
    </w:p>
    <w:p>
      <w:pPr>
        <w:pStyle w:val="ListNumber"/>
        <w:spacing w:line="240" w:lineRule="auto"/>
        <w:ind w:left="720"/>
      </w:pPr>
      <w:r/>
      <w:hyperlink r:id="rId10">
        <w:r>
          <w:rPr>
            <w:color w:val="0000EE"/>
            <w:u w:val="single"/>
          </w:rPr>
          <w:t>https://www.madonnainn.com/weddings-events</w:t>
        </w:r>
      </w:hyperlink>
      <w:r>
        <w:t xml:space="preserve"> - The Madonna Inn offers a variety of indoor and outdoor venues for weddings and events, including the Secret Garden, Main Dance Floor, and Garden Room. Each space provides unique features such as elegant décor, chandeliers, and garden murals. The venue also offers on-site catering and a range of packages to suit different preferences and budgets. For more information, visit their Weddings &amp; Events page.</w:t>
      </w:r>
      <w:r/>
    </w:p>
    <w:p>
      <w:pPr>
        <w:pStyle w:val="ListNumber"/>
        <w:spacing w:line="240" w:lineRule="auto"/>
        <w:ind w:left="720"/>
      </w:pPr>
      <w:r/>
      <w:hyperlink r:id="rId11">
        <w:r>
          <w:rPr>
            <w:color w:val="0000EE"/>
            <w:u w:val="single"/>
          </w:rPr>
          <w:t>https://junebugweddings.com/wedding-blog/mid-century-inspired-wedding-madonna-inn/</w:t>
        </w:r>
      </w:hyperlink>
      <w:r>
        <w:t xml:space="preserve"> - Junebug Weddings features a mid-century inspired wedding at the Madonna Inn, highlighting the venue's unique décor and atmosphere. The article showcases the couple's choice of a structured tea-length dress and vintage-inspired details like striped parasols and plaid picnic blankets. The wedding's relaxed and care-free vibe is captured through the photography of Michelle Roller. For more details, read the full article.</w:t>
      </w:r>
      <w:r/>
    </w:p>
    <w:p>
      <w:pPr>
        <w:pStyle w:val="ListNumber"/>
        <w:spacing w:line="240" w:lineRule="auto"/>
        <w:ind w:left="720"/>
      </w:pPr>
      <w:r/>
      <w:hyperlink r:id="rId14">
        <w:r>
          <w:rPr>
            <w:color w:val="0000EE"/>
            <w:u w:val="single"/>
          </w:rPr>
          <w:t>https://www.zola.com/wedding-vendors/wedding-venues/madonna-inn</w:t>
        </w:r>
      </w:hyperlink>
      <w:r>
        <w:t xml:space="preserve"> - Zola provides a comprehensive overview of the Madonna Inn as a wedding venue, detailing its capacity, available spaces, and amenities. The venue boasts nine unique event spaces, including ballrooms, banquet halls, and gardens, accommodating up to 1,500 seated guests. The property also features 110 uniquely themed guest rooms, on-site dining options, and various recreational activities. For more information, visit their page.</w:t>
      </w:r>
      <w:r/>
    </w:p>
    <w:p>
      <w:pPr>
        <w:pStyle w:val="ListNumber"/>
        <w:spacing w:line="240" w:lineRule="auto"/>
        <w:ind w:left="720"/>
      </w:pPr>
      <w:r/>
      <w:hyperlink r:id="rId12">
        <w:r>
          <w:rPr>
            <w:color w:val="0000EE"/>
            <w:u w:val="single"/>
          </w:rPr>
          <w:t>https://www.madonnainn.com/elopement-package</w:t>
        </w:r>
      </w:hyperlink>
      <w:r>
        <w:t xml:space="preserve"> - The Madonna Inn offers an Elopement Package designed for couples seeking an intimate ceremony. The package includes a one-hour ceremony in the Main Dance Floor or Secret Garden, a three-hour dinner service in a private room, champagne toast, custom wedding cake, and plated meal service for the couple and up to 18 guests. For more details, visit their Elopement Package page.</w:t>
      </w:r>
      <w:r/>
    </w:p>
    <w:p>
      <w:pPr>
        <w:pStyle w:val="ListNumber"/>
        <w:spacing w:line="240" w:lineRule="auto"/>
        <w:ind w:left="720"/>
      </w:pPr>
      <w:r/>
      <w:hyperlink r:id="rId13">
        <w:r>
          <w:rPr>
            <w:color w:val="0000EE"/>
            <w:u w:val="single"/>
          </w:rPr>
          <w:t>https://www.madonnainn.com/chic-reception-package</w:t>
        </w:r>
      </w:hyperlink>
      <w:r>
        <w:t xml:space="preserve"> - The Madonna Inn's Chic Reception Package is tailored for receptions with meal service prior to 2:00 p.m. It includes a selection of hors d'oeuvres, champagne toast, choice of two entrées from the hot luncheon menu, and a wedding cake. The package also offers a choice of table linens and waives room rental fees for four hours. For more information, visit their Chic Reception Package page.</w:t>
      </w:r>
      <w:r/>
    </w:p>
    <w:p>
      <w:pPr>
        <w:pStyle w:val="ListNumber"/>
        <w:spacing w:line="240" w:lineRule="auto"/>
        <w:ind w:left="720"/>
      </w:pPr>
      <w:r/>
      <w:hyperlink r:id="rId15">
        <w:r>
          <w:rPr>
            <w:color w:val="0000EE"/>
            <w:u w:val="single"/>
          </w:rPr>
          <w:t>https://www.madonnainn.com/deluxe-reception-package</w:t>
        </w:r>
      </w:hyperlink>
      <w:r>
        <w:t xml:space="preserve"> - The Madonna Inn's Deluxe Reception Package offers an upscale experience with a selection of hors d'oeuvres, champagne toast, choice of two entrées from the banquet dinner menu, and a wedding cake. The package also includes a choice of table linens and waives room rental fees for four hours. For more details, visit their Deluxe Reception Package page.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quallywed.com/madonna-inn-wedding-florals-modeled-after-midcentury-flower-hats/" TargetMode="External"/><Relationship Id="rId10" Type="http://schemas.openxmlformats.org/officeDocument/2006/relationships/hyperlink" Target="https://www.madonnainn.com/weddings-events" TargetMode="External"/><Relationship Id="rId11" Type="http://schemas.openxmlformats.org/officeDocument/2006/relationships/hyperlink" Target="https://junebugweddings.com/wedding-blog/mid-century-inspired-wedding-madonna-inn/" TargetMode="External"/><Relationship Id="rId12" Type="http://schemas.openxmlformats.org/officeDocument/2006/relationships/hyperlink" Target="https://www.madonnainn.com/elopement-package" TargetMode="External"/><Relationship Id="rId13" Type="http://schemas.openxmlformats.org/officeDocument/2006/relationships/hyperlink" Target="https://www.madonnainn.com/chic-reception-package" TargetMode="External"/><Relationship Id="rId14" Type="http://schemas.openxmlformats.org/officeDocument/2006/relationships/hyperlink" Target="https://www.zola.com/wedding-vendors/wedding-venues/madonna-inn" TargetMode="External"/><Relationship Id="rId15" Type="http://schemas.openxmlformats.org/officeDocument/2006/relationships/hyperlink" Target="https://www.madonnainn.com/deluxe-reception-pack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