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Liverpool Nightlife Update: Elysium’s Future and the New Campus Club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clubbers have watched Elysium’s boarded entrance for months , owners say renovations are under way and the city’s Pride weekend will still offer new late-night choices as Campus opens nearby. Here’s what’s changed, why it matters for Liverpool’s LGBTQ+ scene, and how to pick a night out that suits your vibe.</w:t>
      </w:r>
      <w:r/>
    </w:p>
    <w:p>
      <w:r/>
      <w:r>
        <w:t>Essential Takeaways</w:t>
      </w:r>
      <w:r/>
      <w:r/>
    </w:p>
    <w:p>
      <w:pPr>
        <w:pStyle w:val="ListBullet"/>
        <w:spacing w:line="240" w:lineRule="auto"/>
        <w:ind w:left="720"/>
      </w:pPr>
      <w:r/>
      <w:r>
        <w:rPr>
          <w:b/>
        </w:rPr>
        <w:t>Current status:</w:t>
      </w:r>
      <w:r>
        <w:t xml:space="preserve"> Elysium remains closed after a September 2024 roof fire, with renovations reportedly ongoing and a planned reopening this year. </w:t>
      </w:r>
      <w:r/>
    </w:p>
    <w:p>
      <w:pPr>
        <w:pStyle w:val="ListBullet"/>
        <w:spacing w:line="240" w:lineRule="auto"/>
        <w:ind w:left="720"/>
      </w:pPr>
      <w:r/>
      <w:r>
        <w:rPr>
          <w:b/>
        </w:rPr>
        <w:t>Fire response:</w:t>
      </w:r>
      <w:r>
        <w:t xml:space="preserve"> Merseyside Fire and Rescue tackled the blaze with multiple appliances and crews operating internally and externally. </w:t>
      </w:r>
      <w:r/>
    </w:p>
    <w:p>
      <w:pPr>
        <w:pStyle w:val="ListBullet"/>
        <w:spacing w:line="240" w:lineRule="auto"/>
        <w:ind w:left="720"/>
      </w:pPr>
      <w:r/>
      <w:r>
        <w:rPr>
          <w:b/>
        </w:rPr>
        <w:t>New opening:</w:t>
      </w:r>
      <w:r>
        <w:t xml:space="preserve"> Campus, a two-floor LGBTQ+ venue in the former OMG space on Victoria Street, opens for Liverpool Pride with a playful house-party theme. </w:t>
      </w:r>
      <w:r/>
    </w:p>
    <w:p>
      <w:pPr>
        <w:pStyle w:val="ListBullet"/>
        <w:spacing w:line="240" w:lineRule="auto"/>
        <w:ind w:left="720"/>
      </w:pPr>
      <w:r/>
      <w:r>
        <w:rPr>
          <w:b/>
        </w:rPr>
        <w:t>Atmosphere differences:</w:t>
      </w:r>
      <w:r>
        <w:t xml:space="preserve"> Elysium promised a large-capacity, live-music and house-DJ format; Campus leans into nostalgia, kitchen-disco energy and intimate rooms. </w:t>
      </w:r>
      <w:r/>
    </w:p>
    <w:p>
      <w:pPr>
        <w:pStyle w:val="ListBullet"/>
        <w:spacing w:line="240" w:lineRule="auto"/>
        <w:ind w:left="720"/>
      </w:pPr>
      <w:r/>
      <w:r>
        <w:rPr>
          <w:b/>
        </w:rPr>
        <w:t>Practical note:</w:t>
      </w:r>
      <w:r>
        <w:t xml:space="preserve"> If you’re planning Pride nights out, consider room sizes and music style , one venue is big and versatile, the other more theatrical and social.</w:t>
      </w:r>
      <w:r/>
      <w:r/>
    </w:p>
    <w:p>
      <w:pPr>
        <w:pStyle w:val="Heading2"/>
      </w:pPr>
      <w:r>
        <w:t>Elysium still closed, but owners promise a return</w:t>
      </w:r>
      <w:r/>
    </w:p>
    <w:p>
      <w:r/>
      <w:r>
        <w:t>Arriving at Eberle Street you can still see the entrance boarded up and the memory of smoke-stained brickwork, which makes it hard not to feel a twinge of nostalgia. According to Merseyside Fire and Rescue, crews found the fire in the roof space and used both internal and external jets to control it. The building has been out of action since September 2024, and locals have watched plans and scaffolding closely ever since.</w:t>
      </w:r>
      <w:r/>
    </w:p>
    <w:p>
      <w:r/>
      <w:r>
        <w:t>The Echo contacted Elysium and the team say renovations are continuing, with a reopening slated for later this year. For regulars who loved the venue’s mix of live music and house DJs, the reassurance is welcome , but there's caution too, because restoring a three-storey club after a roof fire takes time and money. Expect phased works and safety checks before the lights go back on.</w:t>
      </w:r>
      <w:r/>
    </w:p>
    <w:p>
      <w:pPr>
        <w:pStyle w:val="Heading2"/>
      </w:pPr>
      <w:r>
        <w:t>What the fire showed about venue safety in the city</w:t>
      </w:r>
      <w:r/>
    </w:p>
    <w:p>
      <w:r/>
      <w:r>
        <w:t>Watching firefighters with breathing apparatus and an aerial appliance at the scene felt dramatic, but it was also a sharp reminder of how vulnerable old nightlife buildings can be. Merseyside Fire and Rescue’s incident log makes clear that the response was significant, and temporary road and car park closures affected the local area while crews worked.</w:t>
      </w:r>
      <w:r/>
    </w:p>
    <w:p>
      <w:r/>
      <w:r>
        <w:t>That response has a silver lining: clubs and promoters are more alert to fire safety and emergency planning now. If you manage or hire a venue, check certificates and evacuation plans before booking a big night. If you’re an attendee, take note of exits and stay with friends , common sense matters when buildings have been repaired or altered.</w:t>
      </w:r>
      <w:r/>
    </w:p>
    <w:p>
      <w:pPr>
        <w:pStyle w:val="Heading2"/>
      </w:pPr>
      <w:r>
        <w:t>Campus opens for Pride , a different kind of night out</w:t>
      </w:r>
      <w:r/>
    </w:p>
    <w:p>
      <w:r/>
      <w:r>
        <w:t>While Elysium sorts its comeback, Campus is arriving in time for Pride as a deliberately playful alternative. The new two-floor concept in the former OMG site is designed around the feeling of kitchen discos and house parties, with The Kitchen as the main dancefloor and The Living Room for quieter socialising. Amy Gwynn, who runs GBar and other Liverpool venues, wants Campus to complement the scene rather than duplicate it.</w:t>
      </w:r>
      <w:r/>
    </w:p>
    <w:p>
      <w:r/>
      <w:r>
        <w:t>Promoter Andy Locker says Campus is about nostalgia and community, and the theatrical touches , drag "professors", campus motifs , give it a clear personality. For Pride weekend, that means another option for people who prefer a social, slightly tongue-in-cheek night out rather than a 1,200-capacity rave. It’s worth checking line-ups early; themed venues fill quickly.</w:t>
      </w:r>
      <w:r/>
    </w:p>
    <w:p>
      <w:pPr>
        <w:pStyle w:val="Heading2"/>
      </w:pPr>
      <w:r>
        <w:t>How the city’s LGBTQ+ nightlife is evolving</w:t>
      </w:r>
      <w:r/>
    </w:p>
    <w:p>
      <w:r/>
      <w:r>
        <w:t>Liverpool’s queer night scene has been resilient and creative, and these changes show how operators are balancing scale with intimacy. Elysium aimed high with a versatile, large-capacity offer when it opened; Campus responds to demand for themed, experience-led nights that feel chatty and familiar. Between them, there’s something for everyone , big-house energy or smaller-room singalongs.</w:t>
      </w:r>
      <w:r/>
    </w:p>
    <w:p>
      <w:r/>
      <w:r>
        <w:t>Industry chatter suggests owners are focused on diversification: clubs that double as private-event spaces, promoters curating themed weekends, and venues leaning into nostalgia. For punters that means more choice, but also the need to read the room , literally and figuratively , before you buy tickets.</w:t>
      </w:r>
      <w:r/>
    </w:p>
    <w:p>
      <w:pPr>
        <w:pStyle w:val="Heading2"/>
      </w:pPr>
      <w:r>
        <w:t>Practical tips for planning your Pride nights out</w:t>
      </w:r>
      <w:r/>
    </w:p>
    <w:p>
      <w:r/>
      <w:r>
        <w:t>If you’re choosing where to go, start with music and mood: does your group want an all-night dancefloor or cosy corners to catch up? Check capacity and entry policies , themed venues sometimes sell tickets per room. Look for recent safety or refurbishment updates if a venue has had recent incidents, and arrive early on big nights to avoid long queues.</w:t>
      </w:r>
      <w:r/>
    </w:p>
    <w:p>
      <w:r/>
      <w:r>
        <w:t>Lastly, support the venues you love. Whether you want the full Elysium vibe when it returns or the cosy chaos of Campus now, your presence helps Liverpool’s nightlife thrive and rebuild.</w:t>
      </w:r>
      <w:r/>
    </w:p>
    <w:p>
      <w:r/>
      <w:r>
        <w:t>It's a small change that can make every night out feel safer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Paragraph 4: </w:t>
      </w:r>
      <w:hyperlink r:id="rId11">
        <w:r>
          <w:rPr>
            <w:color w:val="0000EE"/>
            <w:u w:val="single"/>
          </w:rPr>
          <w:t>[4]</w:t>
        </w:r>
      </w:hyperlink>
      <w:r>
        <w:t xml:space="preserve">, </w:t>
      </w:r>
      <w:hyperlink r:id="rId12">
        <w:r>
          <w:rPr>
            <w:color w:val="0000EE"/>
            <w:u w:val="single"/>
          </w:rPr>
          <w:t>[3]</w:t>
        </w:r>
      </w:hyperlink>
      <w:r>
        <w:t xml:space="preserve">- Paragraph 5: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https://www.liverpoolecho.co.uk/whats-on/whats-on-news/liverpool-nightclub-confirms-future-after-34326371</w:t>
        </w:r>
      </w:hyperlink>
      <w:r>
        <w:t xml:space="preserve"> - Please view link - unable to able to access data</w:t>
      </w:r>
      <w:r/>
    </w:p>
    <w:p>
      <w:pPr>
        <w:pStyle w:val="ListNumber"/>
        <w:spacing w:line="240" w:lineRule="auto"/>
        <w:ind w:left="720"/>
      </w:pPr>
      <w:r/>
      <w:hyperlink r:id="rId10">
        <w:r>
          <w:rPr>
            <w:color w:val="0000EE"/>
            <w:u w:val="single"/>
          </w:rPr>
          <w:t>https://www.merseyfire.gov.uk/media-centre/latest-incidents/building-fire-liverpool-city-centre-eberle-street/</w:t>
        </w:r>
      </w:hyperlink>
      <w:r>
        <w:t xml:space="preserve"> - On 13 September 2024, Merseyside Fire &amp; Rescue Service responded to a fire at a three-storey building on Eberle Street in Liverpool city centre. Six fire engines attended the scene, where crews found a fire in the roof space. Firefighters used breathing apparatus and hose reel jets to combat the blaze internally, with one main jet used externally. The incident led to road closures and traffic disruptions in the area. Residents and businesses nearby were advised to close windows and doors due to the ongoing fire. (</w:t>
      </w:r>
      <w:hyperlink r:id="rId15">
        <w:r>
          <w:rPr>
            <w:color w:val="0000EE"/>
            <w:u w:val="single"/>
          </w:rPr>
          <w:t>merseyfire.gov.uk</w:t>
        </w:r>
      </w:hyperlink>
      <w:r>
        <w:t>)</w:t>
      </w:r>
      <w:r/>
    </w:p>
    <w:p>
      <w:pPr>
        <w:pStyle w:val="ListNumber"/>
        <w:spacing w:line="240" w:lineRule="auto"/>
        <w:ind w:left="720"/>
      </w:pPr>
      <w:r/>
      <w:hyperlink r:id="rId12">
        <w:r>
          <w:rPr>
            <w:color w:val="0000EE"/>
            <w:u w:val="single"/>
          </w:rPr>
          <w:t>https://www.goodnewsliverpool.co.uk/2026/07/08/liverpool-bar-omg-to-reopen-as-campus-this-summer/</w:t>
        </w:r>
      </w:hyperlink>
      <w:r>
        <w:t xml:space="preserve"> - In July 2026, Liverpool's nightlife scene saw the reopening of the former OMG venue as Campus, a new LGBTQ+ friendly nightclub. The venue, located on Victoria Street, was taken over by Amy Gwynn, owner of GBar. Inspired by house parties and kitchen discos, Campus aimed to provide a social nightlife experience with different areas, entertainment, and themed events throughout the week. The reopening coincided with Liverpool Pride, featuring a weekend packed with entertainment and special guest appearances. (</w:t>
      </w:r>
      <w:hyperlink r:id="rId16">
        <w:r>
          <w:rPr>
            <w:color w:val="0000EE"/>
            <w:u w:val="single"/>
          </w:rPr>
          <w:t>goodnewsliverpool.co.uk</w:t>
        </w:r>
      </w:hyperlink>
      <w:r>
        <w:t>)</w:t>
      </w:r>
      <w:r/>
    </w:p>
    <w:p>
      <w:pPr>
        <w:pStyle w:val="ListNumber"/>
        <w:spacing w:line="240" w:lineRule="auto"/>
        <w:ind w:left="720"/>
      </w:pPr>
      <w:r/>
      <w:hyperlink r:id="rId11">
        <w:r>
          <w:rPr>
            <w:color w:val="0000EE"/>
            <w:u w:val="single"/>
          </w:rPr>
          <w:t>https://www.explore-liverpool.com/campus-liverpool-new-nightclub-opening-in-former-omg-venue/</w:t>
        </w:r>
      </w:hyperlink>
      <w:r>
        <w:t xml:space="preserve"> - Campus, a new nightclub in Liverpool, opened in the former OMG venue on Victoria Street in July 2026. Created by Amy Gwynn, owner of GBar, Campus aimed to build on the legacy of OMG while introducing a fresh experience for visitors. The venue officially launched ahead of Liverpool Pride, offering a new destination for nights out with entertainment, music, and a welcoming atmosphere for the city's LGBTQ+ community and visitors. Inspired by house parties and kitchen discos, Campus focused on creating a social nightlife experience with different areas, entertainment, and themed events throughout the week. (</w:t>
      </w:r>
      <w:hyperlink r:id="rId17">
        <w:r>
          <w:rPr>
            <w:color w:val="0000EE"/>
            <w:u w:val="single"/>
          </w:rPr>
          <w:t>explore-liverpool.com</w:t>
        </w:r>
      </w:hyperlink>
      <w:r>
        <w:t>)</w:t>
      </w:r>
      <w:r/>
    </w:p>
    <w:p>
      <w:pPr>
        <w:pStyle w:val="ListNumber"/>
        <w:spacing w:line="240" w:lineRule="auto"/>
        <w:ind w:left="720"/>
      </w:pPr>
      <w:r/>
      <w:hyperlink r:id="rId13">
        <w:r>
          <w:rPr>
            <w:color w:val="0000EE"/>
            <w:u w:val="single"/>
          </w:rPr>
          <w:t>https://www.liverpool-one.com/whats-on/liverpools-pride-at-liverpool-experience-campus/</w:t>
        </w:r>
      </w:hyperlink>
      <w:r>
        <w:t xml:space="preserve"> - Liverpool's Pride 2026 was set to return as a significant LGBTQ+ event, with a city-wide programme designed to attract visitors from across the UK. Taking place on 24–25 July 2026, the weekend transformed Liverpool into a major Pride destination, with events at the Liverpool Experience Campus. The weekend began with a major opening party at M&amp;S Bank Arena on Friday 24 July, featuring acts like Sugababes, Beth Ditto, Bimini, Tia Kofi, House Gospel Choir, and Horse Meat Disco, alongside leading Liverpool LGBTQ+ community performers. On Saturday 25 July, the Liverpool Experience Campus hosted a community programme showcasing LGBTQ+ talent and voices, with performances including House of Suarez, Sonia, and Jester Boy, alongside special guests. (</w:t>
      </w:r>
      <w:hyperlink r:id="rId18">
        <w:r>
          <w:rPr>
            <w:color w:val="0000EE"/>
            <w:u w:val="single"/>
          </w:rPr>
          <w:t>liverpool-one.com</w:t>
        </w:r>
      </w:hyperlink>
      <w:r>
        <w:t>)</w:t>
      </w:r>
      <w:r/>
    </w:p>
    <w:p>
      <w:pPr>
        <w:pStyle w:val="ListNumber"/>
        <w:spacing w:line="240" w:lineRule="auto"/>
        <w:ind w:left="720"/>
      </w:pPr>
      <w:r/>
      <w:hyperlink r:id="rId14">
        <w:r>
          <w:rPr>
            <w:color w:val="0000EE"/>
            <w:u w:val="single"/>
          </w:rPr>
          <w:t>https://www.clickliverpool.com/lifestyle/66556-todd-terry-brings-feelgood-factor-to-liverpool/</w:t>
        </w:r>
      </w:hyperlink>
      <w:r>
        <w:t xml:space="preserve"> - Legendary DJ and producer Todd Terry launched Freeze, a unique multi-room music venue in Liverpool, on 18 July 2026. Located on Wood Street in the former Revolution bar, Freeze aimed to bring people together through great music. The venue was designed to cater to a broad spectrum of live music and club events, featuring an intimate DJ room, Freeze HiFi, which had already hosted successful pop-up parties with respected selectors from the North West, including events from Cream and Circus DJs. (</w:t>
      </w:r>
      <w:hyperlink r:id="rId19">
        <w:r>
          <w:rPr>
            <w:color w:val="0000EE"/>
            <w:u w:val="single"/>
          </w:rPr>
          <w:t>clickliverpool.com</w:t>
        </w:r>
      </w:hyperlink>
      <w:r>
        <w:t>)</w:t>
      </w:r>
      <w:r/>
    </w:p>
    <w:p>
      <w:pPr>
        <w:pStyle w:val="ListNumber"/>
        <w:spacing w:line="240" w:lineRule="auto"/>
        <w:ind w:left="720"/>
      </w:pPr>
      <w:r/>
      <w:hyperlink r:id="rId20">
        <w:r>
          <w:rPr>
            <w:color w:val="0000EE"/>
            <w:u w:val="single"/>
          </w:rPr>
          <w:t>https://raveessentials.co.uk/events/amnesia-house-back-to-the-dock-presents-the-summer-of-love-2026-07-11/</w:t>
        </w:r>
      </w:hyperlink>
      <w:r>
        <w:t xml:space="preserve"> - On 11 July 2026, Amnesia House and Back to the Dock presented 'The Summer of Love' event at Wav Garden in Liverpool. The event, running from 3:00 PM to 2:00 AM, featured a lineup of house music performances. Wav Garden, located on Stone Street, Liverpool, L3 7DH, is known for hosting electronic music events in an intimate setting. The event was part of a series of house music nights organized by Amnesia House and Back to the Dock. (</w:t>
      </w:r>
      <w:hyperlink r:id="rId21">
        <w:r>
          <w:rPr>
            <w:color w:val="0000EE"/>
            <w:u w:val="single"/>
          </w:rPr>
          <w:t>raveessentials.co.uk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whats-on-news/liverpool-nightclub-confirms-future-after-34326371" TargetMode="External"/><Relationship Id="rId10" Type="http://schemas.openxmlformats.org/officeDocument/2006/relationships/hyperlink" Target="https://www.merseyfire.gov.uk/media-centre/latest-incidents/building-fire-liverpool-city-centre-eberle-street/" TargetMode="External"/><Relationship Id="rId11" Type="http://schemas.openxmlformats.org/officeDocument/2006/relationships/hyperlink" Target="https://www.explore-liverpool.com/campus-liverpool-new-nightclub-opening-in-former-omg-venue/" TargetMode="External"/><Relationship Id="rId12" Type="http://schemas.openxmlformats.org/officeDocument/2006/relationships/hyperlink" Target="https://www.goodnewsliverpool.co.uk/2026/07/08/liverpool-bar-omg-to-reopen-as-campus-this-summer/" TargetMode="External"/><Relationship Id="rId13" Type="http://schemas.openxmlformats.org/officeDocument/2006/relationships/hyperlink" Target="https://www.liverpool-one.com/whats-on/liverpools-pride-at-liverpool-experience-campus/" TargetMode="External"/><Relationship Id="rId14" Type="http://schemas.openxmlformats.org/officeDocument/2006/relationships/hyperlink" Target="https://www.clickliverpool.com/lifestyle/66556-todd-terry-brings-feelgood-factor-to-liverpool/" TargetMode="External"/><Relationship Id="rId15" Type="http://schemas.openxmlformats.org/officeDocument/2006/relationships/hyperlink" Target="https://www.merseyfire.gov.uk/media-centre/latest-incidents/building-fire-liverpool-city-centre-eberle-street/?utm_source=openai" TargetMode="External"/><Relationship Id="rId16" Type="http://schemas.openxmlformats.org/officeDocument/2006/relationships/hyperlink" Target="https://www.goodnewsliverpool.co.uk/2026/07/08/liverpool-bar-omg-to-reopen-as-campus-this-summer/?utm_source=openai" TargetMode="External"/><Relationship Id="rId17" Type="http://schemas.openxmlformats.org/officeDocument/2006/relationships/hyperlink" Target="https://explore-liverpool.com/campus-liverpool-new-nightclub-opening-in-former-omg-venue/?utm_source=openai" TargetMode="External"/><Relationship Id="rId18" Type="http://schemas.openxmlformats.org/officeDocument/2006/relationships/hyperlink" Target="https://www.liverpool-one.com/whats-on/liverpools-pride-at-liverpool-experience-campus/?utm_source=openai" TargetMode="External"/><Relationship Id="rId19" Type="http://schemas.openxmlformats.org/officeDocument/2006/relationships/hyperlink" Target="https://www.clickliverpool.com/lifestyle/66556-todd-terry-brings-feelgood-factor-to-liverpool/?utm_source=openai" TargetMode="External"/><Relationship Id="rId20" Type="http://schemas.openxmlformats.org/officeDocument/2006/relationships/hyperlink" Target="https://raveessentials.co.uk/events/amnesia-house-back-to-the-dock-presents-the-summer-of-love-2026-07-11/" TargetMode="External"/><Relationship Id="rId21" Type="http://schemas.openxmlformats.org/officeDocument/2006/relationships/hyperlink" Target="https://raveessentials.co.uk/events/amnesia-house-back-to-the-dock-presents-the-summer-of-love-2026-07-1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