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Leather Jacket Origins: How Brando, Tom of Finland and Gay Leather Culture Shaped a Look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how a simple jacket became a statement: owners, makers and admirers say the leather coat moved from military kit to cinematic shorthand to a proud symbol of gay leather identity , and it still matters for style, politics and self‑expression today.</w:t>
      </w:r>
      <w:r/>
    </w:p>
    <w:p>
      <w:r/>
      <w:r>
        <w:t>Essential Takeaways</w:t>
      </w:r>
      <w:r/>
      <w:r/>
    </w:p>
    <w:p>
      <w:pPr>
        <w:pStyle w:val="ListBullet"/>
        <w:spacing w:line="240" w:lineRule="auto"/>
        <w:ind w:left="720"/>
      </w:pPr>
      <w:r/>
      <w:r>
        <w:rPr>
          <w:b/>
        </w:rPr>
        <w:t>Iconic moment:</w:t>
      </w:r>
      <w:r>
        <w:t xml:space="preserve"> Brando’s 1950s Perfecto popularised the asymmetrical zip and rebel silhouette, giving leather a cool, cinematic voice.</w:t>
      </w:r>
      <w:r/>
    </w:p>
    <w:p>
      <w:pPr>
        <w:pStyle w:val="ListBullet"/>
        <w:spacing w:line="240" w:lineRule="auto"/>
        <w:ind w:left="720"/>
      </w:pPr>
      <w:r/>
      <w:r>
        <w:rPr>
          <w:b/>
        </w:rPr>
        <w:t>Military roots:</w:t>
      </w:r>
      <w:r>
        <w:t xml:space="preserve"> Surplus bomber and biker jackets after WWII made sturdy leather widely available and tied it to masculine camaraderie.</w:t>
      </w:r>
      <w:r/>
    </w:p>
    <w:p>
      <w:pPr>
        <w:pStyle w:val="ListBullet"/>
        <w:spacing w:line="240" w:lineRule="auto"/>
        <w:ind w:left="720"/>
      </w:pPr>
      <w:r/>
      <w:r>
        <w:rPr>
          <w:b/>
        </w:rPr>
        <w:t>Gay leather identity:</w:t>
      </w:r>
      <w:r>
        <w:t xml:space="preserve"> Artists like Tom of Finland and post‑war clubs transformed leather into erotic shorthand and a tool of visible defiance.</w:t>
      </w:r>
      <w:r/>
    </w:p>
    <w:p>
      <w:pPr>
        <w:pStyle w:val="ListBullet"/>
        <w:spacing w:line="240" w:lineRule="auto"/>
        <w:ind w:left="720"/>
      </w:pPr>
      <w:r/>
      <w:r>
        <w:rPr>
          <w:b/>
        </w:rPr>
        <w:t>Material qualities:</w:t>
      </w:r>
      <w:r>
        <w:t xml:space="preserve"> Leather reads as durable, tactile and slightly noisy , it carries scent and presence that amplify persona.</w:t>
      </w:r>
      <w:r/>
    </w:p>
    <w:p>
      <w:pPr>
        <w:pStyle w:val="ListBullet"/>
        <w:spacing w:line="240" w:lineRule="auto"/>
        <w:ind w:left="720"/>
      </w:pPr>
      <w:r/>
      <w:r>
        <w:rPr>
          <w:b/>
        </w:rPr>
        <w:t>How to wear it:</w:t>
      </w:r>
      <w:r>
        <w:t xml:space="preserve"> Choose weight, fit and detailing to match intention , a snug cropped biker for attitude, a longer coat for mystery.</w:t>
      </w:r>
      <w:r/>
      <w:r/>
    </w:p>
    <w:p>
      <w:pPr>
        <w:pStyle w:val="Heading2"/>
      </w:pPr>
      <w:r>
        <w:t>How one jacket became shorthand for cool</w:t>
      </w:r>
      <w:r/>
    </w:p>
    <w:p>
      <w:r/>
      <w:r>
        <w:t>The moment Marlon Brando zipped his Schott Perfecto and tilted a cap, a template for "cool" snapped into place and you can still feel it in the shoulders of every cropped biker sold since. Reporters and cultural critics have traced that scene as a turning point , not just a costume, but a visual shorthand for rebellion and masculinity. That is partly why the jacket’s texture and sound matter: leather feels substantial and smells like history, so it carries attitude before you say a word.</w:t>
      </w:r>
      <w:r/>
    </w:p>
    <w:p>
      <w:pPr>
        <w:pStyle w:val="Heading2"/>
      </w:pPr>
      <w:r>
        <w:t>From army kit to streetwear: the post‑war shift</w:t>
      </w:r>
      <w:r/>
    </w:p>
    <w:p>
      <w:r/>
      <w:r>
        <w:t>After World War II, military surplus flooded civilian markets and practical pieces like bomber jackets and flight coats landed in everyday wardrobes. Veterans, who wanted both utility and brotherhood, adapted those garments for motorcycle clubs and rough‑and‑ready social scenes. Observers note that those roots explain why leather keeps being associated with loyalty, toughness and risk , qualities that migrated from the barracks to the open road and into fashion.</w:t>
      </w:r>
      <w:r/>
    </w:p>
    <w:p>
      <w:pPr>
        <w:pStyle w:val="Heading2"/>
      </w:pPr>
      <w:r>
        <w:t>Tom of Finland and the eroticisation of leather</w:t>
      </w:r>
      <w:r/>
    </w:p>
    <w:p>
      <w:r/>
      <w:r>
        <w:t>Artists and subcultures then did something unexpected: they rewired the jacket’s meaning. Tom of Finland’s drawings turned leathermens into stylised icons of desire, amplifying the jacket as erotic armour. That visual language didn’t just illustrate fantasy , it offered a way for gay men to embody a different kind of masculinity, one that was sexy, assertive and clubroom proud. For many, wearing leather became a deliberate act of visibility and attraction.</w:t>
      </w:r>
      <w:r/>
    </w:p>
    <w:p>
      <w:pPr>
        <w:pStyle w:val="Heading2"/>
      </w:pPr>
      <w:r>
        <w:t>Cinema, designers and the jacket’s enduring appeal</w:t>
      </w:r>
      <w:r/>
    </w:p>
    <w:p>
      <w:r/>
      <w:r>
        <w:t>Fashion critics and archives chart a steady parade of films and designers who fed the jacket’s mystique, from biker movies to runway reinterpretations. Cannes retrospectives and museum displays show how the same hardware , zips, epaulettes, belts , gets repurposed season after season. The takeaway for shoppers: look for quality tanning and hardware if you want the piece to age into personality rather than crack or flap.</w:t>
      </w:r>
      <w:r/>
    </w:p>
    <w:p>
      <w:pPr>
        <w:pStyle w:val="Heading2"/>
      </w:pPr>
      <w:r>
        <w:t>Practical tips: choose a jacket that suits your story</w:t>
      </w:r>
      <w:r/>
    </w:p>
    <w:p>
      <w:r/>
      <w:r>
        <w:t>Decide what you want the jacket to say. A heavy cowhide biker reads like a manifesto: stiff at first, it softens into character. Lamb leather is quieter, softer and friendlier for everyday wear. Fit matters: a cropped cut exaggerates posture, a roomier coat reads utilitarian. And care counts , leather conditioner and mindful storage keep scent warm and the grain alive. If you’re buying secondhand, check seams, zips and lining; these small checks tell the tale of how much life is left in the jacket.</w:t>
      </w:r>
      <w:r/>
    </w:p>
    <w:p>
      <w:r/>
      <w:r>
        <w:t>It's a small change of dress that can reshape how you're seen , and how you see yourself.</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[5]</w:t>
        </w:r>
      </w:hyperlink>
      <w:r>
        <w:t xml:space="preserve">, </w:t>
      </w:r>
      <w:hyperlink r:id="rId13">
        <w:r>
          <w:rPr>
            <w:color w:val="0000EE"/>
            <w:u w:val="single"/>
          </w:rPr>
          <w:t>[4]</w:t>
        </w:r>
      </w:hyperlink>
      <w:r>
        <w:t xml:space="preserve">- Paragraph 3: </w:t>
      </w:r>
      <w:hyperlink r:id="rId9">
        <w:r>
          <w:rPr>
            <w:color w:val="0000EE"/>
            <w:u w:val="single"/>
          </w:rPr>
          <w:t>[1]</w:t>
        </w:r>
      </w:hyperlink>
      <w:r>
        <w:t xml:space="preserve">, </w:t>
      </w:r>
      <w:hyperlink r:id="rId14">
        <w:r>
          <w:rPr>
            <w:color w:val="0000EE"/>
            <w:u w:val="single"/>
          </w:rPr>
          <w:t>[6]</w:t>
        </w:r>
      </w:hyperlink>
      <w:r>
        <w:t xml:space="preserve">- Paragraph 4: </w:t>
      </w:r>
      <w:hyperlink r:id="rId13">
        <w:r>
          <w:rPr>
            <w:color w:val="0000EE"/>
            <w:u w:val="single"/>
          </w:rPr>
          <w:t>[4]</w:t>
        </w:r>
      </w:hyperlink>
      <w:r>
        <w:t xml:space="preserve">, </w:t>
      </w:r>
      <w:hyperlink r:id="rId10">
        <w:r>
          <w:rPr>
            <w:color w:val="0000EE"/>
            <w:u w:val="single"/>
          </w:rPr>
          <w:t>[2]</w:t>
        </w:r>
      </w:hyperlink>
      <w:r>
        <w:t xml:space="preserve">- Paragraph 5: </w:t>
      </w:r>
      <w:hyperlink r:id="rId11">
        <w:r>
          <w:rPr>
            <w:color w:val="0000EE"/>
            <w:u w:val="single"/>
          </w:rPr>
          <w:t>[3]</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https://theartofgaystyle.substack.com/p/tom-of-finland-and-marlon-brando</w:t>
        </w:r>
      </w:hyperlink>
      <w:r>
        <w:t xml:space="preserve"> - Please view link - unable to able to access data</w:t>
      </w:r>
      <w:r/>
    </w:p>
    <w:p>
      <w:pPr>
        <w:pStyle w:val="ListNumber"/>
        <w:spacing w:line="240" w:lineRule="auto"/>
        <w:ind w:left="720"/>
      </w:pPr>
      <w:r/>
      <w:hyperlink r:id="rId10">
        <w:r>
          <w:rPr>
            <w:color w:val="0000EE"/>
            <w:u w:val="single"/>
          </w:rPr>
          <w:t>https://www.cbsnews.com/news/leather-jacket-an-iconic-shorthand-for-cool/</w:t>
        </w:r>
      </w:hyperlink>
      <w:r>
        <w:t xml:space="preserve"> - This article discusses the cultural significance of the black leather jacket, tracing its evolution from a protective garment to a symbol of rebellion and coolness. It highlights Marlon Brando's iconic portrayal in 'The Wild One' (1953), where his character's leather jacket became emblematic of defiance and masculinity. The piece also explores how the jacket's association with rebellious youth culture has endured over the decades, influencing fashion and cinema.</w:t>
      </w:r>
      <w:r/>
    </w:p>
    <w:p>
      <w:pPr>
        <w:pStyle w:val="ListNumber"/>
        <w:spacing w:line="240" w:lineRule="auto"/>
        <w:ind w:left="720"/>
      </w:pPr>
      <w:r/>
      <w:hyperlink r:id="rId11">
        <w:r>
          <w:rPr>
            <w:color w:val="0000EE"/>
            <w:u w:val="single"/>
          </w:rPr>
          <w:t>https://www.theguardian.com/lifeandstyle/2009/jan/09/fashion-leather-jackets</w:t>
        </w:r>
      </w:hyperlink>
      <w:r>
        <w:t xml:space="preserve"> - This piece examines the resurgence of leather jackets in men's fashion, focusing on their historical roots and cultural impact. It references Marlon Brando's portrayal in 'The Wild One' (1953), noting how his leather jacket became a symbol of masculinity and rebellion. The article also discusses the jacket's evolution and its place in contemporary fashion, highlighting its enduring appeal and versatility.</w:t>
      </w:r>
      <w:r/>
    </w:p>
    <w:p>
      <w:pPr>
        <w:pStyle w:val="ListNumber"/>
        <w:spacing w:line="240" w:lineRule="auto"/>
        <w:ind w:left="720"/>
      </w:pPr>
      <w:r/>
      <w:hyperlink r:id="rId13">
        <w:r>
          <w:rPr>
            <w:color w:val="0000EE"/>
            <w:u w:val="single"/>
          </w:rPr>
          <w:t>https://www.maraleatherstore.com/blogs/blog/leather-jackets-influence-in-pop-culture-and-cinema</w:t>
        </w:r>
      </w:hyperlink>
      <w:r>
        <w:t xml:space="preserve"> - This blog post explores the influence of leather jackets in pop culture and cinema, emphasizing their role as symbols of rebellion and nonconformity. It highlights Marlon Brando's iconic role in 'The Wild One' (1953), where his character's leather jacket became synonymous with defiance. The article also discusses the jacket's adoption by various subcultures and its lasting impact on fashion trends.</w:t>
      </w:r>
      <w:r/>
    </w:p>
    <w:p>
      <w:pPr>
        <w:pStyle w:val="ListNumber"/>
        <w:spacing w:line="240" w:lineRule="auto"/>
        <w:ind w:left="720"/>
      </w:pPr>
      <w:r/>
      <w:hyperlink r:id="rId12">
        <w:r>
          <w:rPr>
            <w:color w:val="0000EE"/>
            <w:u w:val="single"/>
          </w:rPr>
          <w:t>https://www.eonline.com/news/695028/a-brief-history-of-how-the-leather-jacket-went-from-military-uniform-to-iconic-fashion-staple</w:t>
        </w:r>
      </w:hyperlink>
      <w:r>
        <w:t xml:space="preserve"> - This article traces the history of the leather jacket, from its origins as a military uniform to its status as a fashion staple. It highlights Marlon Brando's role in popularizing the leather jacket through his portrayal in 'The Wild One' (1953), where his character's jacket became a symbol of rebellion and masculinity. The piece also discusses the jacket's influence on subsequent generations and its place in contemporary fashion.</w:t>
      </w:r>
      <w:r/>
    </w:p>
    <w:p>
      <w:pPr>
        <w:pStyle w:val="ListNumber"/>
        <w:spacing w:line="240" w:lineRule="auto"/>
        <w:ind w:left="720"/>
      </w:pPr>
      <w:r/>
      <w:hyperlink r:id="rId14">
        <w:r>
          <w:rPr>
            <w:color w:val="0000EE"/>
            <w:u w:val="single"/>
          </w:rPr>
          <w:t>https://www.youtube.com/watch?v=ETm6JBWtiAk</w:t>
        </w:r>
      </w:hyperlink>
      <w:r>
        <w:t xml:space="preserve"> - This video explores the connection between Marlon Brando's portrayal in 'The Wild One' (1953) and Tom of Finland's leather biker art. It discusses how Brando's character influenced the visual representation of gay leather culture and how Tom of Finland's artwork captured and amplified this aesthetic. The video provides insights into the cultural impact of both figures and their contributions to the gay leather scene.</w:t>
      </w:r>
      <w:r/>
    </w:p>
    <w:p>
      <w:pPr>
        <w:pStyle w:val="ListNumber"/>
        <w:spacing w:line="240" w:lineRule="auto"/>
        <w:ind w:left="720"/>
      </w:pPr>
      <w:r/>
      <w:hyperlink r:id="rId15">
        <w:r>
          <w:rPr>
            <w:color w:val="0000EE"/>
            <w:u w:val="single"/>
          </w:rPr>
          <w:t>https://en.wikipedia.org/wiki/Marlon_Brando</w:t>
        </w:r>
      </w:hyperlink>
      <w:r>
        <w:t xml:space="preserve"> - This Wikipedia article provides a comprehensive overview of Marlon Brando's life and career, including his portrayal of Johnny Strabler in 'The Wild One' (1953). It discusses how this role influenced youth culture and fashion, particularly the adoption of the leather jacket as a symbol of rebellion and masculinity. The article also covers Brando's broader impact on cinema and popular culture.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artofgaystyle.substack.com/p/tom-of-finland-and-marlon-brando" TargetMode="External"/><Relationship Id="rId10" Type="http://schemas.openxmlformats.org/officeDocument/2006/relationships/hyperlink" Target="https://www.cbsnews.com/news/leather-jacket-an-iconic-shorthand-for-cool/" TargetMode="External"/><Relationship Id="rId11" Type="http://schemas.openxmlformats.org/officeDocument/2006/relationships/hyperlink" Target="https://www.theguardian.com/lifeandstyle/2009/jan/09/fashion-leather-jackets" TargetMode="External"/><Relationship Id="rId12" Type="http://schemas.openxmlformats.org/officeDocument/2006/relationships/hyperlink" Target="https://www.eonline.com/news/695028/a-brief-history-of-how-the-leather-jacket-went-from-military-uniform-to-iconic-fashion-staple" TargetMode="External"/><Relationship Id="rId13" Type="http://schemas.openxmlformats.org/officeDocument/2006/relationships/hyperlink" Target="https://www.maraleatherstore.com/blogs/blog/leather-jackets-influence-in-pop-culture-and-cinema" TargetMode="External"/><Relationship Id="rId14" Type="http://schemas.openxmlformats.org/officeDocument/2006/relationships/hyperlink" Target="https://www.youtube.com/watch?v=ETm6JBWtiAk" TargetMode="External"/><Relationship Id="rId15" Type="http://schemas.openxmlformats.org/officeDocument/2006/relationships/hyperlink" Target="https://en.wikipedia.org/wiki/Marlon_Brand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