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Holmfirth Pride Guide 2026: What to See, Do and Where to Eat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 music and community spirit as Holmfirth Pride returns for a bigger, free day out , locals and visitors alike are invited to enjoy live music, drag performances, family activities and independent shops across the town on Saturday 25 July.</w:t>
      </w:r>
      <w:r/>
    </w:p>
    <w:p>
      <w:r/>
      <w:r>
        <w:t>Essential takeaways</w:t>
      </w:r>
      <w:r/>
      <w:r/>
    </w:p>
    <w:p>
      <w:pPr>
        <w:pStyle w:val="ListBullet"/>
        <w:spacing w:line="240" w:lineRule="auto"/>
        <w:ind w:left="720"/>
      </w:pPr>
      <w:r/>
      <w:r>
        <w:rPr>
          <w:b/>
        </w:rPr>
        <w:t>Date and vibe:</w:t>
      </w:r>
      <w:r>
        <w:t xml:space="preserve"> Holmfirth Pride takes place on Saturday 25 July, a free, volunteer-run celebration with a friendly, inclusive atmosphere.</w:t>
      </w:r>
      <w:r/>
    </w:p>
    <w:p>
      <w:pPr>
        <w:pStyle w:val="ListBullet"/>
        <w:spacing w:line="240" w:lineRule="auto"/>
        <w:ind w:left="720"/>
      </w:pPr>
      <w:r/>
      <w:r>
        <w:rPr>
          <w:b/>
        </w:rPr>
        <w:t>Highlights:</w:t>
      </w:r>
      <w:r>
        <w:t xml:space="preserve"> Main stage music, Holmfirth Does Drag Race, drag shows, puppy parade, kids’ arts, yoga, zumba and circus workshops.</w:t>
      </w:r>
      <w:r/>
    </w:p>
    <w:p>
      <w:pPr>
        <w:pStyle w:val="ListBullet"/>
        <w:spacing w:line="240" w:lineRule="auto"/>
        <w:ind w:left="720"/>
      </w:pPr>
      <w:r/>
      <w:r>
        <w:rPr>
          <w:b/>
        </w:rPr>
        <w:t>Community backbone:</w:t>
      </w:r>
      <w:r>
        <w:t xml:space="preserve"> The event began as a response to a homophobic attack and is now a growing symbol of visibility, kindness and solidarity.</w:t>
      </w:r>
      <w:r/>
    </w:p>
    <w:p>
      <w:pPr>
        <w:pStyle w:val="ListBullet"/>
        <w:spacing w:line="240" w:lineRule="auto"/>
        <w:ind w:left="720"/>
      </w:pPr>
      <w:r/>
      <w:r>
        <w:rPr>
          <w:b/>
        </w:rPr>
        <w:t>Practical notes:</w:t>
      </w:r>
      <w:r>
        <w:t xml:space="preserve"> Bring comfy shoes for town trails, plan café stops, and follow the official programme at the YourHolmfirth event page for times and locations.</w:t>
      </w:r>
      <w:r/>
    </w:p>
    <w:p>
      <w:pPr>
        <w:pStyle w:val="ListBullet"/>
        <w:spacing w:line="240" w:lineRule="auto"/>
        <w:ind w:left="720"/>
      </w:pPr>
      <w:r/>
      <w:r>
        <w:rPr>
          <w:b/>
        </w:rPr>
        <w:t>Family-friendly feel:</w:t>
      </w:r>
      <w:r>
        <w:t xml:space="preserve"> There’s plenty for children and families , art activities, circus sessions and relaxed daytime entertainment.</w:t>
      </w:r>
      <w:r/>
      <w:r/>
    </w:p>
    <w:p>
      <w:pPr>
        <w:pStyle w:val="Heading2"/>
      </w:pPr>
      <w:r>
        <w:t>Why Holmfirth Pride matters this summer</w:t>
      </w:r>
      <w:r/>
    </w:p>
    <w:p>
      <w:r/>
      <w:r>
        <w:t>Holmfirth Pride isn’t just another festival , it started as a local response to an ugly incident and has become a warm, visible answer: love, not hate. You’ll feel it in the streets, where rainbow bunting meets small-business windows and conversations are as easy as the music. Organisers say the turnout last year was overwhelming, so expect a lively, optimistic crowd.</w:t>
      </w:r>
      <w:r/>
    </w:p>
    <w:p>
      <w:r/>
      <w:r>
        <w:t>The grassroots origin gives the event a different texture to bigger, more commercial Prides. It’s volunteer-run, so there’s a friendly, handmade energy , think community stalls rather than corporate tents. If you want to support local causes and enjoy an authentic day out, this is the place to be.</w:t>
      </w:r>
      <w:r/>
    </w:p>
    <w:p>
      <w:pPr>
        <w:pStyle w:val="Heading2"/>
      </w:pPr>
      <w:r>
        <w:t>What’s on: shows, workshops and things for little ones</w:t>
      </w:r>
      <w:r/>
    </w:p>
    <w:p>
      <w:r/>
      <w:r>
        <w:t>There’s a packed programme designed to cater to all ages. On the main stage you’ll find live bands and DJs, while the much-loved Holmfirth Does Drag Race brings giggles and glitter. For families, a puppy parade (adorable) and children’s art sessions mean younger visitors won’t be left out.</w:t>
      </w:r>
      <w:r/>
    </w:p>
    <w:p>
      <w:r/>
      <w:r>
        <w:t>You’ll also find yoga and zumba for anyone who wants to stretch or dance between acts, plus circus workshops that are great for energetic kids. Check the event page for slot times so you can build a relaxed schedule rather than racing from act to act.</w:t>
      </w:r>
      <w:r/>
    </w:p>
    <w:p>
      <w:pPr>
        <w:pStyle w:val="Heading2"/>
      </w:pPr>
      <w:r>
        <w:t>How to explore Holmfirth while you’re there</w:t>
      </w:r>
      <w:r/>
    </w:p>
    <w:p>
      <w:r/>
      <w:r>
        <w:t>Part of the charm is the town itself: independent shops, cafés and pubs spread across compact streets. Organisers encourage visitors to spend time wandering the town trails and popping into local businesses hosting activities. It’s a good day to treat yourself to a speciality coffee or a slice of cake from a family-run café.</w:t>
      </w:r>
      <w:r/>
    </w:p>
    <w:p>
      <w:r/>
      <w:r>
        <w:t>Practical tip: wear comfortable shoes and plan a few stop-offs. Popular cafés will fill up, so if you’re coming with a group consider an early lunch or a late-afternoon treat after the main performances. A stroll through shop windows is half the fun.</w:t>
      </w:r>
      <w:r/>
    </w:p>
    <w:p>
      <w:pPr>
        <w:pStyle w:val="Heading2"/>
      </w:pPr>
      <w:r>
        <w:t>Safety, inclusivity and community impact</w:t>
      </w:r>
      <w:r/>
    </w:p>
    <w:p>
      <w:r/>
      <w:r>
        <w:t>Holmfirth Pride’s founding was a clear statement against prejudice, and safety remains central. The event is designed to be welcoming to LGBTQ+ people, allies, families and visitors. Volunteers and local organisations work together to keep things friendly and accessible.</w:t>
      </w:r>
      <w:r/>
    </w:p>
    <w:p>
      <w:r/>
      <w:r>
        <w:t>There’s also an economic upside: organisers hope visitors will boost the local economy by exploring shops and eateries. It’s a feel-good day that also channels spending into independent businesses , a tidy win for the town.</w:t>
      </w:r>
      <w:r/>
    </w:p>
    <w:p>
      <w:pPr>
        <w:pStyle w:val="Heading2"/>
      </w:pPr>
      <w:r>
        <w:t>Planning your visit: quick tips and essentials</w:t>
      </w:r>
      <w:r/>
    </w:p>
    <w:p>
      <w:r/>
      <w:r>
        <w:t>Before you go, check the official programme online for stage times and activity locations. Pack sun protection and a lightweight waterproof , typical British weather can swing both ways. If you’re bringing little ones, a meet-up point and a simple plan help avoid stress in crowds.</w:t>
      </w:r>
      <w:r/>
    </w:p>
    <w:p>
      <w:r/>
      <w:r>
        <w:t>If you want to get involved beyond attendance, volunteers and local sponsors helped make the event possible; look out for community stalls and ways to support future editions. And finally, arrive with an open mind and comfy shoes , you’ll get more from the day that way.</w:t>
      </w:r>
      <w:r/>
    </w:p>
    <w:p>
      <w:r/>
      <w:r>
        <w:t>It's a small, colourful celebration with a big heart , worth a day trip for locals and visitors alike.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https://huddersfieldhub.co.uk/shout-it-loud-and-proud-holmfirth-pride-is-back-for-a-fabulous-day-of-fun-and-celebration/</w:t>
        </w:r>
      </w:hyperlink>
      <w:r>
        <w:t xml:space="preserve"> - Please view link - unable to able to access data</w:t>
      </w:r>
      <w:r/>
    </w:p>
    <w:p>
      <w:pPr>
        <w:pStyle w:val="ListNumber"/>
        <w:spacing w:line="240" w:lineRule="auto"/>
        <w:ind w:left="720"/>
      </w:pPr>
      <w:r/>
      <w:hyperlink r:id="rId10">
        <w:r>
          <w:rPr>
            <w:color w:val="0000EE"/>
            <w:u w:val="single"/>
          </w:rPr>
          <w:t>https://yourholmfirth.co.uk/event/holmfirth-pride/</w:t>
        </w:r>
      </w:hyperlink>
      <w:r>
        <w:t xml:space="preserve"> - Holmfirth Pride is set to return on Saturday, 25 July 2026, offering a vibrant day of music, drag performances, art, and family-friendly activities. The event aims to celebrate love, respect, freedom, and acceptance, featuring a diverse lineup of entertainment, including live music, drag shows, and various workshops. The festivities will take place across multiple venues in Holmfirth, with the main stage located at Picturedrome Yard. The organisers hope to create a welcoming space where everyone feels celebrated and included.</w:t>
      </w:r>
      <w:r/>
    </w:p>
    <w:p>
      <w:pPr>
        <w:pStyle w:val="ListNumber"/>
        <w:spacing w:line="240" w:lineRule="auto"/>
        <w:ind w:left="720"/>
      </w:pPr>
      <w:r/>
      <w:hyperlink r:id="rId15">
        <w:r>
          <w:rPr>
            <w:color w:val="0000EE"/>
            <w:u w:val="single"/>
          </w:rPr>
          <w:t>https://www.calderdalepride.com/sponsorship/</w:t>
        </w:r>
      </w:hyperlink>
      <w:r>
        <w:t xml:space="preserve"> - Calderdale Pride is one of the largest events in Calderdale, attracting over 25,000 attendees in 2024. Organised by a dedicated group of volunteers, the event is free and inclusive, aiming to foster acceptance and create a safe space for the LGBTQ+ community. The organisers are seeking sponsorship to support the event, highlighting the opportunity for businesses to engage with a vibrant and loyal community. The event relies on donations, grants, fundraising, and sponsorship to continue its mission of promoting inclusivity and diversity.</w:t>
      </w:r>
      <w:r/>
    </w:p>
    <w:p>
      <w:pPr>
        <w:pStyle w:val="ListNumber"/>
        <w:spacing w:line="240" w:lineRule="auto"/>
        <w:ind w:left="720"/>
      </w:pPr>
      <w:r/>
      <w:hyperlink r:id="rId11">
        <w:r>
          <w:rPr>
            <w:color w:val="0000EE"/>
            <w:u w:val="single"/>
          </w:rPr>
          <w:t>https://www.holmfirthartsfestival.co.uk/haf2023</w:t>
        </w:r>
      </w:hyperlink>
      <w:r>
        <w:t xml:space="preserve"> - The Holmfirth Arts Festival 2023, themed 'Forces of Nature', was inspired by the Peak District National Park's environment and community. Running from May to October, the festival featured a weekend of live music, a parade, street theatre, installations, and new commissions. The event aimed to celebrate the unique landscape and its diverse people, offering a platform for local, national, and international artists to showcase their work. The festival concluded with a lantern parade, 'Light up Honley', bringing the community together in a vibrant celebration.</w:t>
      </w:r>
      <w:r/>
    </w:p>
    <w:p>
      <w:pPr>
        <w:pStyle w:val="ListNumber"/>
        <w:spacing w:line="240" w:lineRule="auto"/>
        <w:ind w:left="720"/>
      </w:pPr>
      <w:r/>
      <w:hyperlink r:id="rId13">
        <w:r>
          <w:rPr>
            <w:color w:val="0000EE"/>
            <w:u w:val="single"/>
          </w:rPr>
          <w:t>https://www.holmfirthartsfestival.co.uk/event-details/hepworth-band</w:t>
        </w:r>
      </w:hyperlink>
      <w:r>
        <w:t xml:space="preserve"> - The Hepworth Band, formed in 1882, is one of the UK's oldest brass bands. In 2023, they performed a specially selected programme reflecting the Holmfirth Arts Festival theme 'Forces of Nature'. The band has a rich history, maintaining Championship status for over 20 years and representing Yorkshire at the National Brass Band Championships of Great Britain at the Royal Albert Hall on four occasions. The concert, held at St David's Hall in Holmbridge, was part of the festival's diverse lineup of events celebrating the region's musical heritage.</w:t>
      </w:r>
      <w:r/>
    </w:p>
    <w:p>
      <w:pPr>
        <w:pStyle w:val="ListNumber"/>
        <w:spacing w:line="240" w:lineRule="auto"/>
        <w:ind w:left="720"/>
      </w:pPr>
      <w:r/>
      <w:hyperlink r:id="rId14">
        <w:r>
          <w:rPr>
            <w:color w:val="0000EE"/>
            <w:u w:val="single"/>
          </w:rPr>
          <w:t>https://keighleypride.org/</w:t>
        </w:r>
      </w:hyperlink>
      <w:r>
        <w:t xml:space="preserve"> - Keighley Pride 2024 is scheduled for Saturday, 10 August, at Cougar Park from 1pm to 10pm. The event includes a gala with music, entertainment, stalls, and youth activities from 1pm to 5pm, followed by a 'Chillax' session with light music from 5pm to 7pm, and an evening concert featuring Marigold Addams, karaoke, and a DJ from 7pm to 10pm. Keighley Pride aims to support LGBTQIA+ individuals in the Keighley area, promoting acceptance, tolerance, equality, and diversity within the community.</w:t>
      </w:r>
      <w:r/>
    </w:p>
    <w:p>
      <w:pPr>
        <w:pStyle w:val="ListNumber"/>
        <w:spacing w:line="240" w:lineRule="auto"/>
        <w:ind w:left="720"/>
      </w:pPr>
      <w:r/>
      <w:hyperlink r:id="rId12">
        <w:r>
          <w:rPr>
            <w:color w:val="0000EE"/>
            <w:u w:val="single"/>
          </w:rPr>
          <w:t>https://www.yorkshire.com/news/holmfirth-arts-festival</w:t>
        </w:r>
      </w:hyperlink>
      <w:r>
        <w:t xml:space="preserve"> - The Holmfirth Arts Festival 2024, themed 'FLOW', draws inspiration from the River Holme and the surrounding landscape. Running from June to September across the Holme Valley, the festival aims to provide a diverse, inclusive, and accessible cultural experience for all attendees. The theme celebrates the dynamic interplay between the environment, the community, and the artists, reflecting the festival's mission to produce engaging and life-enhancing events inspired by the local landscape.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uddersfieldhub.co.uk/shout-it-loud-and-proud-holmfirth-pride-is-back-for-a-fabulous-day-of-fun-and-celebration/" TargetMode="External"/><Relationship Id="rId10" Type="http://schemas.openxmlformats.org/officeDocument/2006/relationships/hyperlink" Target="https://yourholmfirth.co.uk/event/holmfirth-pride/" TargetMode="External"/><Relationship Id="rId11" Type="http://schemas.openxmlformats.org/officeDocument/2006/relationships/hyperlink" Target="https://www.holmfirthartsfestival.co.uk/haf2023" TargetMode="External"/><Relationship Id="rId12" Type="http://schemas.openxmlformats.org/officeDocument/2006/relationships/hyperlink" Target="https://www.yorkshire.com/news/holmfirth-arts-festival" TargetMode="External"/><Relationship Id="rId13" Type="http://schemas.openxmlformats.org/officeDocument/2006/relationships/hyperlink" Target="https://www.holmfirthartsfestival.co.uk/event-details/hepworth-band" TargetMode="External"/><Relationship Id="rId14" Type="http://schemas.openxmlformats.org/officeDocument/2006/relationships/hyperlink" Target="https://keighleypride.org/" TargetMode="External"/><Relationship Id="rId15" Type="http://schemas.openxmlformats.org/officeDocument/2006/relationships/hyperlink" Target="https://www.calderdalepride.com/sponso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