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High Heels Hurray Moments from WorldPride Amsterdam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passers-by turned their heads as a boat of drag queens glided from the Stopera to the H’art Museum, kicking off the Shakespeare Club’s WorldPride programme with colour, music and a fierce reminder that visibility still matters. Here’s what happened, why it matters, and how to join in safely.</w:t>
      </w:r>
      <w:r/>
    </w:p>
    <w:p>
      <w:r/>
      <w:r>
        <w:t>Essential Takeaways</w:t>
      </w:r>
      <w:r/>
      <w:r/>
    </w:p>
    <w:p>
      <w:pPr>
        <w:pStyle w:val="ListBullet"/>
        <w:spacing w:line="240" w:lineRule="auto"/>
        <w:ind w:left="720"/>
      </w:pPr>
      <w:r/>
      <w:r>
        <w:rPr>
          <w:b/>
        </w:rPr>
        <w:t>Opening spectacle:</w:t>
      </w:r>
      <w:r>
        <w:t xml:space="preserve"> A boat full of international drag performers arrived at the former Hermitage pier and processed to the H’art Museum along a red carpet, creating a theatrical, celebratory vibe.</w:t>
      </w:r>
      <w:r/>
    </w:p>
    <w:p>
      <w:pPr>
        <w:pStyle w:val="ListBullet"/>
        <w:spacing w:line="240" w:lineRule="auto"/>
        <w:ind w:left="720"/>
      </w:pPr>
      <w:r/>
      <w:r>
        <w:rPr>
          <w:b/>
        </w:rPr>
        <w:t>Historic roots:</w:t>
      </w:r>
      <w:r>
        <w:t xml:space="preserve"> The Shakespeare Club started in 1947 as a book club and now, revived a decade ago, functions as a cultural platform to boost LGBTQ+ visibility.</w:t>
      </w:r>
      <w:r/>
    </w:p>
    <w:p>
      <w:pPr>
        <w:pStyle w:val="ListBullet"/>
        <w:spacing w:line="240" w:lineRule="auto"/>
        <w:ind w:left="720"/>
      </w:pPr>
      <w:r/>
      <w:r>
        <w:rPr>
          <w:b/>
        </w:rPr>
        <w:t>Community emphasis:</w:t>
      </w:r>
      <w:r>
        <w:t xml:space="preserve"> Speakers highlighted drag as an age-old form of self-expression and called for ongoing vigilance about safety and reporting hate incidents.</w:t>
      </w:r>
      <w:r/>
    </w:p>
    <w:p>
      <w:pPr>
        <w:pStyle w:val="ListBullet"/>
        <w:spacing w:line="240" w:lineRule="auto"/>
        <w:ind w:left="720"/>
      </w:pPr>
      <w:r/>
      <w:r>
        <w:rPr>
          <w:b/>
        </w:rPr>
        <w:t>Practical support:</w:t>
      </w:r>
      <w:r>
        <w:t xml:space="preserve"> Roze in Blauw and the police urged people to report attacks, saying every report helps build better protection and insight.</w:t>
      </w:r>
      <w:r/>
    </w:p>
    <w:p>
      <w:pPr>
        <w:pStyle w:val="ListBullet"/>
        <w:spacing w:line="240" w:lineRule="auto"/>
        <w:ind w:left="720"/>
      </w:pPr>
      <w:r/>
      <w:r>
        <w:rPr>
          <w:b/>
        </w:rPr>
        <w:t>Atmosphere:</w:t>
      </w:r>
      <w:r>
        <w:t xml:space="preserve"> Expect rain, singers in sequins, and warm speeches , a mix of spectacle, tenderness and civic urgency.</w:t>
      </w:r>
      <w:r/>
      <w:r/>
    </w:p>
    <w:p>
      <w:pPr>
        <w:pStyle w:val="Heading2"/>
      </w:pPr>
      <w:r>
        <w:t>A boat, a red carpet and a downpour , a proper Amsterdam welcome</w:t>
      </w:r>
      <w:r/>
    </w:p>
    <w:p>
      <w:r/>
      <w:r>
        <w:t>A flotilla of glitter arrived by water, and it was a perfectly theatrical Amsterdam moment: drags stepped ashore beneath a sky that obligingly began to drizzle while Dolly Bellefleur broke into Singin’ in the Rain. The visual , wet sequins, high heels tapping on a red carpet , felt both joyful and intimate, like a street theatre piece shared with the city. According to Pride Amsterdam, the event marked the Shakespeare Club’s official WorldPride opening and set the tone for two weeks of activity.</w:t>
      </w:r>
      <w:r/>
    </w:p>
    <w:p>
      <w:pPr>
        <w:pStyle w:val="Heading2"/>
      </w:pPr>
      <w:r>
        <w:t>From book club to cultural platform , the Shakespeare Club’s curious history</w:t>
      </w:r>
      <w:r/>
    </w:p>
    <w:p>
      <w:r/>
      <w:r>
        <w:t>The Shakespeare Club began in 1947 as a discreet literary society and later became part of the COC umbrella when that organisation formed. Ten years ago the club was given fresh purpose: not just books but a public-facing programme to boost visibility for LGBTQ+ lives. The club’s pivot mirrors wider trends where heritage organisations repurpose quiet histories into active cultural programmes, and the Shakespeare Club’s calendar now includes exhibitions and performances at the H’art Museum.</w:t>
      </w:r>
      <w:r/>
    </w:p>
    <w:p>
      <w:pPr>
        <w:pStyle w:val="Heading2"/>
      </w:pPr>
      <w:r>
        <w:t>Why drag matters here , art, identity and civic memory</w:t>
      </w:r>
      <w:r/>
    </w:p>
    <w:p>
      <w:r/>
      <w:r>
        <w:t>Speakers at the H’art Museum framed drag as an ancient and resilient form of self-expression, linking modern performances to theatrical traditions from antiquity through La Cage aux Folles. Annabelle Birnie, director of the H’art Museum, reminded the audience that drag performers stand on the shoulders of many who shaped public life and identity. It’s a useful reminder: these events are celebration and cultural education in one, and they help younger people see themselves reflected on stage and in public spaces.</w:t>
      </w:r>
      <w:r/>
    </w:p>
    <w:p>
      <w:pPr>
        <w:pStyle w:val="Heading2"/>
      </w:pPr>
      <w:r>
        <w:t>Safety isn’t a given , report incidents and use the support lines</w:t>
      </w:r>
      <w:r/>
    </w:p>
    <w:p>
      <w:r/>
      <w:r>
        <w:t>Among the pomp there was a sober message. Police and COC leaders emphasised that Amsterdam’s reputation for tolerance requires active work to protect people. A recent attack in Amersfoort was cited as proof that prejudice hasn’t disappeared, and organisers urged people to report abuse , every report helps police and groups like Roze in Blauw build a clearer picture and respond. If you’re attending events, note the available support numbers and don’t assume reporting is pointless; organisers say those calls matter.</w:t>
      </w:r>
      <w:r/>
    </w:p>
    <w:p>
      <w:pPr>
        <w:pStyle w:val="Heading2"/>
      </w:pPr>
      <w:r>
        <w:t>How to enjoy High Heels Hurray and other WorldPride events</w:t>
      </w:r>
      <w:r/>
    </w:p>
    <w:p>
      <w:r/>
      <w:r>
        <w:t>Go early if you want a good view of the procession and bring a light waterproof , sequins look magical in the rain but soggy shoes don’t. Look out for programmed talks, exhibitions and performances at the H’art Museum over the coming weeks, including stage pieces such as The Importance of Being Barrie. If you take photos, be mindful of people’s boundaries and ask before posting close-up images. Finally, if you see something that worries you, let staff or a safety volunteer know , small gestures keep the party safe.</w:t>
      </w:r>
      <w:r/>
    </w:p>
    <w:p>
      <w:r/>
      <w:r>
        <w:t>It's a small change that can make every celebration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[7]</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https://www.parool.nl/worldpride-amsterdam-2026/dragqueens-vieren-high-heels-hurray-maar-laten-we-niet-doen-alsof-het-in-amsterdam-zoveel-beter-is~bec603cca/</w:t>
        </w:r>
      </w:hyperlink>
      <w:r>
        <w:t xml:space="preserve"> - Please view link - unable to able to access data</w:t>
      </w:r>
      <w:r/>
    </w:p>
    <w:p>
      <w:pPr>
        <w:pStyle w:val="ListNumber"/>
        <w:spacing w:line="240" w:lineRule="auto"/>
        <w:ind w:left="720"/>
      </w:pPr>
      <w:r/>
      <w:hyperlink r:id="rId10">
        <w:r>
          <w:rPr>
            <w:color w:val="0000EE"/>
            <w:u w:val="single"/>
          </w:rPr>
          <w:t>https://pride.amsterdam/en/event/high-heels-hurray-opening-coc-amsterdam-e-o-shakespeare-club/</w:t>
        </w:r>
      </w:hyperlink>
      <w:r>
        <w:t xml:space="preserve"> - The High Heels Hurray! event marks the grand opening of the COC Amsterdam and Surrounding Areas Shakespeare Club during WorldPride Amsterdam 2026. Scheduled for Wednesday, 22 July 2026, from 14:30 to 17:00 at the H’ART Museum, the event features drag queens and drag kings arriving by boat, with Dolly Bellefleur offering a unique welcome. The Shakespeare Club, established in 2016, aims to enhance the visibility and empowerment of the LGBTQI+ community in Amsterdam and the surrounding region. The dynamic programme for this special edition is currently in development and promises to be as vibrant as ever. (</w:t>
      </w:r>
      <w:hyperlink r:id="rId16">
        <w:r>
          <w:rPr>
            <w:color w:val="0000EE"/>
            <w:u w:val="single"/>
          </w:rPr>
          <w:t>pride.amsterdam</w:t>
        </w:r>
      </w:hyperlink>
      <w:r>
        <w:t>)</w:t>
      </w:r>
      <w:r/>
    </w:p>
    <w:p>
      <w:pPr>
        <w:pStyle w:val="ListNumber"/>
        <w:spacing w:line="240" w:lineRule="auto"/>
        <w:ind w:left="720"/>
      </w:pPr>
      <w:r/>
      <w:hyperlink r:id="rId12">
        <w:r>
          <w:rPr>
            <w:color w:val="0000EE"/>
            <w:u w:val="single"/>
          </w:rPr>
          <w:t>https://www.cocamsterdam.nl/en/shakespeareclub/</w:t>
        </w:r>
      </w:hyperlink>
      <w:r>
        <w:t xml:space="preserve"> - The Shakespeare Club, founded in 1946, was initially a gathering for LGBTQ+ individuals in the Netherlands. In 2016, it was revived during Amsterdam Pride's cultural programme as the COC's Shakespeare Club festival. The event aims to strengthen the visibility and empowerment of the LGBTQI+ community in Amsterdam and the surrounding area. The 11th edition of the Shakespeare Club is scheduled from 22 to 31 July 2026 at the H’ART Museum, bringing together voices from diverse generations and communities. (</w:t>
      </w:r>
      <w:hyperlink r:id="rId17">
        <w:r>
          <w:rPr>
            <w:color w:val="0000EE"/>
            <w:u w:val="single"/>
          </w:rPr>
          <w:t>cocamsterdam.nl</w:t>
        </w:r>
      </w:hyperlink>
      <w:r>
        <w:t>)</w:t>
      </w:r>
      <w:r/>
    </w:p>
    <w:p>
      <w:pPr>
        <w:pStyle w:val="ListNumber"/>
        <w:spacing w:line="240" w:lineRule="auto"/>
        <w:ind w:left="720"/>
      </w:pPr>
      <w:r/>
      <w:hyperlink r:id="rId14">
        <w:r>
          <w:rPr>
            <w:color w:val="0000EE"/>
            <w:u w:val="single"/>
          </w:rPr>
          <w:t>https://www.cocamsterdam.nl/en/shakespeareclub/over-shakespeareclub/</w:t>
        </w:r>
      </w:hyperlink>
      <w:r>
        <w:t xml:space="preserve"> - COC's Shakespeare Club originated in 2016 as an event with the goal of strengthening the visibility and empowerment of the LGBTQI+ community in Amsterdam and the surrounding area. Today, COC's Shakespeare Club in Amsterdam has become a socio-cultural phenomenon where just that is the focus: a safe and joyful place to be, and show, who you are. Every year we organize this joyous event at the beginning of summer. (</w:t>
      </w:r>
      <w:hyperlink r:id="rId18">
        <w:r>
          <w:rPr>
            <w:color w:val="0000EE"/>
            <w:u w:val="single"/>
          </w:rPr>
          <w:t>cocamsterdam.nl</w:t>
        </w:r>
      </w:hyperlink>
      <w:r>
        <w:t>)</w:t>
      </w:r>
      <w:r/>
    </w:p>
    <w:p>
      <w:pPr>
        <w:pStyle w:val="ListNumber"/>
        <w:spacing w:line="240" w:lineRule="auto"/>
        <w:ind w:left="720"/>
      </w:pPr>
      <w:r/>
      <w:hyperlink r:id="rId11">
        <w:r>
          <w:rPr>
            <w:color w:val="0000EE"/>
            <w:u w:val="single"/>
          </w:rPr>
          <w:t>https://www.hartmuseum.nl/en/activities/high-heels-hurray-2026/</w:t>
        </w:r>
      </w:hyperlink>
      <w:r>
        <w:t xml:space="preserve"> - The High Heels Hurray! event marks the grand opening of the COC Amsterdam and Surrounding Areas Shakespeare Club during WorldPride Amsterdam 2026. Scheduled for Wednesday, 22 July 2026, from 14:30 to 17:00 at the H’ART Museum, the event features drag queens and drag kings arriving by boat, with Dolly Bellefleur offering a unique welcome. The Shakespeare Club, established in 2016, aims to enhance the visibility and empowerment of the LGBTQI+ community in Amsterdam and the surrounding region. The dynamic programme for this special edition is currently in development and promises to be as vibrant as ever. (</w:t>
      </w:r>
      <w:hyperlink r:id="rId19">
        <w:r>
          <w:rPr>
            <w:color w:val="0000EE"/>
            <w:u w:val="single"/>
          </w:rPr>
          <w:t>hartmuseum.nl</w:t>
        </w:r>
      </w:hyperlink>
      <w:r>
        <w:t>)</w:t>
      </w:r>
      <w:r/>
    </w:p>
    <w:p>
      <w:pPr>
        <w:pStyle w:val="ListNumber"/>
        <w:spacing w:line="240" w:lineRule="auto"/>
        <w:ind w:left="720"/>
      </w:pPr>
      <w:r/>
      <w:hyperlink r:id="rId13">
        <w:r>
          <w:rPr>
            <w:color w:val="0000EE"/>
            <w:u w:val="single"/>
          </w:rPr>
          <w:t>https://shakespeareclub.nl/en/about/</w:t>
        </w:r>
      </w:hyperlink>
      <w:r>
        <w:t xml:space="preserve"> - The Shakespeare Club was founded in 1946. The very first meeting with an attendance of 150 people, immediately marked a first for the Netherlands. Before that time, never had so many pink men and women met in the Netherlands. The name has since been changed to COC (Culture and Entertainment Center). Since Europride in 2016, the Shakespeare Club has been revived during the cultural program of Amsterdam Pride, in the form of the COC’s Shakespeare Club festival. (</w:t>
      </w:r>
      <w:hyperlink r:id="rId20">
        <w:r>
          <w:rPr>
            <w:color w:val="0000EE"/>
            <w:u w:val="single"/>
          </w:rPr>
          <w:t>shakespeareclub.nl</w:t>
        </w:r>
      </w:hyperlink>
      <w:r>
        <w:t>)</w:t>
      </w:r>
      <w:r/>
    </w:p>
    <w:p>
      <w:pPr>
        <w:pStyle w:val="ListNumber"/>
        <w:spacing w:line="240" w:lineRule="auto"/>
        <w:ind w:left="720"/>
      </w:pPr>
      <w:r/>
      <w:hyperlink r:id="rId15">
        <w:r>
          <w:rPr>
            <w:color w:val="0000EE"/>
            <w:u w:val="single"/>
          </w:rPr>
          <w:t>https://www.cocamsterdam.nl/en/nieuws-en-publicaties/programma-shakespeare-club-2026/</w:t>
        </w:r>
      </w:hyperlink>
      <w:r>
        <w:t xml:space="preserve"> - The 11th edition of the COC Amsterdam and Surrounding Areas Shakespeare Club is scheduled from 22 to 31 July 2026. In the historic setting of the H’ART Museum, the Shakespeare Club brings together voices from diverse generations, disciplines, and communities. The dynamic programme for this special edition is currently in development and promises to be as vibrant as ever. (</w:t>
      </w:r>
      <w:hyperlink r:id="rId21">
        <w:r>
          <w:rPr>
            <w:color w:val="0000EE"/>
            <w:u w:val="single"/>
          </w:rPr>
          <w:t>cocamsterdam.nl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dragqueens-vieren-high-heels-hurray-maar-laten-we-niet-doen-alsof-het-in-amsterdam-zoveel-beter-is~bec603cca/" TargetMode="External"/><Relationship Id="rId10" Type="http://schemas.openxmlformats.org/officeDocument/2006/relationships/hyperlink" Target="https://pride.amsterdam/en/event/high-heels-hurray-opening-coc-amsterdam-e-o-shakespeare-club/" TargetMode="External"/><Relationship Id="rId11" Type="http://schemas.openxmlformats.org/officeDocument/2006/relationships/hyperlink" Target="https://www.hartmuseum.nl/en/activities/high-heels-hurray-2026/" TargetMode="External"/><Relationship Id="rId12" Type="http://schemas.openxmlformats.org/officeDocument/2006/relationships/hyperlink" Target="https://www.cocamsterdam.nl/en/shakespeareclub/" TargetMode="External"/><Relationship Id="rId13" Type="http://schemas.openxmlformats.org/officeDocument/2006/relationships/hyperlink" Target="https://shakespeareclub.nl/en/about/" TargetMode="External"/><Relationship Id="rId14" Type="http://schemas.openxmlformats.org/officeDocument/2006/relationships/hyperlink" Target="https://www.cocamsterdam.nl/en/shakespeareclub/over-shakespeareclub/" TargetMode="External"/><Relationship Id="rId15" Type="http://schemas.openxmlformats.org/officeDocument/2006/relationships/hyperlink" Target="https://www.cocamsterdam.nl/en/nieuws-en-publicaties/programma-shakespeare-club-2026/" TargetMode="External"/><Relationship Id="rId16" Type="http://schemas.openxmlformats.org/officeDocument/2006/relationships/hyperlink" Target="https://pride.amsterdam/en/event/high-heels-hurray-opening-coc-amsterdam-e-o-shakespeare-club/?utm_source=openai" TargetMode="External"/><Relationship Id="rId17" Type="http://schemas.openxmlformats.org/officeDocument/2006/relationships/hyperlink" Target="https://www.cocamsterdam.nl/en/shakespeareclub/?utm_source=openai" TargetMode="External"/><Relationship Id="rId18" Type="http://schemas.openxmlformats.org/officeDocument/2006/relationships/hyperlink" Target="https://www.cocamsterdam.nl/en/shakespeareclub/over-shakespeareclub/?utm_source=openai" TargetMode="External"/><Relationship Id="rId19" Type="http://schemas.openxmlformats.org/officeDocument/2006/relationships/hyperlink" Target="https://www.hartmuseum.nl/en/activities/high-heels-hurray-2026/?utm_source=openai" TargetMode="External"/><Relationship Id="rId20" Type="http://schemas.openxmlformats.org/officeDocument/2006/relationships/hyperlink" Target="https://shakespeareclub.nl/en/about/?utm_source=openai" TargetMode="External"/><Relationship Id="rId21" Type="http://schemas.openxmlformats.org/officeDocument/2006/relationships/hyperlink" Target="https://www.cocamsterdam.nl/nieuws-en-publicaties/programma-shakespeare-club-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