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Guide to London Trans+ Pride 2026: Who’s Welcome and Who’s Not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Watchers are talking: London Trans+ Pride has asked the Socialist Workers Party not to attend its 2026 march, a move organisers say protects community wellbeing and keeps the event focused on trans people’s safety and dignity. Here’s what that decision means for attendees, allies and anyone planning to march on 25 July.</w:t>
      </w:r>
      <w:r/>
    </w:p>
    <w:p>
      <w:r/>
      <w:r>
        <w:t>Essential Takeaways</w:t>
      </w:r>
      <w:r/>
      <w:r/>
    </w:p>
    <w:p>
      <w:pPr>
        <w:pStyle w:val="ListBullet"/>
        <w:spacing w:line="240" w:lineRule="auto"/>
        <w:ind w:left="720"/>
      </w:pPr>
      <w:r/>
      <w:r>
        <w:rPr>
          <w:b/>
        </w:rPr>
        <w:t>Date and place:</w:t>
      </w:r>
      <w:r>
        <w:t xml:space="preserve"> London Trans+ Pride takes place on 25 July and centres trans-led programming and a march through the city.</w:t>
      </w:r>
      <w:r/>
    </w:p>
    <w:p>
      <w:pPr>
        <w:pStyle w:val="ListBullet"/>
        <w:spacing w:line="240" w:lineRule="auto"/>
        <w:ind w:left="720"/>
      </w:pPr>
      <w:r/>
      <w:r>
        <w:rPr>
          <w:b/>
        </w:rPr>
        <w:t>Organisers’ concern:</w:t>
      </w:r>
      <w:r>
        <w:t xml:space="preserve"> The group asked the Socialist Workers Party (SWP) not to attend after what it described as disruptive and dehumanising interactions last year.</w:t>
      </w:r>
      <w:r/>
    </w:p>
    <w:p>
      <w:pPr>
        <w:pStyle w:val="ListBullet"/>
        <w:spacing w:line="240" w:lineRule="auto"/>
        <w:ind w:left="720"/>
      </w:pPr>
      <w:r/>
      <w:r>
        <w:rPr>
          <w:b/>
        </w:rPr>
        <w:t>Safety-first stance:</w:t>
      </w:r>
      <w:r>
        <w:t xml:space="preserve"> Organisers stress community wellbeing and survivor-centred values as reasons for the request.</w:t>
      </w:r>
      <w:r/>
    </w:p>
    <w:p>
      <w:pPr>
        <w:pStyle w:val="ListBullet"/>
        <w:spacing w:line="240" w:lineRule="auto"/>
        <w:ind w:left="720"/>
      </w:pPr>
      <w:r/>
      <w:r>
        <w:rPr>
          <w:b/>
        </w:rPr>
        <w:t>Political limits:</w:t>
      </w:r>
      <w:r>
        <w:t xml:space="preserve"> This follows a wider trend of Pride events restricting party participation to protect marginalised groups.</w:t>
      </w:r>
      <w:r/>
    </w:p>
    <w:p>
      <w:pPr>
        <w:pStyle w:val="ListBullet"/>
        <w:spacing w:line="240" w:lineRule="auto"/>
        <w:ind w:left="720"/>
      </w:pPr>
      <w:r/>
      <w:r>
        <w:rPr>
          <w:b/>
        </w:rPr>
        <w:t>Practical vibe:</w:t>
      </w:r>
      <w:r>
        <w:t xml:space="preserve"> Expect a trans-focused, community-centred atmosphere , inclusive allyship here looks like listening and following organisers’ guidance.</w:t>
      </w:r>
      <w:r/>
      <w:r/>
    </w:p>
    <w:p>
      <w:r/>
      <w:r>
        <w:t>Why organisers asked a political group not to march</w:t>
      </w:r>
      <w:r/>
    </w:p>
    <w:p>
      <w:r/>
      <w:r>
        <w:t>London Trans+ Pride has been explicit: they contacted the Socialist Workers Party repeatedly and received no meaningful response, so they publicly asked the party not to attend the 2026 march. The organisers say last year’s interactions with SWP volunteers were “disruptive, disrespectful and dehumanising,” and that decision-making boils down to protecting attendees’ wellbeing. It’s a clear, emotional stance , the language is about dignity and safety, not just logistics.</w:t>
      </w:r>
      <w:r/>
    </w:p>
    <w:p>
      <w:r/>
      <w:r>
        <w:t>This echoes a pattern across the UK, where Pride bodies have tightened rules about political representation, especially where community members feel hurt or sidelined. Organisers often face the tricky balance between broad coalitions and ensuring the most vulnerable people feel safe enough to show up.</w:t>
      </w:r>
      <w:r/>
    </w:p>
    <w:p>
      <w:r/>
      <w:r>
        <w:t>What this means for allies who want to join</w:t>
      </w:r>
      <w:r/>
    </w:p>
    <w:p>
      <w:r/>
      <w:r>
        <w:t>If you want to support trans people at the march, the simplest rule is to follow the organisers’ lead. London Trans+ Pride has framed allyship as active listening , turn up to amplify trans voices, not to dominate or organise in party colours. That can mean joining as an individual, a community group, or an organisation that has agreed in advance to the event’s principles.</w:t>
      </w:r>
      <w:r/>
    </w:p>
    <w:p>
      <w:r/>
      <w:r>
        <w:t>Practical tip: check the London Trans+ Pride website for marshal info, meeting points and any guidance about banners or materials. Respecting the event’s rules will make the day feel calmer and safer for everyone.</w:t>
      </w:r>
      <w:r/>
    </w:p>
    <w:p>
      <w:r/>
      <w:r>
        <w:t>How this fits into the wider Pride landscape</w:t>
      </w:r>
      <w:r/>
    </w:p>
    <w:p>
      <w:r/>
      <w:r>
        <w:t>Pride in London and other major events in Birmingham, Brighton and Manchester introduced similar restrictions after disputes over how politicians and parties engage with parts of the LGBTQ+ community. Those moves stem from longer debates about who Pride is for and how political voices should be represented when sections of the community report harm.</w:t>
      </w:r>
      <w:r/>
    </w:p>
    <w:p>
      <w:r/>
      <w:r>
        <w:t>So this request isn’t an isolated incident; it’s part of a shift towards more community-driven, sometimes explicitly political, decisions about participation. For event planners, it’s a prompt to set clear expectations early and to centre survivor-led accountability where needed.</w:t>
      </w:r>
      <w:r/>
    </w:p>
    <w:p>
      <w:r/>
      <w:r>
        <w:t>Practicalities: planning your day and staying well</w:t>
      </w:r>
      <w:r/>
    </w:p>
    <w:p>
      <w:r/>
      <w:r>
        <w:t>London Trans+ Pride is trans-led and tends to have a programme of marches, stalls and celebrations. If you’re going, wear comfortable shoes, water up, and pace yourself , the atmosphere can be intense and emotional. If you’re responsible for a group, brief people beforehand about why some groups may be asked not to participate and emphasise respectful behaviour.</w:t>
      </w:r>
      <w:r/>
    </w:p>
    <w:p>
      <w:r/>
      <w:r>
        <w:t>If you see anything unsafe or upsetting, report it to marshals. Organisers have prioritised wellbeing; they often provide quiet spaces, first aid and welfare teams. Use them , taking care of yourself helps you stay present for others.</w:t>
      </w:r>
      <w:r/>
    </w:p>
    <w:p>
      <w:r/>
      <w:r>
        <w:t>Looking ahead: will this reduce political presence at Pride?</w:t>
      </w:r>
      <w:r/>
    </w:p>
    <w:p>
      <w:r/>
      <w:r>
        <w:t>Expect more conversations like this. Organisers are increasingly asserting the right to prioritise the needs of marginalised community members, even when that means excluding organisations they judge harmful. That doesn’t kill activism , it reshapes how groups show up. For supporters, the ask is straightforward: listen, learn, and follow organisers’ guidance so Pride can be both celebratory and safe.</w:t>
      </w:r>
      <w:r/>
    </w:p>
    <w:p>
      <w:r/>
      <w:r>
        <w:t>It’s a small change that can make every march a bit kinder and braver.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Paragraph 3: </w:t>
      </w:r>
      <w:hyperlink r:id="rId9">
        <w:r>
          <w:rPr>
            <w:color w:val="0000EE"/>
            <w:u w:val="single"/>
          </w:rPr>
          <w:t>[2]</w:t>
        </w:r>
      </w:hyperlink>
      <w:r>
        <w:t xml:space="preserve">, </w:t>
      </w:r>
      <w:hyperlink r:id="rId11">
        <w:r>
          <w:rPr>
            <w:color w:val="0000EE"/>
            <w:u w:val="single"/>
          </w:rPr>
          <w:t>[7]</w:t>
        </w:r>
      </w:hyperlink>
      <w:r>
        <w:t xml:space="preserve">- Paragraph 4: </w:t>
      </w:r>
      <w:hyperlink r:id="rId9">
        <w:r>
          <w:rPr>
            <w:color w:val="0000EE"/>
            <w:u w:val="single"/>
          </w:rPr>
          <w:t>[2]</w:t>
        </w:r>
      </w:hyperlink>
      <w:r>
        <w:t xml:space="preserve">, </w:t>
      </w:r>
      <w:hyperlink r:id="rId12">
        <w:r>
          <w:rPr>
            <w:color w:val="0000EE"/>
            <w:u w:val="single"/>
          </w:rPr>
          <w:t>[4]</w:t>
        </w:r>
      </w:hyperlink>
      <w:r>
        <w:t xml:space="preserve">- Paragraph 5: </w:t>
      </w:r>
      <w:hyperlink r:id="rId10">
        <w:r>
          <w:rPr>
            <w:color w:val="0000EE"/>
            <w:u w:val="single"/>
          </w:rPr>
          <w:t>[3]</w:t>
        </w:r>
      </w:hyperlink>
      <w:r>
        <w:t xml:space="preserve">, </w:t>
      </w:r>
      <w:hyperlink r:id="rId13">
        <w:r>
          <w:rPr>
            <w:color w:val="0000EE"/>
            <w:u w:val="single"/>
          </w:rPr>
          <w:t>[6]</w:t>
        </w:r>
      </w:hyperlink>
      <w:r>
        <w:t xml:space="preserve">- Paragraph 6: </w:t>
      </w:r>
      <w:hyperlink r:id="rId9">
        <w:r>
          <w:rPr>
            <w:color w:val="0000EE"/>
            <w:u w:val="single"/>
          </w:rPr>
          <w:t>[2]</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https://www.attitude.co.uk/news/london-trans-pride-asks-socialist-workers-party-not-to-attend-529189/</w:t>
        </w:r>
      </w:hyperlink>
      <w:r>
        <w:t xml:space="preserve"> - Please view link - unable to able to access data</w:t>
      </w:r>
      <w:r/>
    </w:p>
    <w:p>
      <w:pPr>
        <w:pStyle w:val="ListNumber"/>
        <w:spacing w:line="240" w:lineRule="auto"/>
        <w:ind w:left="720"/>
      </w:pPr>
      <w:r/>
      <w:hyperlink r:id="rId9">
        <w:r>
          <w:rPr>
            <w:color w:val="0000EE"/>
            <w:u w:val="single"/>
          </w:rPr>
          <w:t>https://www.attitude.co.uk/news/london-trans-pride-asks-socialist-workers-party-not-to-attend-529189/</w:t>
        </w:r>
      </w:hyperlink>
      <w:r>
        <w:t xml:space="preserve"> - London Trans+ Pride has requested that the Socialist Workers Party (SWP) refrain from attending the 2026 march, citing 'dehumanising' interactions in the previous year. Despite multiple attempts to communicate, the organisers received no response from the SWP. They expressed concerns over the SWP's practices, emphasising the importance of survivor-centred and community-accountable organisations. The SWP, according to their official website, states that 'fighting for liberation is central to the SWP’s politics' and opposes various forms of oppression, including LGBT+ phobia.</w:t>
      </w:r>
      <w:r/>
    </w:p>
    <w:p>
      <w:pPr>
        <w:pStyle w:val="ListNumber"/>
        <w:spacing w:line="240" w:lineRule="auto"/>
        <w:ind w:left="720"/>
      </w:pPr>
      <w:r/>
      <w:hyperlink r:id="rId10">
        <w:r>
          <w:rPr>
            <w:color w:val="0000EE"/>
            <w:u w:val="single"/>
          </w:rPr>
          <w:t>https://www.londontranspride.org/march</w:t>
        </w:r>
      </w:hyperlink>
      <w:r>
        <w:t xml:space="preserve"> - London Trans+ Pride 2026 is scheduled for Saturday, 26 July 2025, from 13:00 to 18:00 BST. The event includes a march through central London, starting at Langham Place at 14:30 BST, with a scheduled stop near Swallow Street. The exact end-point will be announced after 18 July 2026. Attendees are encouraged to bring essentials like medical face masks, refillable water bottles, sun protection, and personal medications. Large banners are not permitted in the Access bloc, and volunteers will provide limited supplies of earplugs, hand sanitiser, masks, and water.</w:t>
      </w:r>
      <w:r/>
    </w:p>
    <w:p>
      <w:pPr>
        <w:pStyle w:val="ListNumber"/>
        <w:spacing w:line="240" w:lineRule="auto"/>
        <w:ind w:left="720"/>
      </w:pPr>
      <w:r/>
      <w:hyperlink r:id="rId12">
        <w:r>
          <w:rPr>
            <w:color w:val="0000EE"/>
            <w:u w:val="single"/>
          </w:rPr>
          <w:t>https://londonist.com/london/things-to-do/london-trans-pride-date-location</w:t>
        </w:r>
      </w:hyperlink>
      <w:r>
        <w:t xml:space="preserve"> - London Trans+ Pride returns on Saturday, 25 July 2026, marking its eighth year. The event is expected to draw 100,000 attendees, making it the largest Trans+ Pride yet. The theme for 2026 is 'Our Future, Our Fight'. Supporters include Travis Alabanza, who emphasises the importance of the march amid ongoing debates around trans rights, and comedian Eddie Izzard, who advocates for women's and trans rights as human rights. The event aims to provide a peaceful march through central London, open to trans+ people, the LGBTQIA+ community, and allies.</w:t>
      </w:r>
      <w:r/>
    </w:p>
    <w:p>
      <w:pPr>
        <w:pStyle w:val="ListNumber"/>
        <w:spacing w:line="240" w:lineRule="auto"/>
        <w:ind w:left="720"/>
      </w:pPr>
      <w:r/>
      <w:hyperlink r:id="rId14">
        <w:r>
          <w:rPr>
            <w:color w:val="0000EE"/>
            <w:u w:val="single"/>
          </w:rPr>
          <w:t>https://www.gaydio.co.uk/wales/events/the-guide/event/trans-pride-london/</w:t>
        </w:r>
      </w:hyperlink>
      <w:r>
        <w:t xml:space="preserve"> - London Trans+ Pride 2026 is scheduled for Saturday, 25 July 2026, from 13:00 to 18:00 BST. The event is a grassroots march for trans, non-binary, and intersex liberation through central London. Organised by and for trans+ people, the march is free to attend and operates on volunteer effort and donations. The 2026 route is yet to be confirmed but is expected to follow a similar path through the West End. Attendees are encouraged to bring signs, banners, flags, and flowers, and to wear comfortable footwear.</w:t>
      </w:r>
      <w:r/>
    </w:p>
    <w:p>
      <w:pPr>
        <w:pStyle w:val="ListNumber"/>
        <w:spacing w:line="240" w:lineRule="auto"/>
        <w:ind w:left="720"/>
      </w:pPr>
      <w:r/>
      <w:hyperlink r:id="rId13">
        <w:r>
          <w:rPr>
            <w:color w:val="0000EE"/>
            <w:u w:val="single"/>
          </w:rPr>
          <w:t>https://humanists.uk/events/london-trans-pride-lgbt-humanists/</w:t>
        </w:r>
      </w:hyperlink>
      <w:r>
        <w:t xml:space="preserve"> - LGBT+ Humanists are supporting London Trans+ Pride 2026, scheduled for Saturday, 25 July 2026, from 13:00 to 18:00 BST. The event is the world’s largest annual demonstration in support of trans, non-binary, intersex, and gender non-conforming lives. The organisers emphasise the importance of standing beside trans and non-binary siblings and urge parliamentarians to uphold human rights for the entire community based on inclusion. Joining instructions will be sent to registered participants, with the meeting point around 13:00 and the march and speeches concluding by 18:00.</w:t>
      </w:r>
      <w:r/>
    </w:p>
    <w:p>
      <w:pPr>
        <w:pStyle w:val="ListNumber"/>
        <w:spacing w:line="240" w:lineRule="auto"/>
        <w:ind w:left="720"/>
      </w:pPr>
      <w:r/>
      <w:hyperlink r:id="rId11">
        <w:r>
          <w:rPr>
            <w:color w:val="0000EE"/>
            <w:u w:val="single"/>
          </w:rPr>
          <w:t>https://www.timeout.com/london/things-to-do/london-trans-pride</w:t>
        </w:r>
      </w:hyperlink>
      <w:r>
        <w:t xml:space="preserve"> - London Trans+ Pride 2026 is set for Saturday, 25 July, marking its eighth year. The event has grown significantly since its inception in 2019, becoming a central part of London's Pride celebrations. While full details for 2026 are yet to be confirmed, previous years have featured a parade through central London, starting at Trafalgar Square and ending at Hyde Park Corner’s Wellington Arch. The march aims to honour the memory of trans lives taken, support the next generation of trans revolutionaries, and advocate for trans rights.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ttitude.co.uk/news/london-trans-pride-asks-socialist-workers-party-not-to-attend-529189/" TargetMode="External"/><Relationship Id="rId10" Type="http://schemas.openxmlformats.org/officeDocument/2006/relationships/hyperlink" Target="https://www.londontranspride.org/march" TargetMode="External"/><Relationship Id="rId11" Type="http://schemas.openxmlformats.org/officeDocument/2006/relationships/hyperlink" Target="https://www.timeout.com/london/things-to-do/london-trans-pride" TargetMode="External"/><Relationship Id="rId12" Type="http://schemas.openxmlformats.org/officeDocument/2006/relationships/hyperlink" Target="https://londonist.com/london/things-to-do/london-trans-pride-date-location" TargetMode="External"/><Relationship Id="rId13" Type="http://schemas.openxmlformats.org/officeDocument/2006/relationships/hyperlink" Target="https://humanists.uk/events/london-trans-pride-lgbt-humanists/" TargetMode="External"/><Relationship Id="rId14" Type="http://schemas.openxmlformats.org/officeDocument/2006/relationships/hyperlink" Target="https://www.gaydio.co.uk/wales/events/the-guide/event/trans-pride-lond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