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Flights to WorldPride Amsterdam 2026 — KLM, Delta and what to expect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 this space: airlines are making WorldPride part of the trip. KLM and Delta have signed on as official airline partners for WorldPride Amsterdam 2026, bringing flights, special activations and a visible Pride presence that matters for LGBTQ+ travellers planning their visit.</w:t>
      </w:r>
      <w:r/>
    </w:p>
    <w:p>
      <w:r/>
      <w:r>
        <w:t>Essential Takeaways</w:t>
      </w:r>
      <w:r/>
      <w:r/>
    </w:p>
    <w:p>
      <w:pPr>
        <w:pStyle w:val="ListBullet"/>
        <w:spacing w:line="240" w:lineRule="auto"/>
        <w:ind w:left="720"/>
      </w:pPr>
      <w:r/>
      <w:r>
        <w:rPr>
          <w:b/>
        </w:rPr>
        <w:t>Official partners:</w:t>
      </w:r>
      <w:r>
        <w:t xml:space="preserve"> KLM and Delta are the named airline partners for WorldPride Amsterdam 2026, with coordinated campaigns and route promotion. </w:t>
      </w:r>
      <w:r/>
    </w:p>
    <w:p>
      <w:pPr>
        <w:pStyle w:val="ListBullet"/>
        <w:spacing w:line="240" w:lineRule="auto"/>
        <w:ind w:left="720"/>
      </w:pPr>
      <w:r/>
      <w:r>
        <w:rPr>
          <w:b/>
        </w:rPr>
        <w:t>On-the-ground presence:</w:t>
      </w:r>
      <w:r>
        <w:t xml:space="preserve"> Expect a shared KLM–Delta Canal Parade boat, a booth in WorldPride Village and a KLM Pride House for talks and meet-ups. </w:t>
      </w:r>
      <w:r/>
    </w:p>
    <w:p>
      <w:pPr>
        <w:pStyle w:val="ListBullet"/>
        <w:spacing w:line="240" w:lineRule="auto"/>
        <w:ind w:left="720"/>
      </w:pPr>
      <w:r/>
      <w:r>
        <w:rPr>
          <w:b/>
        </w:rPr>
        <w:t>Special offers:</w:t>
      </w:r>
      <w:r>
        <w:t xml:space="preserve"> Look out for event-linked fares, prize draws and Flying Blue tie-ins for members booking around the festival dates. </w:t>
      </w:r>
      <w:r/>
    </w:p>
    <w:p>
      <w:pPr>
        <w:pStyle w:val="ListBullet"/>
        <w:spacing w:line="240" w:lineRule="auto"/>
        <w:ind w:left="720"/>
      </w:pPr>
      <w:r/>
      <w:r>
        <w:rPr>
          <w:b/>
        </w:rPr>
        <w:t>Community focus:</w:t>
      </w:r>
      <w:r>
        <w:t xml:space="preserve"> Programming aims to include activists from countries with restricted LGBTQ+ rights, signalling a rights-focused element beyond the parties. </w:t>
      </w:r>
      <w:r/>
    </w:p>
    <w:p>
      <w:pPr>
        <w:pStyle w:val="ListBullet"/>
        <w:spacing w:line="240" w:lineRule="auto"/>
        <w:ind w:left="720"/>
      </w:pPr>
      <w:r/>
      <w:r>
        <w:rPr>
          <w:b/>
        </w:rPr>
        <w:t>Practical tip:</w:t>
      </w:r>
      <w:r>
        <w:t xml:space="preserve"> Book early, compare routes and keep an eye on airline promotions if you want parade access or event prizes.</w:t>
      </w:r>
      <w:r/>
      <w:r/>
    </w:p>
    <w:p>
      <w:pPr>
        <w:pStyle w:val="Heading2"/>
      </w:pPr>
      <w:r>
        <w:t>Why the KLM–Delta tie-up changes the travel picture</w:t>
      </w:r>
      <w:r/>
    </w:p>
    <w:p>
      <w:r/>
      <w:r>
        <w:t>KLM and Delta aren’t just slapping logos on a poster , they’ve signed up as the official airline partners of WorldPride Amsterdam 2026, which means a coordinated push to fly people in for the festival. That’s good news if you want clear flight options and event-linked deals, and it also means you’ll see the brands on the parade route and in the village. For many travellers the promise of curated offers and festival activations makes planning simpler, especially when flights across the Atlantic are involved.</w:t>
      </w:r>
      <w:r/>
    </w:p>
    <w:p>
      <w:r/>
      <w:r>
        <w:t>According to KLM’s announcements, the partnership includes special activations and a visible role in high-profile programme elements. That visibility can translate into perks , prize draws for Canal Parade spots or ticketed experiences , so sign up for newsletters and follow the airlines’ WorldPride pages if you want a shot at extras.</w:t>
      </w:r>
      <w:r/>
    </w:p>
    <w:p>
      <w:pPr>
        <w:pStyle w:val="Heading2"/>
      </w:pPr>
      <w:r>
        <w:t>What to expect in Amsterdam: boats, village and a Pride House</w:t>
      </w:r>
      <w:r/>
    </w:p>
    <w:p>
      <w:r/>
      <w:r>
        <w:t>On the water and on land: KLM and Delta will share a Canal Parade boat and operate a presence in the WorldPride Village. KLM has also pledged a Pride House , a meeting space for panels, talks and community events, intended as both a safe space and a platform for activists. That mix of celebration and civic programming is a reminder that WorldPride has a rights agenda as well as a party agenda.</w:t>
      </w:r>
      <w:r/>
    </w:p>
    <w:p>
      <w:r/>
      <w:r>
        <w:t>If you care about meaningful engagement rather than sponsorship noise, watch what gets programmed in the Pride House and who’s invited. The airlines say they’ll host activists from places where LGBTQ+ rights are limited, which can amplify voices that rarely get centre stage at these events.</w:t>
      </w:r>
      <w:r/>
    </w:p>
    <w:p>
      <w:pPr>
        <w:pStyle w:val="Heading2"/>
      </w:pPr>
      <w:r>
        <w:t>Flights, fares and loyalty: how to get the best deal</w:t>
      </w:r>
      <w:r/>
    </w:p>
    <w:p>
      <w:r/>
      <w:r>
        <w:t>Plan ahead. With KLM and Delta actively promoting routes to Amsterdam, you’ll likely see timed fares and Flying Blue promotions for members. If you’re coming from North America or farther afield, look at multi-leg options and consider mileage redemptions , these campaigns sometimes include seat upgrades or contest entries for loyalty members.</w:t>
      </w:r>
      <w:r/>
    </w:p>
    <w:p>
      <w:r/>
      <w:r>
        <w:t>A practical approach: set fare alerts, compare KLM/Delta options with other carriers, and factor in arrival times and baggage rules. If you want to join a Canal Parade activation, check the small-print on prize draws and giveaways , they often have limited places and specific entry windows.</w:t>
      </w:r>
      <w:r/>
    </w:p>
    <w:p>
      <w:pPr>
        <w:pStyle w:val="Heading2"/>
      </w:pPr>
      <w:r>
        <w:t>Read the partnership critically , and vote with your wallet</w:t>
      </w:r>
      <w:r/>
    </w:p>
    <w:p>
      <w:r/>
      <w:r>
        <w:t>Big-name sponsorships are useful for visibility, but community members are right to apply a dose of scrutiny. The airlines are publicly aligning with diversity and inclusion, and that means two things: better visibility and the expectation of accountability. Follow community reviews and feedback after the festival; sustained support beyond a single event is what really counts.</w:t>
      </w:r>
      <w:r/>
    </w:p>
    <w:p>
      <w:r/>
      <w:r>
        <w:t>Share your direct experiences , positive or negative , with the community. That feedback loop is the most effective way to ensure corporate partners’ promises translate into real, long-term backing for LGBTQ+ rights.</w:t>
      </w:r>
      <w:r/>
    </w:p>
    <w:p>
      <w:pPr>
        <w:pStyle w:val="Heading2"/>
      </w:pPr>
      <w:r>
        <w:t>Practical tips for visiting WorldPride Amsterdam 2026</w:t>
      </w:r>
      <w:r/>
    </w:p>
    <w:p>
      <w:r/>
      <w:r>
        <w:t>Book early, especially if you want specific activations or parade access. Join KLM and Delta mailing lists for event announcements. Check Flying Blue options if you’re collecting miles. Pack for canal-side weather , Amsterdam can be breezy , and budget time to commute from Schiphol or city airports. Finally, be ready for crowds and bring a portable charger; your phone will be your map, ticket and camera.</w:t>
      </w:r>
      <w:r/>
    </w:p>
    <w:p>
      <w:r/>
      <w:r>
        <w:t>It's a small change that can make every trip to WorldPride smoother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9">
        <w:r>
          <w:rPr>
            <w:color w:val="0000EE"/>
            <w:u w:val="single"/>
          </w:rPr>
          <w:t>[6]</w:t>
        </w:r>
      </w:hyperlink>
      <w:r>
        <w:t xml:space="preserve">- Paragraph 5: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https://coupleofmen.com/58763-klm-airline-partner-worldpride-amsterdam/</w:t>
        </w:r>
      </w:hyperlink>
      <w:r>
        <w:t xml:space="preserve"> - Please view link - unable to able to access data</w:t>
      </w:r>
      <w:r/>
    </w:p>
    <w:p>
      <w:pPr>
        <w:pStyle w:val="ListNumber"/>
        <w:spacing w:line="240" w:lineRule="auto"/>
        <w:ind w:left="720"/>
      </w:pPr>
      <w:r/>
      <w:hyperlink r:id="rId10">
        <w:r>
          <w:rPr>
            <w:color w:val="0000EE"/>
            <w:u w:val="single"/>
          </w:rPr>
          <w:t>https://news.klm.com/klm-and-delta-air-lines-are-the-official-airline-partners-of-worldpride-2026-in-amsterdam/</w:t>
        </w:r>
      </w:hyperlink>
      <w:r>
        <w:t xml:space="preserve"> - KLM and Delta Air Lines have been announced as the official airline partners for WorldPride 2026 in Amsterdam. The event is expected to attract 2 million visitors and will highlight Amsterdam's status as a city where everyone can be themselves, 25 years after the legalization of same-sex marriage. As partners, KLM and Delta will bring thousands of passengers from around the world to Amsterdam for this significant event.</w:t>
      </w:r>
      <w:r/>
    </w:p>
    <w:p>
      <w:pPr>
        <w:pStyle w:val="ListNumber"/>
        <w:spacing w:line="240" w:lineRule="auto"/>
        <w:ind w:left="720"/>
      </w:pPr>
      <w:r/>
      <w:hyperlink r:id="rId11">
        <w:r>
          <w:rPr>
            <w:color w:val="0000EE"/>
            <w:u w:val="single"/>
          </w:rPr>
          <w:t>https://news.klm.com/klm-brings-its-partnership-with-worldpride-amsterdam-2026-to-life/</w:t>
        </w:r>
      </w:hyperlink>
      <w:r>
        <w:t xml:space="preserve"> - KLM is actively bringing its partnership with WorldPride Amsterdam 2026 to life through various initiatives. Together with Delta Air Lines, KLM will have a visible presence throughout WorldPride, including participating with a boat in the Canal Parade, hosting a booth at WorldPride Village on Museumplein, and marching in the WorldPride March. Additionally, KLM will support several WorldPride-related initiatives in Amsterdam, underscoring its commitment to creating an inclusive environment.</w:t>
      </w:r>
      <w:r/>
    </w:p>
    <w:p>
      <w:pPr>
        <w:pStyle w:val="ListNumber"/>
        <w:spacing w:line="240" w:lineRule="auto"/>
        <w:ind w:left="720"/>
      </w:pPr>
      <w:r/>
      <w:hyperlink r:id="rId12">
        <w:r>
          <w:rPr>
            <w:color w:val="0000EE"/>
            <w:u w:val="single"/>
          </w:rPr>
          <w:t>https://pride.amsterdam/boats/klm-delta-air-lines/</w:t>
        </w:r>
      </w:hyperlink>
      <w:r>
        <w:t xml:space="preserve"> - KLM and Delta Air Lines are participating in the Canal Parade during Pride Amsterdam 2026. The parade is scheduled for Saturday, 1 August 2026, from 12:00 to 18:00, with the route starting at Oosterdok and ending at Westerdok. As official airline partners of WorldPride 2026 in Amsterdam, KLM and Delta are committed to creating a culture where people, regardless of background, sexual orientation, or gender identity, can be themselves.</w:t>
      </w:r>
      <w:r/>
    </w:p>
    <w:p>
      <w:pPr>
        <w:pStyle w:val="ListNumber"/>
        <w:spacing w:line="240" w:lineRule="auto"/>
        <w:ind w:left="720"/>
      </w:pPr>
      <w:r/>
      <w:hyperlink r:id="rId13">
        <w:r>
          <w:rPr>
            <w:color w:val="0000EE"/>
            <w:u w:val="single"/>
          </w:rPr>
          <w:t>https://www.delta.com/us/en/airline-partners/klm</w:t>
        </w:r>
      </w:hyperlink>
      <w:r>
        <w:t xml:space="preserve"> - Delta Air Lines and KLM Royal Dutch Airlines offer a seamless travel experience across their global network. SkyMiles members can earn and use miles when flying with KLM, and Medallion Members enjoy benefits like priority services and lounge access. KLM provides three classes of service: World Business Class, Premium Comfort, and Economy, with entertainment screens on long-haul flights and Wi-Fi on selected routes. Both airlines operate in the same terminal in Amsterdam, ensuring a smooth journey for passengers.</w:t>
      </w:r>
      <w:r/>
    </w:p>
    <w:p>
      <w:pPr>
        <w:pStyle w:val="ListNumber"/>
        <w:spacing w:line="240" w:lineRule="auto"/>
        <w:ind w:left="720"/>
      </w:pPr>
      <w:r/>
      <w:hyperlink r:id="rId9">
        <w:r>
          <w:rPr>
            <w:color w:val="0000EE"/>
            <w:u w:val="single"/>
          </w:rPr>
          <w:t>https://coupleofmen.com/58763-klm-airline-partner-worldpride-amsterdam/</w:t>
        </w:r>
      </w:hyperlink>
      <w:r>
        <w:t xml:space="preserve"> - KLM Royal Dutch Airlines and Delta Air Lines are official airline partners and sponsors of WorldPride Amsterdam 2026. They are actively promoting flights to Amsterdam around the event period, including prize draws and activations linked to WorldPride highlights. Their involvement goes beyond logos and press releases, with a joint boat in the Canal Parade, a presence in the WorldPride Village, and activities at other Pride events, demonstrating their commitment to diversity and inclusion.</w:t>
      </w:r>
      <w:r/>
    </w:p>
    <w:p>
      <w:pPr>
        <w:pStyle w:val="ListNumber"/>
        <w:spacing w:line="240" w:lineRule="auto"/>
        <w:ind w:left="720"/>
      </w:pPr>
      <w:r/>
      <w:hyperlink r:id="rId10">
        <w:r>
          <w:rPr>
            <w:color w:val="0000EE"/>
            <w:u w:val="single"/>
          </w:rPr>
          <w:t>https://news.klm.com/klm-and-delta-air-lines-are-the-official-airline-partners-of-worldpride-2026-in-amsterdam/</w:t>
        </w:r>
      </w:hyperlink>
      <w:r>
        <w:t xml:space="preserve"> - KLM and Delta Air Lines have been announced as the official airline partners for WorldPride 2026 in Amsterdam. The event is expected to attract 2 million visitors and will highlight Amsterdam's status as a city where everyone can be themselves, 25 years after the legalization of same-sex marriage. As partners, KLM and Delta will bring thousands of passengers from around the world to Amsterdam for this significant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upleofmen.com/58763-klm-airline-partner-worldpride-amsterdam/" TargetMode="External"/><Relationship Id="rId10" Type="http://schemas.openxmlformats.org/officeDocument/2006/relationships/hyperlink" Target="https://news.klm.com/klm-and-delta-air-lines-are-the-official-airline-partners-of-worldpride-2026-in-amsterdam/" TargetMode="External"/><Relationship Id="rId11" Type="http://schemas.openxmlformats.org/officeDocument/2006/relationships/hyperlink" Target="https://news.klm.com/klm-brings-its-partnership-with-worldpride-amsterdam-2026-to-life/" TargetMode="External"/><Relationship Id="rId12" Type="http://schemas.openxmlformats.org/officeDocument/2006/relationships/hyperlink" Target="https://pride.amsterdam/boats/klm-delta-air-lines/" TargetMode="External"/><Relationship Id="rId13" Type="http://schemas.openxmlformats.org/officeDocument/2006/relationships/hyperlink" Target="https://www.delta.com/us/en/airline-partners/kl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