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Canal Saint-Martin Swimming Guide: How Paris Is Turning Its Dirty Water into a Summer Rescue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Parisians and visitors are flocking to Canal Saint‑Martin for cooling swims, who’s allowed in, what to expect, and simple safety tips you’ll actually use this heatwave season. Locals, tourists and gay men alike are making the canal a summer ritual , messy, joyous and surprisingly complicated.</w:t>
      </w:r>
      <w:r/>
    </w:p>
    <w:p>
      <w:r/>
      <w:r>
        <w:t>Essential Takeaways</w:t>
      </w:r>
      <w:r/>
      <w:r/>
    </w:p>
    <w:p>
      <w:pPr>
        <w:pStyle w:val="ListBullet"/>
        <w:spacing w:line="240" w:lineRule="auto"/>
        <w:ind w:left="720"/>
      </w:pPr>
      <w:r/>
      <w:r>
        <w:rPr>
          <w:b/>
        </w:rPr>
        <w:t>Legal change:</w:t>
      </w:r>
      <w:r>
        <w:t xml:space="preserve"> The city has opened supervised swimming in Canal Saint‑Martin this summer as a heatwave response.</w:t>
      </w:r>
      <w:r/>
    </w:p>
    <w:p>
      <w:pPr>
        <w:pStyle w:val="ListBullet"/>
        <w:spacing w:line="240" w:lineRule="auto"/>
        <w:ind w:left="720"/>
      </w:pPr>
      <w:r/>
      <w:r>
        <w:rPr>
          <w:b/>
        </w:rPr>
        <w:t>Vivid atmosphere:</w:t>
      </w:r>
      <w:r>
        <w:t xml:space="preserve"> Expect loud, playful crowds , sunburnt skin, speedos, shrieks and impromptu flirting.</w:t>
      </w:r>
      <w:r/>
    </w:p>
    <w:p>
      <w:pPr>
        <w:pStyle w:val="ListBullet"/>
        <w:spacing w:line="240" w:lineRule="auto"/>
        <w:ind w:left="720"/>
      </w:pPr>
      <w:r/>
      <w:r>
        <w:rPr>
          <w:b/>
        </w:rPr>
        <w:t>Water quality &amp; safety:</w:t>
      </w:r>
      <w:r>
        <w:t xml:space="preserve"> The canal looks grubby and supervision is limited; bring caution and basic first‑aid awareness.</w:t>
      </w:r>
      <w:r/>
    </w:p>
    <w:p>
      <w:pPr>
        <w:pStyle w:val="ListBullet"/>
        <w:spacing w:line="240" w:lineRule="auto"/>
        <w:ind w:left="720"/>
      </w:pPr>
      <w:r/>
      <w:r>
        <w:rPr>
          <w:b/>
        </w:rPr>
        <w:t>Practical kit:</w:t>
      </w:r>
      <w:r>
        <w:t xml:space="preserve"> Wear sturdy sandals, quick‑dry trunks, a light towel and a waterproof pouch for your phone.</w:t>
      </w:r>
      <w:r/>
    </w:p>
    <w:p>
      <w:pPr>
        <w:pStyle w:val="ListBullet"/>
        <w:spacing w:line="240" w:lineRule="auto"/>
        <w:ind w:left="720"/>
      </w:pPr>
      <w:r/>
      <w:r>
        <w:rPr>
          <w:b/>
        </w:rPr>
        <w:t>Local etiquette:</w:t>
      </w:r>
      <w:r>
        <w:t xml:space="preserve"> Be mindful of residents’ mixed feelings; respect quiet stretches and keep shared spaces tidy.</w:t>
      </w:r>
      <w:r/>
      <w:r/>
    </w:p>
    <w:p>
      <w:pPr>
        <w:pStyle w:val="Heading2"/>
      </w:pPr>
      <w:r>
        <w:t>Why a grimy canal suddenly feels like Paris’s biggest pool</w:t>
      </w:r>
      <w:r/>
    </w:p>
    <w:p>
      <w:r/>
      <w:r>
        <w:t>Paris has long been a city of neat squares and shaded cafés, so there’s a delicious shock in seeing Canal Saint‑Martin overrun with cannonballs, laughter and ridiculous hats. The image is sensory , warm concrete, greenish water, a tang of algae , and it reads like summer in a slim Parisian novel rather than a municipal announcement. According to city reporting, this season the mayor’s office authorised supervised swimming in parts of the canal to help people cope with record heat. The result is a joyful, slightly chaotic hybrid: urban bathers and curious tourists elbowing into a place that’s equal parts relief and risk.</w:t>
      </w:r>
      <w:r/>
    </w:p>
    <w:p>
      <w:pPr>
        <w:pStyle w:val="Heading2"/>
      </w:pPr>
      <w:r>
        <w:t>How the law changed and what it actually means for swimmers</w:t>
      </w:r>
      <w:r/>
    </w:p>
    <w:p>
      <w:r/>
      <w:r>
        <w:t>City Hall’s decision to formally open the canal wasn’t whimsical. Local officials fast‑tracked lifeguards and signage when temperatures spiked, turning something once illegal into a permitted, if imperfect, solution. News outlets reported that the scheme covers limited stretches and hours, with teams trying to monitor the busiest spots. Practically, that means you’ll find lifeguards at peak times but not the kind of full‑service supervision you’d get at a council lido. So swim with your wits about you, buddy‑up if you can, and check local timetables before you dive in.</w:t>
      </w:r>
      <w:r/>
    </w:p>
    <w:p>
      <w:pPr>
        <w:pStyle w:val="Heading2"/>
      </w:pPr>
      <w:r>
        <w:t>The atmosphere: vivid, flirtatious, and a bit of a mess</w:t>
      </w:r>
      <w:r/>
    </w:p>
    <w:p>
      <w:r/>
      <w:r>
        <w:t>Expect colour and noise. Photographers and eyewitness accounts describe men in tiny trunks, groups sprawled on browned grass, and a soundtrack of shrieks and whistle calls. It’s theatrical and raw , part cruising ground, part communal cooling station. Some locals love it as a democratic use of public space; others grouse about litter and the sometimes rowdy behaviour. If you’re going for the vibe, arrive ready to be part of the scene: bring sunscreen, a sense of humour and respect for others’ privacy.</w:t>
      </w:r>
      <w:r/>
    </w:p>
    <w:p>
      <w:pPr>
        <w:pStyle w:val="Heading2"/>
      </w:pPr>
      <w:r>
        <w:t>Safety, hygiene and what the water’s really like</w:t>
      </w:r>
      <w:r/>
    </w:p>
    <w:p>
      <w:r/>
      <w:r>
        <w:t>The canal isn’t a mountain stream; it’s an urban waterway with algae, silt and occasional unpleasantness. Le Monde and other outlets have highlighted the difficulty of supervising swimming and concerns about water quality. That’s why common sense matters: avoid swallowing water, don’t swim if you have open wounds, and dry off and change promptly to reduce infection risk. If you have health concerns, consider hitting a nearby heated pool instead. Still want the adventure? Wear water shoes and keep cuts covered.</w:t>
      </w:r>
      <w:r/>
    </w:p>
    <w:p>
      <w:pPr>
        <w:pStyle w:val="Heading2"/>
      </w:pPr>
      <w:r>
        <w:t>Practical tips: when to go, where to sit and how to behave</w:t>
      </w:r>
      <w:r/>
    </w:p>
    <w:p>
      <w:r/>
      <w:r>
        <w:t>Morning and early evening tend to be calmer; mid‑afternoon gets packed and louder. Look for officially marked swimming zones and staffed times before you plan your visit. Pack a lightweight towel, flip‑flops with grip, a filled water bottle and a small bag for rubbish , there are fines for littering in some spots. If you’re planning to meet people, be aware of local sensitivities: public displays of flirtation are common but always be consensual and mindful of families or passersby. Finally, treat the canal like a shared garden: leave it cleaner than you found it.</w:t>
      </w:r>
      <w:r/>
    </w:p>
    <w:p>
      <w:r/>
      <w:r>
        <w:t>Closing line It’s messy, it’s a little risky, and it’s oddly life‑affirming , but for many in Paris this summer, a dip in Canal Saint‑Martin has become the kind of small revolution that cools both body and mood.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0">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1">
        <w:r>
          <w:rPr>
            <w:color w:val="0000EE"/>
            <w:u w:val="single"/>
          </w:rPr>
          <w:t>[2]</w:t>
        </w:r>
      </w:hyperlink>
      <w:r>
        <w:t xml:space="preserve">, </w:t>
      </w:r>
      <w:hyperlink r:id="rId14">
        <w:r>
          <w:rPr>
            <w:color w:val="0000EE"/>
            <w:u w:val="single"/>
          </w:rPr>
          <w:t>[7]</w:t>
        </w:r>
      </w:hyperlink>
      <w:r>
        <w:t xml:space="preserve">- Paragraph 5: </w:t>
      </w:r>
      <w:hyperlink r:id="rId13">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https://www.anothermag.com/art-photography/17333/paris-heatwave-canal-saint-martin-cruising-desire?utm_source=Link&amp;utm_medium=Link&amp;utm_campaign=RSSFeed&amp;utm_term=heat-and-desire-in-the-dirty-waters-of-paris-canal-saint-martin</w:t>
        </w:r>
      </w:hyperlink>
      <w:r>
        <w:t xml:space="preserve"> - Please view link - unable to able to access data</w:t>
      </w:r>
      <w:r/>
    </w:p>
    <w:p>
      <w:pPr>
        <w:pStyle w:val="ListNumber"/>
        <w:spacing w:line="240" w:lineRule="auto"/>
        <w:ind w:left="720"/>
      </w:pPr>
      <w:r/>
      <w:hyperlink r:id="rId11">
        <w:r>
          <w:rPr>
            <w:color w:val="0000EE"/>
            <w:u w:val="single"/>
          </w:rPr>
          <w:t>https://www.lemonde.fr/en/politics/article/2026/06/26/as-parisians-seek-heatwave-relief-canal-swimming-proves-difficult-to-supervise_6754905_5.html</w:t>
        </w:r>
      </w:hyperlink>
      <w:r>
        <w:t xml:space="preserve"> - During a recent heatwave in Paris, the city authorized swimming in a designated 100-meter section of Canal Saint-Martin to provide relief. However, the initiative faced challenges as many ignored the rules, with overcrowding and unsanctioned activities complicating supervision efforts. Despite the canal's water quality being rated as 'excellent,' safety concerns arose due to the overwhelming number of swimmers and unregulated behaviors, highlighting the difficulties in managing such public spaces during extreme weather events.</w:t>
      </w:r>
      <w:r/>
    </w:p>
    <w:p>
      <w:pPr>
        <w:pStyle w:val="ListNumber"/>
        <w:spacing w:line="240" w:lineRule="auto"/>
        <w:ind w:left="720"/>
      </w:pPr>
      <w:r/>
      <w:hyperlink r:id="rId10">
        <w:r>
          <w:rPr>
            <w:color w:val="0000EE"/>
            <w:u w:val="single"/>
          </w:rPr>
          <w:t>https://www.euronews.com/2026/06/17/paris-city-hall-opens-swimming-in-canal-saint-martin-ahead-of-new-heatwave</w:t>
        </w:r>
      </w:hyperlink>
      <w:r>
        <w:t xml:space="preserve"> - In anticipation of an impending heatwave, Paris City Hall announced the early opening of a 100-meter section of Canal Saint-Martin for swimming. The initiative aimed to provide residents with a safe place to cool off, with lifeguards on duty and strict safety measures in place. This decision followed the city's previous efforts to prevent unauthorized swimming during earlier heatwaves, emphasizing a shift towards allowing safe swimming in urban waterways during extreme temperatures.</w:t>
      </w:r>
      <w:r/>
    </w:p>
    <w:p>
      <w:pPr>
        <w:pStyle w:val="ListNumber"/>
        <w:spacing w:line="240" w:lineRule="auto"/>
        <w:ind w:left="720"/>
      </w:pPr>
      <w:r/>
      <w:hyperlink r:id="rId13">
        <w:r>
          <w:rPr>
            <w:color w:val="0000EE"/>
            <w:u w:val="single"/>
          </w:rPr>
          <w:t>https://www.sortiraparis.com/en/news/in-paris/articles/278593-swimming-in-the-canal-saint-martin-in-paris-what-you-need-to-know-before-you-go</w:t>
        </w:r>
      </w:hyperlink>
      <w:r>
        <w:t xml:space="preserve"> - Swimming in Paris's Canal Saint-Martin has been permitted within a designated zone of the Récollets basin. The initiative, introduced in response to heatwaves, allows residents to cool off in the canal during summer months. The article provides essential information, including operating hours, access details, and safety rules, ensuring swimmers are well-informed before visiting. This development marks a significant shift in urban leisure activities, offering a unique way to experience the city during hot weather.</w:t>
      </w:r>
      <w:r/>
    </w:p>
    <w:p>
      <w:pPr>
        <w:pStyle w:val="ListNumber"/>
        <w:spacing w:line="240" w:lineRule="auto"/>
        <w:ind w:left="720"/>
      </w:pPr>
      <w:r/>
      <w:hyperlink r:id="rId15">
        <w:r>
          <w:rPr>
            <w:color w:val="0000EE"/>
            <w:u w:val="single"/>
          </w:rPr>
          <w:t>https://www.mundoamerica.com/news/2026/07/06/6a4b7510fdddff4d368b4592.html</w:t>
        </w:r>
      </w:hyperlink>
      <w:r>
        <w:t xml:space="preserve"> - The recent heatwave in Paris led to overcrowding and unruly behavior in the newly authorized public swimming areas of Canal Saint-Martin. Lifeguards reported feeling overwhelmed by the large crowds and instances of delinquency, including a teenager using a water gun to harass passersby. This situation underscores the challenges of managing public spaces during extreme weather events and highlights the need for effective supervision and community cooperation to ensure safety and order.</w:t>
      </w:r>
      <w:r/>
    </w:p>
    <w:p>
      <w:pPr>
        <w:pStyle w:val="ListNumber"/>
        <w:spacing w:line="240" w:lineRule="auto"/>
        <w:ind w:left="720"/>
      </w:pPr>
      <w:r/>
      <w:hyperlink r:id="rId12">
        <w:r>
          <w:rPr>
            <w:color w:val="0000EE"/>
            <w:u w:val="single"/>
          </w:rPr>
          <w:t>https://www.sortiraparis.com/en/what-to-visit-in-paris/walks/articles/316049-swimming-at-canal-saint-martin-opens-for-the-summer-season</w:t>
        </w:r>
      </w:hyperlink>
      <w:r>
        <w:t xml:space="preserve"> - Swimming at Canal Saint-Martin in Paris has been officially opened for the summer season, starting June 17, 2026. The city has authorized supervised swimming in a 100-meter stretch of the canal during periods of extreme heat. This initiative aims to provide residents with a safe and accessible way to cool off during the summer months, reflecting a growing trend of utilizing urban waterways for recreational purposes in response to rising temperatures.</w:t>
      </w:r>
      <w:r/>
    </w:p>
    <w:p>
      <w:pPr>
        <w:pStyle w:val="ListNumber"/>
        <w:spacing w:line="240" w:lineRule="auto"/>
        <w:ind w:left="720"/>
      </w:pPr>
      <w:r/>
      <w:hyperlink r:id="rId14">
        <w:r>
          <w:rPr>
            <w:color w:val="0000EE"/>
            <w:u w:val="single"/>
          </w:rPr>
          <w:t>https://www.thelocal.fr/20260705/dead-body-found-in-paris-canal-popular-with-bathers-police</w:t>
        </w:r>
      </w:hyperlink>
      <w:r>
        <w:t xml:space="preserve"> - Authorities discovered a man's body in the Canal Saint-Martin, a popular swimming spot during the recent heatwave in Paris. The body, which appeared to have been in the water for several days, was found early Saturday. An investigation is underway to determine the cause of death. This incident raises concerns about safety in urban waterways, especially during periods of high temperatures when swimming activities increase.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nothermag.com/art-photography/17333/paris-heatwave-canal-saint-martin-cruising-desire?utm_source=Link&amp;utm_medium=Link&amp;utm_campaign=RSSFeed&amp;utm_term=heat-and-desire-in-the-dirty-waters-of-paris-canal-saint-martin" TargetMode="External"/><Relationship Id="rId10" Type="http://schemas.openxmlformats.org/officeDocument/2006/relationships/hyperlink" Target="https://www.euronews.com/2026/06/17/paris-city-hall-opens-swimming-in-canal-saint-martin-ahead-of-new-heatwave" TargetMode="External"/><Relationship Id="rId11" Type="http://schemas.openxmlformats.org/officeDocument/2006/relationships/hyperlink" Target="https://www.lemonde.fr/en/politics/article/2026/06/26/as-parisians-seek-heatwave-relief-canal-swimming-proves-difficult-to-supervise_6754905_5.html" TargetMode="External"/><Relationship Id="rId12" Type="http://schemas.openxmlformats.org/officeDocument/2006/relationships/hyperlink" Target="https://www.sortiraparis.com/en/what-to-visit-in-paris/walks/articles/316049-swimming-at-canal-saint-martin-opens-for-the-summer-season" TargetMode="External"/><Relationship Id="rId13" Type="http://schemas.openxmlformats.org/officeDocument/2006/relationships/hyperlink" Target="https://www.sortiraparis.com/en/news/in-paris/articles/278593-swimming-in-the-canal-saint-martin-in-paris-what-you-need-to-know-before-you-go" TargetMode="External"/><Relationship Id="rId14" Type="http://schemas.openxmlformats.org/officeDocument/2006/relationships/hyperlink" Target="https://www.thelocal.fr/20260705/dead-body-found-in-paris-canal-popular-with-bathers-police" TargetMode="External"/><Relationship Id="rId15" Type="http://schemas.openxmlformats.org/officeDocument/2006/relationships/hyperlink" Target="https://www.mundoamerica.com/news/2026/07/06/6a4b7510fdddff4d368b459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