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Bogotá Besatón: Why Andino’s Kiss Sparked a Citywide Stand for Public Affection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gathering to reclaim affection in public: activists have called a besatón at Centro Comercial Andino in Bogotá after a same-sex couple said security reprimanded them for kissing. The peaceful event, set for Wednesday evening, is meant to protest discrimination and defend the right to express love in public spaces.</w:t>
      </w:r>
      <w:r/>
    </w:p>
    <w:p>
      <w:r/>
      <w:r>
        <w:t>Essential Takeaways</w:t>
      </w:r>
      <w:r/>
      <w:r/>
    </w:p>
    <w:p>
      <w:pPr>
        <w:pStyle w:val="ListBullet"/>
        <w:spacing w:line="240" w:lineRule="auto"/>
        <w:ind w:left="720"/>
      </w:pPr>
      <w:r/>
      <w:r>
        <w:rPr>
          <w:b/>
        </w:rPr>
        <w:t>What’s happening:</w:t>
      </w:r>
      <w:r>
        <w:t xml:space="preserve"> A besatón protest has been called at Centro Comercial Andino after a same-sex couple reported being reprimanded for kissing.</w:t>
      </w:r>
      <w:r/>
    </w:p>
    <w:p>
      <w:pPr>
        <w:pStyle w:val="ListBullet"/>
        <w:spacing w:line="240" w:lineRule="auto"/>
        <w:ind w:left="720"/>
      </w:pPr>
      <w:r/>
      <w:r>
        <w:rPr>
          <w:b/>
        </w:rPr>
        <w:t>When and where:</w:t>
      </w:r>
      <w:r>
        <w:t xml:space="preserve"> The action is scheduled for Wednesday 22 July at 6:30pm at the Andino shopping centre; organisers say it will be peaceful and open to all.</w:t>
      </w:r>
      <w:r/>
    </w:p>
    <w:p>
      <w:pPr>
        <w:pStyle w:val="ListBullet"/>
        <w:spacing w:line="240" w:lineRule="auto"/>
        <w:ind w:left="720"/>
      </w:pPr>
      <w:r/>
      <w:r>
        <w:rPr>
          <w:b/>
        </w:rPr>
        <w:t>Official response:</w:t>
      </w:r>
      <w:r>
        <w:t xml:space="preserve"> Andino issued a public apology, said the incident doesn’t reflect its values, and announced an internal review.</w:t>
      </w:r>
      <w:r/>
    </w:p>
    <w:p>
      <w:pPr>
        <w:pStyle w:val="ListBullet"/>
        <w:spacing w:line="240" w:lineRule="auto"/>
        <w:ind w:left="720"/>
      </w:pPr>
      <w:r/>
      <w:r>
        <w:rPr>
          <w:b/>
        </w:rPr>
        <w:t>Community tone:</w:t>
      </w:r>
      <w:r>
        <w:t xml:space="preserve"> Activists frame the event as solidarity and visibility , expect chants, hugs and visible signs of support; atmosphere likely to feel emotional but calm.</w:t>
      </w:r>
      <w:r/>
    </w:p>
    <w:p>
      <w:pPr>
        <w:pStyle w:val="ListBullet"/>
        <w:spacing w:line="240" w:lineRule="auto"/>
        <w:ind w:left="720"/>
      </w:pPr>
      <w:r/>
      <w:r>
        <w:rPr>
          <w:b/>
        </w:rPr>
        <w:t>Practical note:</w:t>
      </w:r>
      <w:r>
        <w:t xml:space="preserve"> If you go, bring water, batteries, a mask and patience for crowds; keep it peaceful and respect organisers’ guidance.</w:t>
      </w:r>
      <w:r/>
      <w:r/>
    </w:p>
    <w:p>
      <w:pPr>
        <w:pStyle w:val="Heading2"/>
      </w:pPr>
      <w:r>
        <w:t>What triggered the besatón? A single kiss, a big reaction</w:t>
      </w:r>
      <w:r/>
    </w:p>
    <w:p>
      <w:r/>
      <w:r>
        <w:t>The immediate spark was simple and intimate: a same-sex couple say security staff at Centro Comercial Andino asked them to stop kissing. That private moment became public when the couple shared their account, and it lit up social media. According to local coverage, the complaint revived conversations about how public affection by LGBTQ+ people is policed differently. The mood among organisers is protective and resolute , this is as much about solidarity as it is about calling out a specific incident.</w:t>
      </w:r>
      <w:r/>
    </w:p>
    <w:p>
      <w:pPr>
        <w:pStyle w:val="Heading2"/>
      </w:pPr>
      <w:r>
        <w:t>How the community organised , quick, visual and digital</w:t>
      </w:r>
      <w:r/>
    </w:p>
    <w:p>
      <w:r/>
      <w:r>
        <w:t>Activists and LGBTIQ+ groups used Instagram and other platforms to mobilise quickly, inviting people to a besatón to demonstrate peaceful rejection of discrimination. The account @orgullolgbt and other networks put out the call, promising a calm but visible show of support. Organisers emphasise a non-violent tone and welcome allies; expect rainbow flags, stickers and clear signage. This is a trend: social media makes it easy to turn individual grievances into collective action overnight.</w:t>
      </w:r>
      <w:r/>
    </w:p>
    <w:p>
      <w:pPr>
        <w:pStyle w:val="Heading2"/>
      </w:pPr>
      <w:r>
        <w:t>What the mall said , apology and an internal review</w:t>
      </w:r>
      <w:r/>
    </w:p>
    <w:p>
      <w:r/>
      <w:r>
        <w:t>Centro Comercial Andino released a public statement apologising to the couple and said the alleged conduct did not reflect the centre’s values. They pledge an internal review to clarify what happened and to take corrective measures. That response matters: corporate apologies can calm immediate tensions, but activists often look for follow-up steps , policy changes, staff training or public commitments , to ensure it doesn’t recur. Watch whether the mall publishes outcomes from its inquiry.</w:t>
      </w:r>
      <w:r/>
    </w:p>
    <w:p>
      <w:pPr>
        <w:pStyle w:val="Heading2"/>
      </w:pPr>
      <w:r>
        <w:t>Why this matters beyond one kiss</w:t>
      </w:r>
      <w:r/>
    </w:p>
    <w:p>
      <w:r/>
      <w:r>
        <w:t>This isn’t just about a single reprimand; it’s about everyday freedoms in public spaces. Coverage in Colombia has repeatedly highlighted how same-sex couples sometimes face differential treatment in malls, transport and parks. A besatón is both symbolic and practical: it reclaims space and signals that affection between consenting adults shouldn’t be policed. For many participants, showing up is therapeutic , a way to turn anger into visible support and remind authorities that equality requires vigilance.</w:t>
      </w:r>
      <w:r/>
    </w:p>
    <w:p>
      <w:pPr>
        <w:pStyle w:val="Heading2"/>
      </w:pPr>
      <w:r>
        <w:t>How to take part responsibly , tips for attendees</w:t>
      </w:r>
      <w:r/>
    </w:p>
    <w:p>
      <w:r/>
      <w:r>
        <w:t>If you plan to join, go prepared and thoughtful. Bring water and a fully charged phone, wear comfortable shoes, and follow organisers’ instructions. Keep the action peaceful: chants and kisses are part of the message, but respect other shoppers and avoid blocking emergency routes. Documenting the event is useful, but get consent before filming others. If you can’t attend, amplifying messages online or contacting mall management to ask for concrete policy changes also helps.</w:t>
      </w:r>
      <w:r/>
    </w:p>
    <w:p>
      <w:r/>
      <w:r>
        <w:t>It's a small, public act that says a lot about respect, safety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https://www.publimetro.co/bogota/2026/07/22/convocan-besaton-como-rechazo-a-discriminacion-en-andino-la-cita-es-este-miercoles/</w:t>
        </w:r>
      </w:hyperlink>
      <w:r>
        <w:t xml:space="preserve"> - Please view link - unable to able to access data</w:t>
      </w:r>
      <w:r/>
    </w:p>
    <w:p>
      <w:pPr>
        <w:pStyle w:val="ListNumber"/>
        <w:spacing w:line="240" w:lineRule="auto"/>
        <w:ind w:left="720"/>
      </w:pPr>
      <w:r/>
      <w:hyperlink r:id="rId10">
        <w:r>
          <w:rPr>
            <w:color w:val="0000EE"/>
            <w:u w:val="single"/>
          </w:rPr>
          <w:t>https://www.infobae.com/colombia/2026/07/21/activistas-anunciaron-besaton-en-centro-comercial-andino-de-bogota-tras-presunto-acto-de-homofobia-contra-una-pareja/</w:t>
        </w:r>
      </w:hyperlink>
      <w:r>
        <w:t xml:space="preserve"> - Activists have announced a 'besatón' (kissing event) at the Andino Shopping Centre in Bogotá, scheduled for Wednesday, July 22, 2026, at 6:30 p.m. This initiative responds to a reported incident where a security guard allegedly reprimanded a same-sex couple for displaying affection in the mall's food court. The event aims to promote the right to express affection in public spaces without discrimination. The organisers, including the Instagram account @OrgulloLGBT, invite the public to participate in this peaceful demonstration supporting the couple and advocating for respect and diversity.</w:t>
      </w:r>
      <w:r/>
    </w:p>
    <w:p>
      <w:pPr>
        <w:pStyle w:val="ListNumber"/>
        <w:spacing w:line="240" w:lineRule="auto"/>
        <w:ind w:left="720"/>
      </w:pPr>
      <w:r/>
      <w:hyperlink r:id="rId11">
        <w:r>
          <w:rPr>
            <w:color w:val="0000EE"/>
            <w:u w:val="single"/>
          </w:rPr>
          <w:t>https://www.noticiascaracol.com/colombia/bogota/denuncian-caso-de-discriminacion-a-pareja-homosexual-en-el-centro-comercial-andino-nos-sentimos-tan-avergonzados-rg10</w:t>
        </w:r>
      </w:hyperlink>
      <w:r>
        <w:t xml:space="preserve"> - A same-sex couple has reported an incident of discrimination at the Andino Shopping Centre in Bogotá. According to the couple, a security guard approached them while they were sharing a kiss in the mall's food court and informed them that such displays of affection were not permitted. Feeling uncomfortable, they decided to leave the premises. The incident has sparked widespread discussion on social media regarding the rights of same-sex couples and potential discrimination in commercial spaces.</w:t>
      </w:r>
      <w:r/>
    </w:p>
    <w:p>
      <w:pPr>
        <w:pStyle w:val="ListNumber"/>
        <w:spacing w:line="240" w:lineRule="auto"/>
        <w:ind w:left="720"/>
      </w:pPr>
      <w:r/>
      <w:hyperlink r:id="rId13">
        <w:r>
          <w:rPr>
            <w:color w:val="0000EE"/>
            <w:u w:val="single"/>
          </w:rPr>
          <w:t>https://caracol.com.co/2026/07/21/centro-comercial-andino-se-pronuncia-tras-presuntos-hechos-de-discriminacion-a-pareja-homosexual/</w:t>
        </w:r>
      </w:hyperlink>
      <w:r>
        <w:t xml:space="preserve"> - Following the reported incident involving a same-sex couple at the Andino Shopping Centre, the mall's management has issued a public apology. They stated that the actions of the security personnel did not align with the organisation's values and policies. The management reiterated its commitment to respect, inclusion, and diversity, and announced an internal review to clarify the situation and implement appropriate measures. The centre aims to ensure that all individuals can enjoy its facilities in a discrimination-free environment.</w:t>
      </w:r>
      <w:r/>
    </w:p>
    <w:p>
      <w:pPr>
        <w:pStyle w:val="ListNumber"/>
        <w:spacing w:line="240" w:lineRule="auto"/>
        <w:ind w:left="720"/>
      </w:pPr>
      <w:r/>
      <w:hyperlink r:id="rId14">
        <w:r>
          <w:rPr>
            <w:color w:val="0000EE"/>
            <w:u w:val="single"/>
          </w:rPr>
          <w:t>https://www.pulzo.com/nacion/bogota/caso-centro-andino-pareja-gay-piden-disculpas-por-actuar-de-vigilante-PP5250888</w:t>
        </w:r>
      </w:hyperlink>
      <w:r>
        <w:t xml:space="preserve"> - A video showing a security guard at the Andino Shopping Centre asking a same-sex couple to stop kissing has gone viral, amassing over 2 million views. In response, the mall's management issued a statement acknowledging that the security personnel's actions were unjustified. They offered direct apologies to the individuals involved and announced a review of the security protocols. The centre also plans to enhance training processes related to respect, inclusion, and diversity to prevent future incidents.</w:t>
      </w:r>
      <w:r/>
    </w:p>
    <w:p>
      <w:pPr>
        <w:pStyle w:val="ListNumber"/>
        <w:spacing w:line="240" w:lineRule="auto"/>
        <w:ind w:left="720"/>
      </w:pPr>
      <w:r/>
      <w:hyperlink r:id="rId12">
        <w:r>
          <w:rPr>
            <w:color w:val="0000EE"/>
            <w:u w:val="single"/>
          </w:rPr>
          <w:t>https://www.publimetro.co/noticias/2026/07/20/otra-vez-en-el-centro-andino-mafe-carrascal-denuncio-nuevo-caso-de-discriminacion-contra-pareja-del-mismo-sexo/</w:t>
        </w:r>
      </w:hyperlink>
      <w:r>
        <w:t xml:space="preserve"> - Mafe Carrascal has reported a new case of discrimination against a same-sex couple at the Andino Shopping Centre. The incident began circulating after one of the individuals involved shared a video on social media, claiming that a security guard reprimanded them for kissing inside the establishment. Carrascal confirmed her participation in the upcoming 'besatón' scheduled for Wednesday, aiming to reject any form of discrimination and support the affected couple.</w:t>
      </w:r>
      <w:r/>
    </w:p>
    <w:p>
      <w:pPr>
        <w:pStyle w:val="ListNumber"/>
        <w:spacing w:line="240" w:lineRule="auto"/>
        <w:ind w:left="720"/>
      </w:pPr>
      <w:r/>
      <w:hyperlink r:id="rId15">
        <w:r>
          <w:rPr>
            <w:color w:val="0000EE"/>
            <w:u w:val="single"/>
          </w:rPr>
          <w:t>https://www.elcolombiano.com/colombia/pareja-gay-beso-andino-denuncia-discriminacion-homofobia-centro-comercial-bogota-PI39020582</w:t>
        </w:r>
      </w:hyperlink>
      <w:r>
        <w:t xml:space="preserve"> - A same-sex couple has reported an alleged act of discrimination at the Andino Shopping Centre in Bogotá. The couple received a warning from security personnel for recording a video while kissing in the mall. The incident has prompted reactions from various authorities and sparked discussions about inclusion, security protocols, and respectful treatment in public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bogota/2026/07/22/convocan-besaton-como-rechazo-a-discriminacion-en-andino-la-cita-es-este-miercoles/" TargetMode="External"/><Relationship Id="rId10" Type="http://schemas.openxmlformats.org/officeDocument/2006/relationships/hyperlink" Target="https://www.infobae.com/colombia/2026/07/21/activistas-anunciaron-besaton-en-centro-comercial-andino-de-bogota-tras-presunto-acto-de-homofobia-contra-una-pareja/" TargetMode="External"/><Relationship Id="rId11" Type="http://schemas.openxmlformats.org/officeDocument/2006/relationships/hyperlink" Target="https://www.noticiascaracol.com/colombia/bogota/denuncian-caso-de-discriminacion-a-pareja-homosexual-en-el-centro-comercial-andino-nos-sentimos-tan-avergonzados-rg10" TargetMode="External"/><Relationship Id="rId12" Type="http://schemas.openxmlformats.org/officeDocument/2006/relationships/hyperlink" Target="https://www.publimetro.co/noticias/2026/07/20/otra-vez-en-el-centro-andino-mafe-carrascal-denuncio-nuevo-caso-de-discriminacion-contra-pareja-del-mismo-sexo/" TargetMode="External"/><Relationship Id="rId13" Type="http://schemas.openxmlformats.org/officeDocument/2006/relationships/hyperlink" Target="https://caracol.com.co/2026/07/21/centro-comercial-andino-se-pronuncia-tras-presuntos-hechos-de-discriminacion-a-pareja-homosexual/" TargetMode="External"/><Relationship Id="rId14" Type="http://schemas.openxmlformats.org/officeDocument/2006/relationships/hyperlink" Target="https://www.pulzo.com/nacion/bogota/caso-centro-andino-pareja-gay-piden-disculpas-por-actuar-de-vigilante-PP5250888" TargetMode="External"/><Relationship Id="rId15" Type="http://schemas.openxmlformats.org/officeDocument/2006/relationships/hyperlink" Target="https://www.elcolombiano.com/colombia/pareja-gay-beso-andino-denuncia-discriminacion-homofobia-centro-comercial-bogota-PI390205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