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2026 Guide: How to Experience CSD, Parties and Community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Jump into the parade, then wander off the beaten track , Berlin Pride 2026 offers loud spectacle, quiet workshops and grassroots politics, so here’s a practical guide for first-timers and veteran revellers who want to make the most of CSD weekend.</w:t>
      </w:r>
      <w:r/>
    </w:p>
    <w:p>
      <w:r/>
      <w:r>
        <w:t>Essential Takeaways</w:t>
      </w:r>
      <w:r/>
      <w:r/>
    </w:p>
    <w:p>
      <w:pPr>
        <w:pStyle w:val="ListBullet"/>
        <w:spacing w:line="240" w:lineRule="auto"/>
        <w:ind w:left="720"/>
      </w:pPr>
      <w:r/>
      <w:r>
        <w:rPr>
          <w:b/>
        </w:rPr>
        <w:t>Two-day official programme:</w:t>
      </w:r>
      <w:r>
        <w:t xml:space="preserve"> Official CSD festivities now start Friday evening and continue through Saturday’s parade, ending with performances at Brandenburg Gate.</w:t>
      </w:r>
      <w:r/>
    </w:p>
    <w:p>
      <w:pPr>
        <w:pStyle w:val="ListBullet"/>
        <w:spacing w:line="240" w:lineRule="auto"/>
        <w:ind w:left="720"/>
      </w:pPr>
      <w:r/>
      <w:r>
        <w:rPr>
          <w:b/>
        </w:rPr>
        <w:t>Plan for crowds:</w:t>
      </w:r>
      <w:r>
        <w:t xml:space="preserve"> Pick a meeting spot, carry water, sunscreen and cash, and wear comfy shoes , mobile networks are often overloaded.</w:t>
      </w:r>
      <w:r/>
    </w:p>
    <w:p>
      <w:pPr>
        <w:pStyle w:val="ListBullet"/>
        <w:spacing w:line="240" w:lineRule="auto"/>
        <w:ind w:left="720"/>
      </w:pPr>
      <w:r/>
      <w:r>
        <w:rPr>
          <w:b/>
        </w:rPr>
        <w:t>Beyond the parade:</w:t>
      </w:r>
      <w:r>
        <w:t xml:space="preserve"> Community workshops, drag nights and queer film screenings run across the city; many are free or donation-based.</w:t>
      </w:r>
      <w:r/>
    </w:p>
    <w:p>
      <w:pPr>
        <w:pStyle w:val="ListBullet"/>
        <w:spacing w:line="240" w:lineRule="auto"/>
        <w:ind w:left="720"/>
      </w:pPr>
      <w:r/>
      <w:r>
        <w:rPr>
          <w:b/>
        </w:rPr>
        <w:t>Political roots remain:</w:t>
      </w:r>
      <w:r>
        <w:t xml:space="preserve"> Smaller marches , like the Dyke* March and trans-rights demonstrations , keep activism central to Pride.</w:t>
      </w:r>
      <w:r/>
    </w:p>
    <w:p>
      <w:pPr>
        <w:pStyle w:val="ListBullet"/>
        <w:spacing w:line="240" w:lineRule="auto"/>
        <w:ind w:left="720"/>
      </w:pPr>
      <w:r/>
      <w:r>
        <w:rPr>
          <w:b/>
        </w:rPr>
        <w:t>After-party logistics:</w:t>
      </w:r>
      <w:r>
        <w:t xml:space="preserve"> Pre-book tickets where possible, but remember Berlin’s door policies; spread your night across venues.</w:t>
      </w:r>
      <w:r/>
      <w:r/>
    </w:p>
    <w:p>
      <w:pPr>
        <w:pStyle w:val="Heading2"/>
      </w:pPr>
      <w:r>
        <w:t>Why the parade is only the start</w:t>
      </w:r>
      <w:r/>
    </w:p>
    <w:p>
      <w:r/>
      <w:r>
        <w:t>The CSD parade is the moment everyone pictures , floats, music and a wave of colour rolling towards Brandenburg Gate , yet it’s only the headline act. The city has extended official events to two days this year, with a Friday evening political rally kicking things off and the parade itself on Saturday afternoon. That makes it easier to pace yourself: arrive early for the procession and save energy for stage performances from around 4.30pm.</w:t>
      </w:r>
      <w:r/>
    </w:p>
    <w:p>
      <w:r/>
      <w:r>
        <w:t>Local culture keeps Pride feeling lived-in, not just staged. According to official programming, stages and performances will be spread across the Brandenburg Gate area, so you’ll find pop, speeches and DJs without having to crowd one single point. Practical tip: map your meeting points and exits before you lose phone signal in the crush.</w:t>
      </w:r>
      <w:r/>
    </w:p>
    <w:p>
      <w:pPr>
        <w:pStyle w:val="Heading2"/>
      </w:pPr>
      <w:r>
        <w:t>How to survive a long summer day on the streets</w:t>
      </w:r>
      <w:r/>
    </w:p>
    <w:p>
      <w:r/>
      <w:r>
        <w:t>If you’re new to Berlin Pride, think of it as an all-day festival with protest energy. Mobile networks get overloaded, so choose a clear, physical meeting place rather than relying on messaging apps. Carry water and sunscreen even if skies look grey , the summer sun can surprise you , and bring cash for smaller stalls and toilets.</w:t>
      </w:r>
      <w:r/>
    </w:p>
    <w:p>
      <w:r/>
      <w:r>
        <w:t>Wear sensible shoes, or carry a change , heels are fun for photos but painful after hours on cobbles. And don’t pin all your hopes on a single club: Pride weekend fills venues fast. Pre-order where you can, but remember that a ticket won’t always guarantee entry into Berlin’s strict door policies.</w:t>
      </w:r>
      <w:r/>
    </w:p>
    <w:p>
      <w:pPr>
        <w:pStyle w:val="Heading2"/>
      </w:pPr>
      <w:r>
        <w:t>Where to find quieter, meaningful events</w:t>
      </w:r>
      <w:r/>
    </w:p>
    <w:p>
      <w:r/>
      <w:r>
        <w:t>If you want context beyond the spectacle, look for community-run workshops, readings and panels. Venues across the city , from queer community centres to small bars and arts spaces , host events on queer history, sexual health and more niche subjects like leather and fetish culture, often with a focus on safety and consent.</w:t>
      </w:r>
      <w:r/>
    </w:p>
    <w:p>
      <w:r/>
      <w:r>
        <w:t>Many gatherings pop up at short notice, so cross-check listings. Resident Advisor and the official CSD programme are good starting points for club nights and parade details, while local queer outlets and venue pages list smaller shows and readings. If a session is aimed at FLINTA* people or another specific group, check the description so you don’t gatecrash a closed space.</w:t>
      </w:r>
      <w:r/>
    </w:p>
    <w:p>
      <w:pPr>
        <w:pStyle w:val="Heading2"/>
      </w:pPr>
      <w:r>
        <w:t>Make and carry your message: banner sessions and protests</w:t>
      </w:r>
      <w:r/>
    </w:p>
    <w:p>
      <w:r/>
      <w:r>
        <w:t>If you plan to march, joining a communal banner-making session is an easy way to plug into the scene and meet people. These workshops are usually relaxed, often free or donation-based, and materials are sometimes provided , so you can arrive without a placard and leave with a bold message.</w:t>
      </w:r>
      <w:r/>
    </w:p>
    <w:p>
      <w:r/>
      <w:r>
        <w:t>These shared creative moments are as much about solidarity as the march itself. English is widely spoken, so international visitors won’t be left out. And if you prefer to watch activism in motion, keep an eye out for smaller demonstrations that focus on trans rights, migration and anti-racism , they often feel closer to Pride’s original political roots than the main parade.</w:t>
      </w:r>
      <w:r/>
    </w:p>
    <w:p>
      <w:pPr>
        <w:pStyle w:val="Heading2"/>
      </w:pPr>
      <w:r>
        <w:t>Parties, venues and what to expect after dark</w:t>
      </w:r>
      <w:r/>
    </w:p>
    <w:p>
      <w:r/>
      <w:r>
        <w:t>Berlin’s nightlife explodes during Pride, but it behaves like Berlin nightlife any time: diverse, occasionally inscrutable, and full of choice. Club calendars swell with themed nights, warm-ups and after-parties; local bar pages and platforms like Resident Advisor are the best places to hunt tickets. Popular spots publish event lists weeks ahead, but expect door policies to play a role at the door.</w:t>
      </w:r>
      <w:r/>
    </w:p>
    <w:p>
      <w:r/>
      <w:r>
        <w:t>If you want a smoother evening, spread yourself across venues, try smaller bars early, and don’t bank everything on one famous club. Many venues host drag shows, queer dance nights and sober meet-ups, so whether you want a wild night or a quieter queer-friendly space, there’s something on.</w:t>
      </w:r>
      <w:r/>
    </w:p>
    <w:p>
      <w:r/>
      <w:r>
        <w:t>Closing line Go for the parade, stay for the workshops , and let Berlin’s queer life surprise you long after the rainbows come down.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9">
        <w:r>
          <w:rPr>
            <w:color w:val="0000EE"/>
            <w:u w:val="single"/>
          </w:rPr>
          <w:t>[7]</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https://www.thelocal.de/20260722/the-ultimate-guide-to-making-the-most-of-berlin-pride-2026</w:t>
        </w:r>
      </w:hyperlink>
      <w:r>
        <w:t xml:space="preserve"> - Please view link - unable to able to access data</w:t>
      </w:r>
      <w:r/>
    </w:p>
    <w:p>
      <w:pPr>
        <w:pStyle w:val="ListNumber"/>
        <w:spacing w:line="240" w:lineRule="auto"/>
        <w:ind w:left="720"/>
      </w:pPr>
      <w:r/>
      <w:hyperlink r:id="rId10">
        <w:r>
          <w:rPr>
            <w:color w:val="0000EE"/>
            <w:u w:val="single"/>
          </w:rPr>
          <w:t>https://csd-berlin.de/en/stage-program-2026</w:t>
        </w:r>
      </w:hyperlink>
      <w:r>
        <w:t xml:space="preserve"> - The official Berlin Pride 2026 stage programme spans two days, featuring a 'Democracy Evening' on Friday, July 24, and the main parade on Saturday, July 25. The event includes performances by artists such as Wilhelmine, M¥SS KETA, and Marcella Rockefeller, with multiple dance stages and political contributions, all under the theme 'Haltung ist hot' ('Taking a stand is hot').</w:t>
      </w:r>
      <w:r/>
    </w:p>
    <w:p>
      <w:pPr>
        <w:pStyle w:val="ListNumber"/>
        <w:spacing w:line="240" w:lineRule="auto"/>
        <w:ind w:left="720"/>
      </w:pPr>
      <w:r/>
      <w:hyperlink r:id="rId13">
        <w:r>
          <w:rPr>
            <w:color w:val="0000EE"/>
            <w:u w:val="single"/>
          </w:rPr>
          <w:t>https://www.travel-banker.com/blog/berlin-pride-csd-2026-guide</w:t>
        </w:r>
      </w:hyperlink>
      <w:r>
        <w:t xml:space="preserve"> - This comprehensive guide to Berlin Pride 2026 provides essential information, including key dates like the Lesbian &amp; Gay City Festival on July 18–19, the Canal Pride boat parade on July 23, and the main CSD events on July 24–25. It also offers practical tips for attendees, such as transportation advice and accommodation recommendations.</w:t>
      </w:r>
      <w:r/>
    </w:p>
    <w:p>
      <w:pPr>
        <w:pStyle w:val="ListNumber"/>
        <w:spacing w:line="240" w:lineRule="auto"/>
        <w:ind w:left="720"/>
      </w:pPr>
      <w:r/>
      <w:hyperlink r:id="rId11">
        <w:r>
          <w:rPr>
            <w:color w:val="0000EE"/>
            <w:u w:val="single"/>
          </w:rPr>
          <w:t>https://www.berlinwalk.com/post/berlin-pride-csd-2026</w:t>
        </w:r>
      </w:hyperlink>
      <w:r>
        <w:t xml:space="preserve"> - This local guide offers practical tips for Pride weekend in Berlin, including weather expectations, transportation advice, and accommodation suggestions. It highlights the peak summer temperatures in late July and provides insights into navigating the city during the parade, emphasizing the importance of planning for road closures and crowded public transport.</w:t>
      </w:r>
      <w:r/>
    </w:p>
    <w:p>
      <w:pPr>
        <w:pStyle w:val="ListNumber"/>
        <w:spacing w:line="240" w:lineRule="auto"/>
        <w:ind w:left="720"/>
      </w:pPr>
      <w:r/>
      <w:hyperlink r:id="rId14">
        <w:r>
          <w:rPr>
            <w:color w:val="0000EE"/>
            <w:u w:val="single"/>
          </w:rPr>
          <w:t>https://www.travel2berlin.com/post/berlin-pride-csd-guide</w:t>
        </w:r>
      </w:hyperlink>
      <w:r>
        <w:t xml:space="preserve"> - This guide outlines the Berlin Pride 2026 schedule, detailing events like the Lesbian &amp; Gay City Festival, Canal Pride boat parade, and the main CSD demonstration. It also provides insights into accommodation options, nightlife, and the city's vibrant LGBTQ+ scene, helping visitors plan their stay during Pride week.</w:t>
      </w:r>
      <w:r/>
    </w:p>
    <w:p>
      <w:pPr>
        <w:pStyle w:val="ListNumber"/>
        <w:spacing w:line="240" w:lineRule="auto"/>
        <w:ind w:left="720"/>
      </w:pPr>
      <w:r/>
      <w:hyperlink r:id="rId12">
        <w:r>
          <w:rPr>
            <w:color w:val="0000EE"/>
            <w:u w:val="single"/>
          </w:rPr>
          <w:t>https://www.festivalsindeutschland.de/en/festival/csd-berlin-pride</w:t>
        </w:r>
      </w:hyperlink>
      <w:r>
        <w:t xml:space="preserve"> - This page provides information about Berlin's Christopher Street Day (CSD) 2026, highlighting the two-day event on July 24–25. It mentions the 'Democracy Night' at Brandenburg Gate and the main parade, emphasizing the festival's significance as one of Europe's largest Pride events, with around 500,000 participants.</w:t>
      </w:r>
      <w:r/>
    </w:p>
    <w:p>
      <w:pPr>
        <w:pStyle w:val="ListNumber"/>
        <w:spacing w:line="240" w:lineRule="auto"/>
        <w:ind w:left="720"/>
      </w:pPr>
      <w:r/>
      <w:hyperlink r:id="rId9">
        <w:r>
          <w:rPr>
            <w:color w:val="0000EE"/>
            <w:u w:val="single"/>
          </w:rPr>
          <w:t>https://www.thelocal.de/20260722/the-ultimate-guide-to-making-the-most-of-berlin-pride-2026</w:t>
        </w:r>
      </w:hyperlink>
      <w:r>
        <w:t xml:space="preserve"> - This article offers a comprehensive guide to Berlin Pride 2026, detailing the two-day festivities, including the 'Democracy Evening' on July 24 and the main parade on July 25. It provides practical advice for attendees, such as survival tips, information on workshops, community events, and other marches, as well as suggestions for post-Pride activities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local.de/20260722/the-ultimate-guide-to-making-the-most-of-berlin-pride-2026" TargetMode="External"/><Relationship Id="rId10" Type="http://schemas.openxmlformats.org/officeDocument/2006/relationships/hyperlink" Target="https://csd-berlin.de/en/stage-program-2026" TargetMode="External"/><Relationship Id="rId11" Type="http://schemas.openxmlformats.org/officeDocument/2006/relationships/hyperlink" Target="https://www.berlinwalk.com/post/berlin-pride-csd-2026" TargetMode="External"/><Relationship Id="rId12" Type="http://schemas.openxmlformats.org/officeDocument/2006/relationships/hyperlink" Target="https://www.festivalsindeutschland.de/en/festival/csd-berlin-pride" TargetMode="External"/><Relationship Id="rId13" Type="http://schemas.openxmlformats.org/officeDocument/2006/relationships/hyperlink" Target="https://www.travel-banker.com/blog/berlin-pride-csd-2026-guide" TargetMode="External"/><Relationship Id="rId14" Type="http://schemas.openxmlformats.org/officeDocument/2006/relationships/hyperlink" Target="https://www.travel2berlin.com/post/berlin-pride-csd-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