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Hunter Biden Says a “Closeted Gay Mafia” Drives Some Republican 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Suggesting that hidden lives fuel public hostility, Hunter Biden told podcast hosts he believes a group of closeted Republicans in Washington drive savage anti-LGBTQ+ rhetoric , a claim that matters as party attitudes toward same-sex marriage have shifted in recent years.</w:t>
      </w:r>
      <w:r/>
    </w:p>
    <w:p>
      <w:r/>
      <w:r>
        <w:t>Essential Takeaways</w:t>
      </w:r>
      <w:r/>
      <w:r/>
    </w:p>
    <w:p>
      <w:pPr>
        <w:pStyle w:val="ListBullet"/>
        <w:spacing w:line="240" w:lineRule="auto"/>
        <w:ind w:left="720"/>
      </w:pPr>
      <w:r/>
      <w:r>
        <w:rPr>
          <w:b/>
        </w:rPr>
        <w:t>Bold claim:</w:t>
      </w:r>
      <w:r>
        <w:t xml:space="preserve"> Hunter Biden told the I’ve Had It podcast that a “closeted gay mafia” exists among Republicans in Washington, D.C.</w:t>
      </w:r>
      <w:r/>
    </w:p>
    <w:p>
      <w:pPr>
        <w:pStyle w:val="ListBullet"/>
        <w:spacing w:line="240" w:lineRule="auto"/>
        <w:ind w:left="720"/>
      </w:pPr>
      <w:r/>
      <w:r>
        <w:rPr>
          <w:b/>
        </w:rPr>
        <w:t>Emotional link:</w:t>
      </w:r>
      <w:r>
        <w:t xml:space="preserve"> He argued that internalised homophobia creates “vitriol” that’s directed outward as political hostility.</w:t>
      </w:r>
      <w:r/>
    </w:p>
    <w:p>
      <w:pPr>
        <w:pStyle w:val="ListBullet"/>
        <w:spacing w:line="240" w:lineRule="auto"/>
        <w:ind w:left="720"/>
      </w:pPr>
      <w:r/>
      <w:r>
        <w:rPr>
          <w:b/>
        </w:rPr>
        <w:t>Personal parallel:</w:t>
      </w:r>
      <w:r>
        <w:t xml:space="preserve"> Biden compared hiding sexuality to hiding addiction, referencing his sobriety since 2019.</w:t>
      </w:r>
      <w:r/>
    </w:p>
    <w:p>
      <w:pPr>
        <w:pStyle w:val="ListBullet"/>
        <w:spacing w:line="240" w:lineRule="auto"/>
        <w:ind w:left="720"/>
      </w:pPr>
      <w:r/>
      <w:r>
        <w:rPr>
          <w:b/>
        </w:rPr>
        <w:t>Contextual trend:</w:t>
      </w:r>
      <w:r>
        <w:t xml:space="preserve"> Gallup polling shows Republican support for same-sex marriage has fallen notably between the early 2020s and 2026.</w:t>
      </w:r>
      <w:r/>
    </w:p>
    <w:p>
      <w:pPr>
        <w:pStyle w:val="ListBullet"/>
        <w:spacing w:line="240" w:lineRule="auto"/>
        <w:ind w:left="720"/>
      </w:pPr>
      <w:r/>
      <w:r>
        <w:rPr>
          <w:b/>
        </w:rPr>
        <w:t>Polarised reaction:</w:t>
      </w:r>
      <w:r>
        <w:t xml:space="preserve"> The comment landed amid partisan coverage, with both supporters and critics seizing on the phrase.</w:t>
      </w:r>
      <w:r/>
      <w:r/>
    </w:p>
    <w:p>
      <w:pPr>
        <w:pStyle w:val="Heading2"/>
      </w:pPr>
      <w:r>
        <w:t>A striking soundbite that lands where politics and private life collide</w:t>
      </w:r>
      <w:r/>
    </w:p>
    <w:p>
      <w:r/>
      <w:r>
        <w:t>Hunter Biden’s description of a “closeted gay mafia” is the kind of phrase that sticks in the mind, partly because it’s provocative and partly because it blends gossip with psychology. He made the remark during the I’ve Had It podcast with Jennifer Welch and Angie “Pumps” Sullivan, saying that bottled-up identity often turns into outward anger. The image is sharp , private suffering meeting public nastiness , and it’s designed to provoke a conversation about motive as much as accusation.</w:t>
      </w:r>
      <w:r/>
    </w:p>
    <w:p>
      <w:pPr>
        <w:pStyle w:val="Heading2"/>
      </w:pPr>
      <w:r>
        <w:t>Why he framed it as internalised homophobia, and why that matters</w:t>
      </w:r>
      <w:r/>
    </w:p>
    <w:p>
      <w:r/>
      <w:r>
        <w:t>Biden didn’t merely sling an insult; he linked the alleged secrecy to a psychological process. He argued that hiding who you are creates bitterness that can be vented as political hostility. That’s a familiar line in social commentaries about prejudice , when people feel shame about themselves, they sometimes scapegoat others. Whether you accept the label or not, the point nudges at a real debate: are some anti-LGBTQ+ stances performative, defensive, or genuinely ideological?</w:t>
      </w:r>
      <w:r/>
    </w:p>
    <w:p>
      <w:pPr>
        <w:pStyle w:val="Heading2"/>
      </w:pPr>
      <w:r>
        <w:t>Personal history used as a bridge to the argument</w:t>
      </w:r>
      <w:r/>
    </w:p>
    <w:p>
      <w:r/>
      <w:r>
        <w:t>He compared the secrecy some people keep about sexuality to his own history with addiction, saying hiding something painful can lead you into darker places. Biden has been public about his sobriety since 2019, and that personal angle gives his comments texture , they aren’t just armchair speculation, they’re offered by someone who says he understands secrecy and self-destruction. That framing helps the remark read less like a thrown accusation and more like an observation rooted in experience.</w:t>
      </w:r>
      <w:r/>
    </w:p>
    <w:p>
      <w:pPr>
        <w:pStyle w:val="Heading2"/>
      </w:pPr>
      <w:r>
        <w:t>Where polling and politics intersect with the claim</w:t>
      </w:r>
      <w:r/>
    </w:p>
    <w:p>
      <w:r/>
      <w:r>
        <w:t>It’s worth placing the remark against the bigger picture. Gallup polling through 2026 shows Republican support for same-sex marriage has dropped from majority levels seen a few years earlier to the high 30s percentage-wise. Coverage in outlets such as Fortune and the AP has tracked that shift, suggesting Republican views have become less favourable recently. Whether that decline is driven by elite rhetoric, grassroots sentiment, or a mix of both is the real policy question , Hunter Biden’s comment aims a spotlight at the motives behind that rhetoric.</w:t>
      </w:r>
      <w:r/>
    </w:p>
    <w:p>
      <w:pPr>
        <w:pStyle w:val="Heading2"/>
      </w:pPr>
      <w:r>
        <w:t>Reactions, pushback and the likely fallout</w:t>
      </w:r>
      <w:r/>
    </w:p>
    <w:p>
      <w:r/>
      <w:r>
        <w:t>Unsurprisingly, the phrase provoked immediate headlines and partisan rebuttals. Supporters of Biden’s remark say it exposes a hypocrisy that deserves scrutiny; critics call it crude and dismissive. As with many provocative takes, it’s likely to feed talk-show cycles and social feeds rather than change policy directly. Still, it pushes a conversation about authenticity in politics , and whether public hostility sometimes masks private struggle.</w:t>
      </w:r>
      <w:r/>
    </w:p>
    <w:p>
      <w:r/>
      <w:r>
        <w:t>It's a vivid claim that will keep people talking, even as the broader debate over party attitudes and LGBTQ+ rights continues.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10">
        <w:r>
          <w:rPr>
            <w:color w:val="0000EE"/>
            <w:u w:val="single"/>
          </w:rPr>
          <w:t>[3]</w:t>
        </w:r>
      </w:hyperlink>
      <w:r>
        <w:t xml:space="preserve">, </w:t>
      </w:r>
      <w:hyperlink r:id="rId11">
        <w:r>
          <w:rPr>
            <w:color w:val="0000EE"/>
            <w:u w:val="single"/>
          </w:rPr>
          <w:t>[7]</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https://www.attitude.co.uk/news/hunter-biden-claims-closeted-gay-mafia-among-republicans-529098/</w:t>
        </w:r>
      </w:hyperlink>
      <w:r>
        <w:t xml:space="preserve"> - Please view link - unable to able to access data</w:t>
      </w:r>
      <w:r/>
    </w:p>
    <w:p>
      <w:pPr>
        <w:pStyle w:val="ListNumber"/>
        <w:spacing w:line="240" w:lineRule="auto"/>
        <w:ind w:left="720"/>
      </w:pPr>
      <w:r/>
      <w:hyperlink r:id="rId9">
        <w:r>
          <w:rPr>
            <w:color w:val="0000EE"/>
            <w:u w:val="single"/>
          </w:rPr>
          <w:t>https://www.attitude.co.uk/news/hunter-biden-claims-closeted-gay-mafia-among-republicans-529098/</w:t>
        </w:r>
      </w:hyperlink>
      <w:r>
        <w:t xml:space="preserve"> - Hunter Biden, son of former president Joe Biden, claims that a group of Republicans within Washington, D.C., are the 'closeted gay mafia'. Speaking on the 'I’ve Had It' podcast, Biden said that internalised homophobia was the fuel behind hatred-fuelled politics. He compared people hiding their sexuality to his own journey with cocaine addiction, stating, 'You start to hide it from the people that you know and love and you end up in places that you shouldn’t be, and then it just progresses that way.'</w:t>
      </w:r>
      <w:r/>
    </w:p>
    <w:p>
      <w:pPr>
        <w:pStyle w:val="ListNumber"/>
        <w:spacing w:line="240" w:lineRule="auto"/>
        <w:ind w:left="720"/>
      </w:pPr>
      <w:r/>
      <w:hyperlink r:id="rId10">
        <w:r>
          <w:rPr>
            <w:color w:val="0000EE"/>
            <w:u w:val="single"/>
          </w:rPr>
          <w:t>https://www.advocate.com/politics/hunter-biden-closetocracy-republican</w:t>
        </w:r>
      </w:hyperlink>
      <w:r>
        <w:t xml:space="preserve"> - Hunter Biden, son of former President Joe Biden, has accused a group of Republicans in Washington, D.C., of being a 'closeted gay mafia'. In an interview on the 'I’ve Had It' podcast, Biden suggested that internalised homophobia among these Republicans fuels their anti-LGBTQ+ politics. He compared concealing one's sexuality to his own experience with addiction, stating, 'You start to hide it from the people that you know and love and you end up in places that you shouldn’t be, and then it just progresses that way.'</w:t>
      </w:r>
      <w:r/>
    </w:p>
    <w:p>
      <w:pPr>
        <w:pStyle w:val="ListNumber"/>
        <w:spacing w:line="240" w:lineRule="auto"/>
        <w:ind w:left="720"/>
      </w:pPr>
      <w:r/>
      <w:hyperlink r:id="rId14">
        <w:r>
          <w:rPr>
            <w:color w:val="0000EE"/>
            <w:u w:val="single"/>
          </w:rPr>
          <w:t>https://www.thegatewaypundit.com/2026/07/disgraced-first-son-hunter-biden-believes-biggest-problem/</w:t>
        </w:r>
      </w:hyperlink>
      <w:r>
        <w:t xml:space="preserve"> - Hunter Biden, son of former President Joe Biden, has claimed that the biggest problem in America is not the 'oligarchy', but a 'closeted gay mafia' largely composed of Republicans running Washington, D.C. Speaking on the 'I’ve Had It' podcast, Biden stated, 'I believe that the biggest problem in America, as in Washington, D.C., with the federal government, is not the oligarchy.' He suggested that internalised homophobia among these Republicans leads to vitriol and anti-LGBTQ+ politics.</w:t>
      </w:r>
      <w:r/>
    </w:p>
    <w:p>
      <w:pPr>
        <w:pStyle w:val="ListNumber"/>
        <w:spacing w:line="240" w:lineRule="auto"/>
        <w:ind w:left="720"/>
      </w:pPr>
      <w:r/>
      <w:hyperlink r:id="rId12">
        <w:r>
          <w:rPr>
            <w:color w:val="0000EE"/>
            <w:u w:val="single"/>
          </w:rPr>
          <w:t>https://news.gallup.com/poll/710810/support-lgbtq-issues-remains-down-peak.aspx</w:t>
        </w:r>
      </w:hyperlink>
      <w:r>
        <w:t xml:space="preserve"> - A Gallup poll released on June 3, 2026, indicates that support for LGBTQ+ issues in the U.S. has declined from previous peaks. The survey found that 65% of Americans now support legal same-sex marriage, down six percentage points from the highs recorded in 2022 and 2023. Additionally, the percentage of Americans viewing gay or lesbian relations as morally acceptable has decreased to 62%, the lowest since 2016. The decline is particularly notable among Republicans, with only 37% supporting same-sex marriage and 35% viewing gay and lesbian relations as morally acceptable.</w:t>
      </w:r>
      <w:r/>
    </w:p>
    <w:p>
      <w:pPr>
        <w:pStyle w:val="ListNumber"/>
        <w:spacing w:line="240" w:lineRule="auto"/>
        <w:ind w:left="720"/>
      </w:pPr>
      <w:r/>
      <w:hyperlink r:id="rId13">
        <w:r>
          <w:rPr>
            <w:color w:val="0000EE"/>
            <w:u w:val="single"/>
          </w:rPr>
          <w:t>https://fortune.com/2026/06/03/same-sex-marriage-support-decline-gallup-republicans-states/</w:t>
        </w:r>
      </w:hyperlink>
      <w:r>
        <w:t xml:space="preserve"> - A Gallup poll released on June 3, 2026, reveals a significant decline in Republican support for same-sex marriage. The survey found that only 37% of Republicans now say same-sex marriages should be legally valid, down from 55% in 2021 and 2022. Overall, 65% of U.S. adults support same-sex marriage, a slight decrease from the 71% recorded in 2022 and 2023. The decline in Republican support marks a sharp reversal from the previous trend of increasing acceptance.</w:t>
      </w:r>
      <w:r/>
    </w:p>
    <w:p>
      <w:pPr>
        <w:pStyle w:val="ListNumber"/>
        <w:spacing w:line="240" w:lineRule="auto"/>
        <w:ind w:left="720"/>
      </w:pPr>
      <w:r/>
      <w:hyperlink r:id="rId11">
        <w:r>
          <w:rPr>
            <w:color w:val="0000EE"/>
            <w:u w:val="single"/>
          </w:rPr>
          <w:t>https://apnews.com/article/e12acb151446ac1b7970c0825bf1d072</w:t>
        </w:r>
      </w:hyperlink>
      <w:r>
        <w:t xml:space="preserve"> - A Gallup poll released on June 3, 2026, indicates a slight decline in American support for same-sex marriage and LGBTQ+ acceptance, particularly among Republicans. The survey found that 65% of U.S. adults believe same-sex marriage should be legal, down from 71% in 2022 and 2023. Notably, only 37% of Republicans support the legality of same-sex marriage, and 35% view gay and lesbian relations as morally acceptable. In contrast, the views of Democrats and independents remain largely stable.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hunter-biden-claims-closeted-gay-mafia-among-republicans-529098/" TargetMode="External"/><Relationship Id="rId10" Type="http://schemas.openxmlformats.org/officeDocument/2006/relationships/hyperlink" Target="https://www.advocate.com/politics/hunter-biden-closetocracy-republican" TargetMode="External"/><Relationship Id="rId11" Type="http://schemas.openxmlformats.org/officeDocument/2006/relationships/hyperlink" Target="https://apnews.com/article/e12acb151446ac1b7970c0825bf1d072" TargetMode="External"/><Relationship Id="rId12" Type="http://schemas.openxmlformats.org/officeDocument/2006/relationships/hyperlink" Target="https://news.gallup.com/poll/710810/support-lgbtq-issues-remains-down-peak.aspx" TargetMode="External"/><Relationship Id="rId13" Type="http://schemas.openxmlformats.org/officeDocument/2006/relationships/hyperlink" Target="https://fortune.com/2026/06/03/same-sex-marriage-support-decline-gallup-republicans-states/" TargetMode="External"/><Relationship Id="rId14" Type="http://schemas.openxmlformats.org/officeDocument/2006/relationships/hyperlink" Target="https://www.thegatewaypundit.com/2026/07/disgraced-first-son-hunter-biden-believes-biggest-probl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